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f034c8bd94aa77d124a8b66c03a4cc59d1fcd93"/>
    <w:p>
      <w:pPr>
        <w:pStyle w:val="Heading1"/>
      </w:pPr>
      <w:r>
        <w:rPr>
          <w:b/>
          <w:bCs/>
        </w:rPr>
        <w:t xml:space="preserve">Antony and Cleopatra</w:t>
      </w:r>
      <w:r>
        <w:br/>
      </w:r>
      <w:r>
        <w:rPr>
          <w:i/>
          <w:iCs/>
        </w:rPr>
        <w:t xml:space="preserve">William Shakespeare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does little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allay</w:t>
      </w:r>
      <w:r>
        <w:rPr>
          <w:b/>
          <w:bCs/>
        </w:rPr>
        <w:t xml:space="preserve"> </w:t>
      </w:r>
      <w:r>
        <w:rPr>
          <w:b/>
          <w:bCs/>
        </w:rPr>
        <w:t xml:space="preserve">Israeli fears.</w:t>
      </w:r>
      <w:r>
        <w:br/>
      </w:r>
      <w:r>
        <w:t xml:space="preserve">    (a) increase</w:t>
      </w:r>
      <w:r>
        <w:br/>
      </w:r>
      <w:r>
        <w:t xml:space="preserve">    (b) distract from</w:t>
      </w:r>
      <w:r>
        <w:br/>
      </w:r>
      <w:r>
        <w:t xml:space="preserve">    (c) reduce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My aunt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bequeathed</w:t>
      </w:r>
      <w:r>
        <w:rPr>
          <w:b/>
          <w:bCs/>
        </w:rPr>
        <w:t xml:space="preserve"> </w:t>
      </w:r>
      <w:r>
        <w:rPr>
          <w:b/>
          <w:bCs/>
        </w:rPr>
        <w:t xml:space="preserve">me her pearl necklace.</w:t>
      </w:r>
      <w:r>
        <w:br/>
      </w:r>
      <w:r>
        <w:t xml:space="preserve">    (a) took</w:t>
      </w:r>
      <w:r>
        <w:br/>
      </w:r>
      <w:r>
        <w:t xml:space="preserve">    (b) gave</w:t>
      </w:r>
      <w:r>
        <w:br/>
      </w:r>
      <w:r>
        <w:t xml:space="preserve">    (c) loaned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spite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censure</w:t>
      </w:r>
      <w:r>
        <w:rPr>
          <w:b/>
          <w:bCs/>
        </w:rPr>
        <w:t xml:space="preserve"> </w:t>
      </w:r>
      <w:r>
        <w:rPr>
          <w:b/>
          <w:bCs/>
        </w:rPr>
        <w:t xml:space="preserve">of her colleagues, she believed she had done the right thing.</w:t>
      </w:r>
      <w:r>
        <w:br/>
      </w:r>
      <w:r>
        <w:t xml:space="preserve">    (a) disinterest</w:t>
      </w:r>
      <w:r>
        <w:br/>
      </w:r>
      <w:r>
        <w:t xml:space="preserve">    (b) anger</w:t>
      </w:r>
      <w:r>
        <w:br/>
      </w:r>
      <w:r>
        <w:t xml:space="preserve">    (c) criticism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candidate said she did not intend the comments in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derogatory</w:t>
      </w:r>
      <w:r>
        <w:rPr>
          <w:b/>
          <w:bCs/>
        </w:rPr>
        <w:t xml:space="preserve"> </w:t>
      </w:r>
      <w:r>
        <w:rPr>
          <w:b/>
          <w:bCs/>
        </w:rPr>
        <w:t xml:space="preserve">manner.</w:t>
      </w:r>
      <w:r>
        <w:br/>
      </w:r>
      <w:r>
        <w:t xml:space="preserve">    (a) quotable</w:t>
      </w:r>
      <w:r>
        <w:br/>
      </w:r>
      <w:r>
        <w:t xml:space="preserve">    (b) critical</w:t>
      </w:r>
      <w:r>
        <w:br/>
      </w:r>
      <w:r>
        <w:t xml:space="preserve">    (c) comprehensive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doing what she can to change the subject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dissemble</w:t>
      </w:r>
      <w:r>
        <w:rPr>
          <w:b/>
          <w:bCs/>
        </w:rPr>
        <w:t xml:space="preserve">.</w:t>
      </w:r>
      <w:r>
        <w:br/>
      </w:r>
      <w:r>
        <w:t xml:space="preserve">    (a) disguise the truth</w:t>
      </w:r>
      <w:r>
        <w:br/>
      </w:r>
      <w:r>
        <w:t xml:space="preserve">    (b) change reality</w:t>
      </w:r>
      <w:r>
        <w:br/>
      </w:r>
      <w:r>
        <w:t xml:space="preserve">    (c) re-think beliefs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Constantine issued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edict</w:t>
      </w:r>
      <w:r>
        <w:rPr>
          <w:b/>
          <w:bCs/>
        </w:rPr>
        <w:t xml:space="preserve"> </w:t>
      </w:r>
      <w:r>
        <w:rPr>
          <w:b/>
          <w:bCs/>
        </w:rPr>
        <w:t xml:space="preserve">for religious tolerance throughout the Roman Empire.</w:t>
      </w:r>
      <w:r>
        <w:br/>
      </w:r>
      <w:r>
        <w:t xml:space="preserve">    (a) suggestion</w:t>
      </w:r>
      <w:r>
        <w:br/>
      </w:r>
      <w:r>
        <w:t xml:space="preserve">    (b) order</w:t>
      </w:r>
      <w:r>
        <w:br/>
      </w:r>
      <w:r>
        <w:t xml:space="preserve">    (c) study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harbors no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enmity</w:t>
      </w:r>
      <w:r>
        <w:rPr>
          <w:b/>
          <w:bCs/>
        </w:rPr>
        <w:t xml:space="preserve"> </w:t>
      </w:r>
      <w:r>
        <w:rPr>
          <w:b/>
          <w:bCs/>
        </w:rPr>
        <w:t xml:space="preserve">towards her ex-husband.</w:t>
      </w:r>
      <w:r>
        <w:br/>
      </w:r>
      <w:r>
        <w:t xml:space="preserve">    (a) love</w:t>
      </w:r>
      <w:r>
        <w:br/>
      </w:r>
      <w:r>
        <w:t xml:space="preserve">    (b) disrespect</w:t>
      </w:r>
      <w:r>
        <w:br/>
      </w:r>
      <w:r>
        <w:t xml:space="preserve">    (c) hatred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Exeunt</w:t>
      </w:r>
      <w:r>
        <w:rPr>
          <w:b/>
          <w:bCs/>
        </w:rPr>
        <w:t xml:space="preserve"> </w:t>
      </w:r>
      <w:r>
        <w:rPr>
          <w:b/>
          <w:bCs/>
        </w:rPr>
        <w:t xml:space="preserve">Romeo.</w:t>
      </w:r>
      <w:r>
        <w:br/>
      </w:r>
      <w:r>
        <w:t xml:space="preserve">    (a) turn</w:t>
      </w:r>
      <w:r>
        <w:br/>
      </w:r>
      <w:r>
        <w:t xml:space="preserve">    (b) exit</w:t>
      </w:r>
      <w:r>
        <w:br/>
      </w:r>
      <w:r>
        <w:t xml:space="preserve">    (c) enter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court recognized her need to respond immediately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exigent</w:t>
      </w:r>
      <w:r>
        <w:rPr>
          <w:b/>
          <w:bCs/>
        </w:rPr>
        <w:t xml:space="preserve"> </w:t>
      </w:r>
      <w:r>
        <w:rPr>
          <w:b/>
          <w:bCs/>
        </w:rPr>
        <w:t xml:space="preserve">circumstances.</w:t>
      </w:r>
      <w:r>
        <w:br/>
      </w:r>
      <w:r>
        <w:t xml:space="preserve">    (a) pressing</w:t>
      </w:r>
      <w:r>
        <w:br/>
      </w:r>
      <w:r>
        <w:t xml:space="preserve">    (b) favorable</w:t>
      </w:r>
      <w:r>
        <w:br/>
      </w:r>
      <w:r>
        <w:t xml:space="preserve">    (c) unfortunate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importune</w:t>
      </w:r>
      <w:r>
        <w:rPr>
          <w:b/>
          <w:bCs/>
        </w:rPr>
        <w:t xml:space="preserve"> </w:t>
      </w:r>
      <w:r>
        <w:rPr>
          <w:b/>
          <w:bCs/>
        </w:rPr>
        <w:t xml:space="preserve">you to help them.</w:t>
      </w:r>
      <w:r>
        <w:br/>
      </w:r>
      <w:r>
        <w:t xml:space="preserve">    (a) make different; or show difference</w:t>
      </w:r>
      <w:r>
        <w:br/>
      </w:r>
      <w:r>
        <w:t xml:space="preserve">    (b) beg or urge</w:t>
      </w:r>
      <w:r>
        <w:br/>
      </w:r>
      <w:r>
        <w:t xml:space="preserve">    (c) to cause something to move forward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ingratitude</w:t>
      </w:r>
      <w:r>
        <w:rPr>
          <w:b/>
          <w:bCs/>
        </w:rPr>
        <w:t xml:space="preserve"> </w:t>
      </w:r>
      <w:r>
        <w:rPr>
          <w:b/>
          <w:bCs/>
        </w:rPr>
        <w:t xml:space="preserve">shown by those who benefited from her kindness was a bitter reminder of the world's indifference.</w:t>
      </w:r>
      <w:r>
        <w:br/>
      </w:r>
      <w:r>
        <w:t xml:space="preserve">    (a) lack of success</w:t>
      </w:r>
      <w:r>
        <w:br/>
      </w:r>
      <w:r>
        <w:t xml:space="preserve">    (b) lack of ability</w:t>
      </w:r>
      <w:r>
        <w:br/>
      </w:r>
      <w:r>
        <w:t xml:space="preserve">    (c) lack of gratefulness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considered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paragon</w:t>
      </w:r>
      <w:r>
        <w:rPr>
          <w:b/>
          <w:bCs/>
        </w:rPr>
        <w:t xml:space="preserve"> </w:t>
      </w:r>
      <w:r>
        <w:rPr>
          <w:b/>
          <w:bCs/>
        </w:rPr>
        <w:t xml:space="preserve">of patience by all her coworkers.</w:t>
      </w:r>
      <w:r>
        <w:br/>
      </w:r>
      <w:r>
        <w:t xml:space="preserve">    (a) a perfect example</w:t>
      </w:r>
      <w:r>
        <w:br/>
      </w:r>
      <w:r>
        <w:t xml:space="preserve">    (b) an average sample</w:t>
      </w:r>
      <w:r>
        <w:br/>
      </w:r>
      <w:r>
        <w:t xml:space="preserve">    (c) a clear failure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partisan</w:t>
      </w:r>
      <w:r>
        <w:rPr>
          <w:b/>
          <w:bCs/>
        </w:rPr>
        <w:t xml:space="preserve"> </w:t>
      </w:r>
      <w:r>
        <w:rPr>
          <w:b/>
          <w:bCs/>
        </w:rPr>
        <w:t xml:space="preserve">was a formidable weapon in the hands of a skilled warrior.</w:t>
      </w:r>
      <w:r>
        <w:br/>
      </w:r>
      <w:r>
        <w:t xml:space="preserve">    (a) a weapon that resembles an elaborate spear</w:t>
      </w:r>
      <w:r>
        <w:br/>
      </w:r>
      <w:r>
        <w:t xml:space="preserve">    (b) a weapon that consisted of a spiked ball and chain</w:t>
      </w:r>
      <w:r>
        <w:br/>
      </w:r>
      <w:r>
        <w:t xml:space="preserve">    (c) a cross-bow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breaking the window,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penitent</w:t>
      </w:r>
      <w:r>
        <w:rPr>
          <w:b/>
          <w:bCs/>
        </w:rPr>
        <w:t xml:space="preserve"> </w:t>
      </w:r>
      <w:r>
        <w:rPr>
          <w:b/>
          <w:bCs/>
        </w:rPr>
        <w:t xml:space="preserve">boy apologized to his neighbor.</w:t>
      </w:r>
      <w:r>
        <w:br/>
      </w:r>
      <w:r>
        <w:t xml:space="preserve">    (a) feeling regret for wrongdoing</w:t>
      </w:r>
      <w:r>
        <w:br/>
      </w:r>
      <w:r>
        <w:t xml:space="preserve">    (b) confused about the rules</w:t>
      </w:r>
      <w:r>
        <w:br/>
      </w:r>
      <w:r>
        <w:t xml:space="preserve">    (c) proud of one's actions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plague was a terrible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pestilence</w:t>
      </w:r>
      <w:r>
        <w:rPr>
          <w:b/>
          <w:bCs/>
        </w:rPr>
        <w:t xml:space="preserve"> </w:t>
      </w:r>
      <w:r>
        <w:rPr>
          <w:b/>
          <w:bCs/>
        </w:rPr>
        <w:t xml:space="preserve">that killed millions of people.</w:t>
      </w:r>
      <w:r>
        <w:br/>
      </w:r>
      <w:r>
        <w:t xml:space="preserve">    (a) famine-causing drought</w:t>
      </w:r>
      <w:r>
        <w:br/>
      </w:r>
      <w:r>
        <w:t xml:space="preserve">    (b) antibiotic-resistant bacteria</w:t>
      </w:r>
      <w:r>
        <w:br/>
      </w:r>
      <w:r>
        <w:t xml:space="preserve">    (c) widespread disease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see none of the pessimism that typically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presages</w:t>
      </w:r>
      <w:r>
        <w:rPr>
          <w:b/>
          <w:bCs/>
        </w:rPr>
        <w:t xml:space="preserve"> </w:t>
      </w:r>
      <w:r>
        <w:rPr>
          <w:b/>
          <w:bCs/>
        </w:rPr>
        <w:t xml:space="preserve">a recession.</w:t>
      </w:r>
      <w:r>
        <w:br/>
      </w:r>
      <w:r>
        <w:t xml:space="preserve">    (a) serves as a sign of coming</w:t>
      </w:r>
      <w:r>
        <w:br/>
      </w:r>
      <w:r>
        <w:t xml:space="preserve">    (b) follows after</w:t>
      </w:r>
      <w:r>
        <w:br/>
      </w:r>
      <w:r>
        <w:t xml:space="preserve">    (c) has no effect 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soothsayer</w:t>
      </w:r>
      <w:r>
        <w:rPr>
          <w:b/>
          <w:bCs/>
        </w:rPr>
        <w:t xml:space="preserve"> </w:t>
      </w:r>
      <w:r>
        <w:rPr>
          <w:b/>
          <w:bCs/>
        </w:rPr>
        <w:t xml:space="preserve">foresaw a severe drought.</w:t>
      </w:r>
      <w:r>
        <w:br/>
      </w:r>
      <w:r>
        <w:t xml:space="preserve">    (a) Someone claiming magical ability to foresee the future</w:t>
      </w:r>
      <w:r>
        <w:br/>
      </w:r>
      <w:r>
        <w:t xml:space="preserve">    (b) someone who analyzes statistic to predict the future</w:t>
      </w:r>
      <w:r>
        <w:br/>
      </w:r>
      <w:r>
        <w:t xml:space="preserve">    (c) someone skilled in predicting weather patterns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spurned</w:t>
      </w:r>
      <w:r>
        <w:rPr>
          <w:b/>
          <w:bCs/>
        </w:rPr>
        <w:t xml:space="preserve"> </w:t>
      </w:r>
      <w:r>
        <w:rPr>
          <w:b/>
          <w:bCs/>
        </w:rPr>
        <w:t xml:space="preserve">both major parties in the last election.</w:t>
      </w:r>
      <w:r>
        <w:br/>
      </w:r>
      <w:r>
        <w:t xml:space="preserve">    (a) joined</w:t>
      </w:r>
      <w:r>
        <w:br/>
      </w:r>
      <w:r>
        <w:t xml:space="preserve">    (b) rejected</w:t>
      </w:r>
      <w:r>
        <w:br/>
      </w:r>
      <w:r>
        <w:t xml:space="preserve">    (c) founded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Everyone liked the idea. The arguments I prepared to support it were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superfluous</w:t>
      </w:r>
      <w:r>
        <w:rPr>
          <w:b/>
          <w:bCs/>
        </w:rPr>
        <w:t xml:space="preserve">.</w:t>
      </w:r>
      <w:r>
        <w:br/>
      </w:r>
      <w:r>
        <w:t xml:space="preserve">    (a) appreciated</w:t>
      </w:r>
      <w:r>
        <w:br/>
      </w:r>
      <w:r>
        <w:t xml:space="preserve">    (b) unnecessary</w:t>
      </w:r>
      <w:r>
        <w:br/>
      </w:r>
      <w:r>
        <w:t xml:space="preserve">    (c) important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had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surfeit</w:t>
      </w:r>
      <w:r>
        <w:rPr>
          <w:b/>
          <w:bCs/>
        </w:rPr>
        <w:t xml:space="preserve"> </w:t>
      </w:r>
      <w:r>
        <w:rPr>
          <w:b/>
          <w:bCs/>
        </w:rPr>
        <w:t xml:space="preserve">of beer, but not enough food.</w:t>
      </w:r>
      <w:r>
        <w:br/>
      </w:r>
      <w:r>
        <w:t xml:space="preserve">    (a) variety</w:t>
      </w:r>
      <w:r>
        <w:br/>
      </w:r>
      <w:r>
        <w:t xml:space="preserve">    (b) shortage</w:t>
      </w:r>
      <w:r>
        <w:br/>
      </w:r>
      <w:r>
        <w:t xml:space="preserve">    (c) excessive amount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2026-07-31T14:28:59Z</dcterms:created>
  <dcterms:modified xsi:type="dcterms:W3CDTF">2026-07-31T14:28:59Z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