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25b552dfa4a111675b0eabedcea5f028f081e7"/>
    <w:p>
      <w:pPr>
        <w:pStyle w:val="Heading1"/>
      </w:pPr>
      <w:r>
        <w:rPr>
          <w:b/>
          <w:bCs/>
        </w:rPr>
        <w:t xml:space="preserve">Antony and Cleopatra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Lord Alexas, sweet Alexas, most anything Alexas, almost most absolute Alexas, where's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soothsayer</w:t>
      </w:r>
      <w:r>
        <w:rPr>
          <w:b/>
          <w:bCs/>
        </w:rPr>
        <w:t xml:space="preserve"> </w:t>
      </w:r>
      <w:r>
        <w:rPr>
          <w:b/>
          <w:bCs/>
        </w:rPr>
        <w:t xml:space="preserve">that you praised so to the queen?</w:t>
      </w:r>
      <w:r>
        <w:br/>
      </w:r>
      <w:r>
        <w:t xml:space="preserve">    (a) Someone claiming magical ability to see what will happen in the future</w:t>
      </w:r>
      <w:r>
        <w:br/>
      </w:r>
      <w:r>
        <w:t xml:space="preserve">    (b) someone who tries to obtain a result through gentle and careful effort</w:t>
      </w:r>
      <w:r>
        <w:br/>
      </w:r>
      <w:r>
        <w:t xml:space="preserve">    (c) a specialist in the branch of engineering that deals with small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There's a palm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presages</w:t>
      </w:r>
      <w:r>
        <w:rPr>
          <w:b/>
          <w:bCs/>
        </w:rPr>
        <w:t xml:space="preserve"> </w:t>
      </w:r>
      <w:r>
        <w:rPr>
          <w:b/>
          <w:bCs/>
        </w:rPr>
        <w:t xml:space="preserve">chastity, if nothing else.</w:t>
      </w:r>
      <w:r>
        <w:br/>
      </w:r>
      <w:r>
        <w:t xml:space="preserve">    (a) cancels or annuls a formal ruling or contract</w:t>
      </w:r>
      <w:r>
        <w:br/>
      </w:r>
      <w:r>
        <w:t xml:space="preserve">    (b) serves as a sign of something about to happen</w:t>
      </w:r>
      <w:r>
        <w:br/>
      </w:r>
      <w:r>
        <w:t xml:space="preserve">    (c) writes or exchanges written letters or emails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...Good now, play one scene</w:t>
      </w:r>
      <w:r>
        <w:br/>
      </w:r>
      <w:r>
        <w:rPr>
          <w:b/>
          <w:bCs/>
        </w:rPr>
        <w:t xml:space="preserve">Of excellent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dissembling</w:t>
      </w:r>
      <w:r>
        <w:rPr>
          <w:b/>
          <w:bCs/>
        </w:rPr>
        <w:t xml:space="preserve">, and let it look</w:t>
      </w:r>
      <w:r>
        <w:br/>
      </w:r>
      <w:r>
        <w:rPr>
          <w:b/>
          <w:bCs/>
        </w:rPr>
        <w:t xml:space="preserve">Like perfect honor.</w:t>
      </w:r>
      <w:r>
        <w:br/>
      </w:r>
      <w:r>
        <w:t xml:space="preserve">    (a) playacting (deception)</w:t>
      </w:r>
      <w:r>
        <w:br/>
      </w:r>
      <w:r>
        <w:t xml:space="preserve">    (b) preparing food in a way that keeps it from spoiling</w:t>
      </w:r>
      <w:r>
        <w:br/>
      </w:r>
      <w:r>
        <w:t xml:space="preserve">    (c) supporting by providing money or other economic 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Isis, I will give thee bloody teeth If thou with Caesar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paragon</w:t>
      </w:r>
      <w:r>
        <w:rPr>
          <w:b/>
          <w:bCs/>
        </w:rPr>
        <w:t xml:space="preserve"> </w:t>
      </w:r>
      <w:r>
        <w:rPr>
          <w:b/>
          <w:bCs/>
        </w:rPr>
        <w:t xml:space="preserve">again My man of men.</w:t>
      </w:r>
      <w:r>
        <w:br/>
      </w:r>
      <w:r>
        <w:t xml:space="preserve">    (a) stop interacting; or stop having interest</w:t>
      </w:r>
      <w:r>
        <w:br/>
      </w:r>
      <w:r>
        <w:t xml:space="preserve">    (b) treating thoughtlessly or without respect</w:t>
      </w:r>
      <w:r>
        <w:br/>
      </w:r>
      <w:r>
        <w:t xml:space="preserve">    (c) an ideal instance; or model of excellence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—Menas, I did not think This amorous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surfeiter</w:t>
      </w:r>
      <w:r>
        <w:rPr>
          <w:b/>
          <w:bCs/>
        </w:rPr>
        <w:t xml:space="preserve"> </w:t>
      </w:r>
      <w:r>
        <w:rPr>
          <w:b/>
          <w:bCs/>
        </w:rPr>
        <w:t xml:space="preserve">would have donn'd his helm For such a petty war; his soldiership Is twice the other twain: but let us rear The higher our opinion, that our stirring Can from the lap of Egypt's widow pluck The ne'er lust-wearied Antony.</w:t>
      </w:r>
      <w:r>
        <w:br/>
      </w:r>
      <w:r>
        <w:t xml:space="preserve">    (a) an excessive amount; or to overindulge</w:t>
      </w:r>
      <w:r>
        <w:br/>
      </w:r>
      <w:r>
        <w:t xml:space="preserve">    (b) someone who participates in corruption</w:t>
      </w:r>
      <w:r>
        <w:br/>
      </w:r>
      <w:r>
        <w:t xml:space="preserve">    (c) someone who strongly desires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lesser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enmities</w:t>
      </w:r>
      <w:r>
        <w:rPr>
          <w:b/>
          <w:bCs/>
        </w:rPr>
        <w:t xml:space="preserve"> </w:t>
      </w:r>
      <w:r>
        <w:rPr>
          <w:b/>
          <w:bCs/>
        </w:rPr>
        <w:t xml:space="preserve">may give way to greater</w:t>
      </w:r>
      <w:r>
        <w:br/>
      </w:r>
      <w:r>
        <w:t xml:space="preserve">    (a) constrains in some way -- such as ties up, requires, or obligates</w:t>
      </w:r>
      <w:r>
        <w:br/>
      </w:r>
      <w:r>
        <w:t xml:space="preserve">    (b) people, organizations, lifeforms, or things that exist separately</w:t>
      </w:r>
      <w:r>
        <w:br/>
      </w:r>
      <w:r>
        <w:t xml:space="preserve">    (c) hatreds between enemies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must be laugh'd at If, or for nothing or a little, I Should say myself offended, and with you Chiefly i' the world; more laugh'd at that I should Once name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derogately</w:t>
      </w:r>
      <w:r>
        <w:rPr>
          <w:b/>
          <w:bCs/>
        </w:rPr>
        <w:t xml:space="preserve">, when to sound your name It not concern'd me.</w:t>
      </w:r>
      <w:r>
        <w:br/>
      </w:r>
      <w:r>
        <w:t xml:space="preserve">    (a) following as a result of something</w:t>
      </w:r>
      <w:r>
        <w:br/>
      </w:r>
      <w:r>
        <w:t xml:space="preserve">    (b) with difficulty moving or managing</w:t>
      </w:r>
      <w:r>
        <w:br/>
      </w:r>
      <w:r>
        <w:t xml:space="preserve">    (c) expressing disrespect or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nearly as I may, I'll play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penitent</w:t>
      </w:r>
      <w:r>
        <w:rPr>
          <w:b/>
          <w:bCs/>
        </w:rPr>
        <w:t xml:space="preserve"> </w:t>
      </w:r>
      <w:r>
        <w:rPr>
          <w:b/>
          <w:bCs/>
        </w:rPr>
        <w:t xml:space="preserve">to you:</w:t>
      </w:r>
      <w:r>
        <w:br/>
      </w:r>
      <w:r>
        <w:t xml:space="preserve">    (a) suffering from too few red blood cells</w:t>
      </w:r>
      <w:r>
        <w:br/>
      </w:r>
      <w:r>
        <w:br/>
      </w:r>
      <w:r>
        <w:t xml:space="preserve">or (less commonly):  lacking vitality</w:t>
      </w:r>
      <w:r>
        <w:br/>
      </w:r>
      <w:r>
        <w:t xml:space="preserve">    (b) having the characteristic of or relating to bouncing back light/heat/sound...</w:t>
      </w:r>
      <w:r>
        <w:br/>
      </w:r>
      <w:r>
        <w:t xml:space="preserve">    (c) role of a person apologizing (expressing sorrow for misdeeds)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sister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</w:t>
      </w:r>
      <w:r>
        <w:rPr>
          <w:b/>
          <w:bCs/>
        </w:rPr>
        <w:t xml:space="preserve"> </w:t>
      </w:r>
      <w:r>
        <w:rPr>
          <w:b/>
          <w:bCs/>
        </w:rPr>
        <w:t xml:space="preserve">you, whom no brother</w:t>
      </w:r>
      <w:r>
        <w:br/>
      </w:r>
      <w:r>
        <w:rPr>
          <w:b/>
          <w:bCs/>
        </w:rPr>
        <w:t xml:space="preserve">Did ever love so dearly:</w:t>
      </w:r>
      <w:r>
        <w:br/>
      </w:r>
      <w:r>
        <w:t xml:space="preserve">    (a) mark important text; or the text that is marked</w:t>
      </w:r>
      <w:r>
        <w:br/>
      </w:r>
      <w:r>
        <w:t xml:space="preserve">    (b) give an opinion of what is wrong with something</w:t>
      </w:r>
      <w:r>
        <w:br/>
      </w:r>
      <w:r>
        <w:t xml:space="preserve">    (c)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 not like 'but yet', it does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allay</w:t>
      </w:r>
      <w:r>
        <w:rPr>
          <w:b/>
          <w:bCs/>
        </w:rPr>
        <w:t xml:space="preserve"> </w:t>
      </w:r>
      <w:r>
        <w:rPr>
          <w:b/>
          <w:bCs/>
        </w:rPr>
        <w:t xml:space="preserve">The good precedence; fie upon 'but yet'!</w:t>
      </w:r>
      <w:r>
        <w:br/>
      </w:r>
      <w:r>
        <w:t xml:space="preserve">    (a) interact again or interest again</w:t>
      </w:r>
      <w:r>
        <w:br/>
      </w:r>
      <w:r>
        <w:t xml:space="preserve">    (b) genetic change through evolution</w:t>
      </w:r>
      <w:r>
        <w:br/>
      </w:r>
      <w:r>
        <w:t xml:space="preserve">    (c) reduce the intensity of; or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most infectious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pestilence</w:t>
      </w:r>
      <w:r>
        <w:rPr>
          <w:b/>
          <w:bCs/>
        </w:rPr>
        <w:t xml:space="preserve"> </w:t>
      </w:r>
      <w:r>
        <w:rPr>
          <w:b/>
          <w:bCs/>
        </w:rPr>
        <w:t xml:space="preserve">upon thee!</w:t>
      </w:r>
      <w:r>
        <w:br/>
      </w:r>
      <w:r>
        <w:t xml:space="preserve">    (a) something that is not obvious, but noticeable by someone with adequate sensitivity and relevant knowledge</w:t>
      </w:r>
      <w:r>
        <w:br/>
      </w:r>
      <w:r>
        <w:t xml:space="preserve">    (b) a South African whose first language is Afrikaans -- typically descendants of 17th century Dutch settlers</w:t>
      </w:r>
      <w:r>
        <w:br/>
      </w:r>
      <w:r>
        <w:t xml:space="preserve">    (c) widespread disease (usually severe); or any severely harmful or evil influence that is hard to get rid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 I'll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spurn</w:t>
      </w:r>
      <w:r>
        <w:rPr>
          <w:b/>
          <w:bCs/>
        </w:rPr>
        <w:t xml:space="preserve"> </w:t>
      </w:r>
      <w:r>
        <w:rPr>
          <w:b/>
          <w:bCs/>
        </w:rPr>
        <w:t xml:space="preserve">thine eyes Like balls before me; I'll unhair thy head: [She hales him up and down.]</w:t>
      </w:r>
      <w:r>
        <w:br/>
      </w:r>
      <w:r>
        <w:t xml:space="preserve">    (a) find, search, or research</w:t>
      </w:r>
      <w:r>
        <w:br/>
      </w:r>
      <w:r>
        <w:t xml:space="preserve">    (b) reject as not good enough</w:t>
      </w:r>
      <w:r>
        <w:br/>
      </w:r>
      <w:r>
        <w:t xml:space="preserve">    (c) being a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that is it Hath made me rig my navy; at whose burden The anger'd ocean foams; with which I meant To scourge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ingratitude</w:t>
      </w:r>
      <w:r>
        <w:rPr>
          <w:b/>
          <w:bCs/>
        </w:rPr>
        <w:t xml:space="preserve"> </w:t>
      </w:r>
      <w:r>
        <w:rPr>
          <w:b/>
          <w:bCs/>
        </w:rPr>
        <w:t xml:space="preserve">that despiteful Rome Cast on my noble father.</w:t>
      </w:r>
      <w:r>
        <w:br/>
      </w:r>
      <w:r>
        <w:t xml:space="preserve">    (a) lack of gratefulness -- typically inappropriately so</w:t>
      </w:r>
      <w:r>
        <w:br/>
      </w:r>
      <w:r>
        <w:t xml:space="preserve">    (b) the ability to take or adopt power or responsibility</w:t>
      </w:r>
      <w:r>
        <w:br/>
      </w:r>
      <w:r>
        <w:t xml:space="preserve">    (c) the process of excessive encouragement or excitement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Why, this it is to have a name in great men's fellowship: I had as lief have a reed that will do me no service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partizan</w:t>
      </w:r>
      <w:r>
        <w:rPr>
          <w:b/>
          <w:bCs/>
        </w:rPr>
        <w:t xml:space="preserve"> </w:t>
      </w:r>
      <w:r>
        <w:rPr>
          <w:b/>
          <w:bCs/>
        </w:rPr>
        <w:t xml:space="preserve">I could not heave.</w:t>
      </w:r>
      <w:r>
        <w:br/>
      </w:r>
      <w:r>
        <w:t xml:space="preserve">    (a) a weapon that resembles an elaborate spear</w:t>
      </w:r>
      <w:r>
        <w:br/>
      </w:r>
      <w:r>
        <w:t xml:space="preserve">    (b) restarted (a fire)</w:t>
      </w:r>
      <w:r>
        <w:br/>
      </w:r>
      <w:r>
        <w:t xml:space="preserve">    (c) wrongly translates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 </w:t>
      </w:r>
      <w:r>
        <w:rPr>
          <w:b/>
          <w:bCs/>
        </w:rPr>
        <w:t xml:space="preserve">kings</w:t>
      </w:r>
      <w:r>
        <w:br/>
      </w:r>
      <w:r>
        <w:t xml:space="preserve">    (a) without purpose, job, or natural activity</w:t>
      </w:r>
      <w:r>
        <w:br/>
      </w:r>
      <w:r>
        <w:t xml:space="preserve">    (b) the quality of being sensible and careful</w:t>
      </w:r>
      <w:r>
        <w:br/>
      </w:r>
      <w:r>
        <w:t xml:space="preserve">    (c) extra (more than is needed)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Promise, And in our name, what she requires; add more, From thine invention, offers: women are not In their best fortunes strong; but want will perjure The ne'er-touch'd vestal: try thy cunning, Thyreus; Make thine 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edict</w:t>
      </w:r>
      <w:r>
        <w:rPr>
          <w:b/>
          <w:bCs/>
        </w:rPr>
        <w:t xml:space="preserve"> </w:t>
      </w:r>
      <w:r>
        <w:rPr>
          <w:b/>
          <w:bCs/>
        </w:rPr>
        <w:t xml:space="preserve">for thy pains, which we Will answer as a law.</w:t>
      </w:r>
      <w:r>
        <w:br/>
      </w:r>
      <w:r>
        <w:t xml:space="preserve">    (a) a psychologist concerned with the treatment of abnormal thinking and behavior</w:t>
      </w:r>
      <w:r>
        <w:br/>
      </w:r>
      <w:r>
        <w:t xml:space="preserve">    (b) an order -- typically a formal proclamation or a legally binding court decree</w:t>
      </w:r>
      <w:r>
        <w:br/>
      </w:r>
      <w:r>
        <w:t xml:space="preserve">    (c) a stone shaped like a disk that spins and is used to grind, sharpen or polish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Exeunt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body.</w:t>
      </w:r>
      <w:r>
        <w:br/>
      </w:r>
      <w:r>
        <w:t xml:space="preserve">    (a) exit (a stage direction)</w:t>
      </w:r>
      <w:r>
        <w:br/>
      </w:r>
      <w:r>
        <w:t xml:space="preserve">    (b) the quality of lacking exactness or accuracy</w:t>
      </w:r>
      <w:r>
        <w:br/>
      </w:r>
      <w:r>
        <w:t xml:space="preserve">    (c) holds together (connects or unites) or wraps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...Thou art sworn, Eros,</w:t>
      </w:r>
      <w:r>
        <w:br/>
      </w:r>
      <w:r>
        <w:rPr>
          <w:b/>
          <w:bCs/>
        </w:rPr>
        <w:t xml:space="preserve">That when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exigent</w:t>
      </w:r>
      <w:r>
        <w:rPr>
          <w:b/>
          <w:bCs/>
        </w:rPr>
        <w:t xml:space="preserve"> </w:t>
      </w:r>
      <w:r>
        <w:rPr>
          <w:b/>
          <w:bCs/>
        </w:rPr>
        <w:t xml:space="preserve">should come which now</w:t>
      </w:r>
      <w:r>
        <w:br/>
      </w:r>
      <w:r>
        <w:rPr>
          <w:b/>
          <w:bCs/>
        </w:rPr>
        <w:t xml:space="preserve">Is come indeed, when I should see behind me</w:t>
      </w:r>
      <w:r>
        <w:br/>
      </w:r>
      <w:r>
        <w:rPr>
          <w:b/>
          <w:bCs/>
        </w:rPr>
        <w:t xml:space="preserve">Th' inevitable prosecution of</w:t>
      </w:r>
      <w:r>
        <w:br/>
      </w:r>
      <w:r>
        <w:rPr>
          <w:b/>
          <w:bCs/>
        </w:rPr>
        <w:t xml:space="preserve">Disgrace and horror, that on my command,</w:t>
      </w:r>
      <w:r>
        <w:br/>
      </w:r>
      <w:r>
        <w:rPr>
          <w:b/>
          <w:bCs/>
        </w:rPr>
        <w:t xml:space="preserve">Thou then wouldst kill me. Do it. The time is come.</w:t>
      </w:r>
      <w:r>
        <w:br/>
      </w:r>
      <w:r>
        <w:t xml:space="preserve">    (a) not straightforward</w:t>
      </w:r>
      <w:r>
        <w:br/>
      </w:r>
      <w:r>
        <w:t xml:space="preserve">    (b) not done on purpose</w:t>
      </w:r>
      <w:r>
        <w:br/>
      </w:r>
      <w:r>
        <w:t xml:space="preserve">    (c) moment demanding attention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dying, Egypt, dying; only</w:t>
      </w:r>
      <w:r>
        <w:br/>
      </w:r>
      <w:r>
        <w:rPr>
          <w:b/>
          <w:bCs/>
        </w:rPr>
        <w:t xml:space="preserve">I 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importune</w:t>
      </w:r>
      <w:r>
        <w:rPr>
          <w:b/>
          <w:bCs/>
        </w:rPr>
        <w:t xml:space="preserve"> </w:t>
      </w:r>
      <w:r>
        <w:rPr>
          <w:b/>
          <w:bCs/>
        </w:rPr>
        <w:t xml:space="preserve">death awhile, until</w:t>
      </w:r>
      <w:r>
        <w:br/>
      </w:r>
      <w:r>
        <w:rPr>
          <w:b/>
          <w:bCs/>
        </w:rPr>
        <w:t xml:space="preserve">Of many thousand kisses the poor last</w:t>
      </w:r>
      <w:r>
        <w:br/>
      </w:r>
      <w:r>
        <w:rPr>
          <w:b/>
          <w:bCs/>
        </w:rPr>
        <w:t xml:space="preserve">I lay upon thy lips.</w:t>
      </w:r>
      <w:r>
        <w:br/>
      </w:r>
      <w:r>
        <w:t xml:space="preserve">    (a) to cause something to move forward</w:t>
      </w:r>
      <w:r>
        <w:br/>
      </w:r>
      <w:r>
        <w:t xml:space="preserve">    (b) beg</w:t>
      </w:r>
      <w:r>
        <w:br/>
      </w:r>
      <w:r>
        <w:t xml:space="preserve">    (c) make different; or show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censuring</w:t>
      </w:r>
      <w:r>
        <w:rPr>
          <w:b/>
          <w:bCs/>
        </w:rPr>
        <w:t xml:space="preserve"> </w:t>
      </w:r>
      <w:r>
        <w:rPr>
          <w:b/>
          <w:bCs/>
        </w:rPr>
        <w:t xml:space="preserve">Rome</w:t>
      </w:r>
      <w:r>
        <w:br/>
      </w:r>
      <w:r>
        <w:t xml:space="preserve">    (a) criticizing</w:t>
      </w:r>
      <w:r>
        <w:br/>
      </w:r>
      <w:r>
        <w:t xml:space="preserve">    (b) developing or changing gradually</w:t>
      </w:r>
      <w:r>
        <w:br/>
      </w:r>
      <w:r>
        <w:t xml:space="preserve">    (c) selecting (on a computer screen)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2026-07-31T14:28:59Z</dcterms:created>
  <dcterms:modified xsi:type="dcterms:W3CDTF">2026-07-31T14:28:59Z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