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a217b8610175e44ab18fb3648abc4439f48c19"/>
    <w:p>
      <w:pPr>
        <w:pStyle w:val="Heading1"/>
      </w:pPr>
      <w:r>
        <w:rPr>
          <w:b/>
          <w:bCs/>
        </w:rPr>
        <w:t xml:space="preserve">Antigone</w:t>
      </w:r>
      <w:r>
        <w:br/>
      </w:r>
      <w:r>
        <w:rPr>
          <w:i/>
          <w:iCs/>
        </w:rPr>
        <w:t xml:space="preserve">Sophocles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witness was asked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abjure</w:t>
      </w:r>
      <w:r>
        <w:rPr>
          <w:b/>
          <w:bCs/>
        </w:rPr>
        <w:t xml:space="preserve"> </w:t>
      </w:r>
      <w:r>
        <w:rPr>
          <w:b/>
          <w:bCs/>
        </w:rPr>
        <w:t xml:space="preserve">her previous statement and tell the truth.</w:t>
      </w:r>
      <w:r>
        <w:br/>
      </w:r>
      <w:r>
        <w:t xml:space="preserve">    (a) elaborate upon</w:t>
      </w:r>
      <w:r>
        <w:br/>
      </w:r>
      <w:r>
        <w:t xml:space="preserve">    (b) repeat</w:t>
      </w:r>
      <w:r>
        <w:br/>
      </w:r>
      <w:r>
        <w:t xml:space="preserve">    (c) renounce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every opportunity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</w:t>
      </w:r>
      <w:r>
        <w:rPr>
          <w:b/>
          <w:bCs/>
        </w:rPr>
        <w:t xml:space="preserve"> </w:t>
      </w:r>
      <w:r>
        <w:rPr>
          <w:b/>
          <w:bCs/>
        </w:rPr>
        <w:t xml:space="preserve">the policy.</w:t>
      </w:r>
      <w:r>
        <w:br/>
      </w:r>
      <w:r>
        <w:t xml:space="preserve">    (a) understand</w:t>
      </w:r>
      <w:r>
        <w:br/>
      </w:r>
      <w:r>
        <w:t xml:space="preserve">    (b) study</w:t>
      </w:r>
      <w:r>
        <w:br/>
      </w:r>
      <w:r>
        <w:t xml:space="preserve">    (c)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the dark clouds rolled in on the morning of the picnic, she took it as a bad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augury</w:t>
      </w:r>
      <w:r>
        <w:rPr>
          <w:b/>
          <w:bCs/>
        </w:rPr>
        <w:t xml:space="preserve"> </w:t>
      </w:r>
      <w:r>
        <w:rPr>
          <w:b/>
          <w:bCs/>
        </w:rPr>
        <w:t xml:space="preserve">for how the day would go.</w:t>
      </w:r>
      <w:r>
        <w:br/>
      </w:r>
      <w:r>
        <w:t xml:space="preserve">    (a) related to a theory that views history as class struggle and argues that capitalism will be replaced by communism</w:t>
      </w:r>
      <w:r>
        <w:br/>
      </w:r>
      <w:r>
        <w:t xml:space="preserve">    (b) omen or sign</w:t>
      </w:r>
      <w:r>
        <w:br/>
      </w:r>
      <w:r>
        <w:t xml:space="preserve">    (c) something that is different than others of its type (synonyms could include: adaptation, version, alternate form)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rules are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bastion</w:t>
      </w:r>
      <w:r>
        <w:rPr>
          <w:b/>
          <w:bCs/>
        </w:rPr>
        <w:t xml:space="preserve"> </w:t>
      </w:r>
      <w:r>
        <w:rPr>
          <w:b/>
          <w:bCs/>
        </w:rPr>
        <w:t xml:space="preserve">against corruption.</w:t>
      </w:r>
      <w:r>
        <w:br/>
      </w:r>
      <w:r>
        <w:t xml:space="preserve">    (a) defensive fortification</w:t>
      </w:r>
      <w:r>
        <w:br/>
      </w:r>
      <w:r>
        <w:t xml:space="preserve">    (b) prime example</w:t>
      </w:r>
      <w:r>
        <w:br/>
      </w:r>
      <w:r>
        <w:t xml:space="preserve">    (c) weak spot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bereft</w:t>
      </w:r>
      <w:r>
        <w:rPr>
          <w:b/>
          <w:bCs/>
        </w:rPr>
        <w:t xml:space="preserve"> </w:t>
      </w:r>
      <w:r>
        <w:rPr>
          <w:b/>
          <w:bCs/>
        </w:rPr>
        <w:t xml:space="preserve">of natural borders.</w:t>
      </w:r>
      <w:r>
        <w:br/>
      </w:r>
      <w:r>
        <w:t xml:space="preserve">    (a) with a natural defense</w:t>
      </w:r>
      <w:r>
        <w:br/>
      </w:r>
      <w:r>
        <w:t xml:space="preserve">    (b) lacking</w:t>
      </w:r>
      <w:r>
        <w:br/>
      </w:r>
      <w:r>
        <w:t xml:space="preserve">    (c) proud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owl is a common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denizen</w:t>
      </w:r>
      <w:r>
        <w:rPr>
          <w:b/>
          <w:bCs/>
        </w:rPr>
        <w:t xml:space="preserve"> </w:t>
      </w:r>
      <w:r>
        <w:rPr>
          <w:b/>
          <w:bCs/>
        </w:rPr>
        <w:t xml:space="preserve">of the old forest.</w:t>
      </w:r>
      <w:r>
        <w:br/>
      </w:r>
      <w:r>
        <w:t xml:space="preserve">    (a) occasional visitor</w:t>
      </w:r>
      <w:r>
        <w:br/>
      </w:r>
      <w:r>
        <w:t xml:space="preserve">    (b) ancient ruler</w:t>
      </w:r>
      <w:r>
        <w:br/>
      </w:r>
      <w:r>
        <w:t xml:space="preserve">    (c) longtime resident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hackneyed</w:t>
      </w:r>
      <w:r>
        <w:rPr>
          <w:b/>
          <w:bCs/>
        </w:rPr>
        <w:t xml:space="preserve"> </w:t>
      </w:r>
      <w:r>
        <w:rPr>
          <w:b/>
          <w:bCs/>
        </w:rPr>
        <w:t xml:space="preserve">phrase in Silicon Valley these days is "We're the next Google."</w:t>
      </w:r>
      <w:r>
        <w:br/>
      </w:r>
      <w:r>
        <w:t xml:space="preserve">    (a) the degree to which a performance of or to someone else's work lends itself to the expression of personal artistic ideas or feelings by the performer</w:t>
      </w:r>
      <w:r>
        <w:br/>
      </w:r>
      <w:r>
        <w:t xml:space="preserve">    (b) the quality or degree of being straightforward or clear (sometimes indicating that truth is not worded carefully to spare feelings or gain advantage)</w:t>
      </w:r>
      <w:r>
        <w:br/>
      </w:r>
      <w:r>
        <w:t xml:space="preserve">    (c) lacking impact because it has been heard so many times before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universe is governed by fixed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immutable</w:t>
      </w:r>
      <w:r>
        <w:rPr>
          <w:b/>
          <w:bCs/>
        </w:rPr>
        <w:t xml:space="preserve"> </w:t>
      </w:r>
      <w:r>
        <w:rPr>
          <w:b/>
          <w:bCs/>
        </w:rPr>
        <w:t xml:space="preserve">laws.</w:t>
      </w:r>
      <w:r>
        <w:br/>
      </w:r>
      <w:r>
        <w:t xml:space="preserve">    (a) uncaring</w:t>
      </w:r>
      <w:r>
        <w:br/>
      </w:r>
      <w:r>
        <w:t xml:space="preserve">    (b) understandable</w:t>
      </w:r>
      <w:r>
        <w:br/>
      </w:r>
      <w:r>
        <w:t xml:space="preserve">    (c) unchangeable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government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interdicted</w:t>
      </w:r>
      <w:r>
        <w:rPr>
          <w:b/>
          <w:bCs/>
        </w:rPr>
        <w:t xml:space="preserve"> </w:t>
      </w:r>
      <w:r>
        <w:rPr>
          <w:b/>
          <w:bCs/>
        </w:rPr>
        <w:t xml:space="preserve">the shipment of arms to the rebels.</w:t>
      </w:r>
      <w:r>
        <w:br/>
      </w:r>
      <w:r>
        <w:t xml:space="preserve">    (a) provided</w:t>
      </w:r>
      <w:r>
        <w:br/>
      </w:r>
      <w:r>
        <w:t xml:space="preserve">    (b) stopped</w:t>
      </w:r>
      <w:r>
        <w:br/>
      </w:r>
      <w:r>
        <w:t xml:space="preserve">    (c) discovered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legal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jargon</w:t>
      </w:r>
      <w:r>
        <w:rPr>
          <w:b/>
          <w:bCs/>
        </w:rPr>
        <w:t xml:space="preserve"> </w:t>
      </w:r>
      <w:r>
        <w:rPr>
          <w:b/>
          <w:bCs/>
        </w:rPr>
        <w:t xml:space="preserve">in the contract was so complex that the client had to hire a lawyer to interpret it.</w:t>
      </w:r>
      <w:r>
        <w:br/>
      </w:r>
      <w:r>
        <w:t xml:space="preserve">    (a) special vocabulary</w:t>
      </w:r>
      <w:r>
        <w:br/>
      </w:r>
      <w:r>
        <w:t xml:space="preserve">    (b) complex ideas</w:t>
      </w:r>
      <w:r>
        <w:br/>
      </w:r>
      <w:r>
        <w:t xml:space="preserve">    (c) underlying philosophy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quickly caught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miscreant</w:t>
      </w:r>
      <w:r>
        <w:rPr>
          <w:b/>
          <w:bCs/>
        </w:rPr>
        <w:t xml:space="preserve"> </w:t>
      </w:r>
      <w:r>
        <w:rPr>
          <w:b/>
          <w:bCs/>
        </w:rPr>
        <w:t xml:space="preserve">who had been spray-painting public buildings.</w:t>
      </w:r>
      <w:r>
        <w:br/>
      </w:r>
      <w:r>
        <w:t xml:space="preserve">    (a) something (typically a statement) that disagrees with itself; or (more rarely) the act of disagreeing</w:t>
      </w:r>
      <w:r>
        <w:br/>
      </w:r>
      <w:r>
        <w:t xml:space="preserve">    (b) something made of the brownish metal with the same name -- such as a sculpture or a third place medal</w:t>
      </w:r>
      <w:r>
        <w:br/>
      </w:r>
      <w:r>
        <w:t xml:space="preserve">    (c) wrongdoer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book was called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Omnipotent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Government</w:t>
      </w:r>
      <w:r>
        <w:rPr>
          <w:b/>
          <w:bCs/>
        </w:rPr>
        <w:t xml:space="preserve">.</w:t>
      </w:r>
      <w:r>
        <w:br/>
      </w:r>
      <w:r>
        <w:t xml:space="preserve">    (a) knowing everything</w:t>
      </w:r>
      <w:r>
        <w:br/>
      </w:r>
      <w:r>
        <w:t xml:space="preserve">    (b) present everywhere</w:t>
      </w:r>
      <w:r>
        <w:br/>
      </w:r>
      <w:r>
        <w:t xml:space="preserve">    (c) all powerful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repeated, "The wicked will suffer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perdition</w:t>
      </w:r>
      <w:r>
        <w:rPr>
          <w:b/>
          <w:bCs/>
        </w:rPr>
        <w:t xml:space="preserve"> </w:t>
      </w:r>
      <w:r>
        <w:rPr>
          <w:b/>
          <w:bCs/>
        </w:rPr>
        <w:t xml:space="preserve">for their sins."</w:t>
      </w:r>
      <w:r>
        <w:br/>
      </w:r>
      <w:r>
        <w:t xml:space="preserve">    (a) long</w:t>
      </w:r>
      <w:r>
        <w:br/>
      </w:r>
      <w:r>
        <w:t xml:space="preserve">    (b) hell</w:t>
      </w:r>
      <w:r>
        <w:br/>
      </w:r>
      <w:r>
        <w:t xml:space="preserve">    (c) immediately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time, it was an emergency. There was no time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quibble</w:t>
      </w:r>
      <w:r>
        <w:rPr>
          <w:b/>
          <w:bCs/>
        </w:rPr>
        <w:t xml:space="preserve"> </w:t>
      </w:r>
      <w:r>
        <w:rPr>
          <w:b/>
          <w:bCs/>
        </w:rPr>
        <w:t xml:space="preserve">over details.</w:t>
      </w:r>
      <w:r>
        <w:br/>
      </w:r>
      <w:r>
        <w:t xml:space="preserve">    (a) be distressed or distress</w:t>
      </w:r>
      <w:r>
        <w:br/>
      </w:r>
      <w:r>
        <w:t xml:space="preserve">    (b) argue (about unimportant things)</w:t>
      </w:r>
      <w:r>
        <w:br/>
      </w:r>
      <w:r>
        <w:t xml:space="preserve">    (c) analyze or analysis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town viewed her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reprobate</w:t>
      </w:r>
      <w:r>
        <w:rPr>
          <w:b/>
          <w:bCs/>
        </w:rPr>
        <w:t xml:space="preserve">, always involved in dubious activities and scandals.</w:t>
      </w:r>
      <w:r>
        <w:br/>
      </w:r>
      <w:r>
        <w:t xml:space="preserve">    (a) an unprincipled or immoral person</w:t>
      </w:r>
      <w:r>
        <w:br/>
      </w:r>
      <w:r>
        <w:t xml:space="preserve">    (b) related to psychosis or someone who suffers from a psychosis (any severe mental disorder in which contact with reality is lost or highly distorted)</w:t>
      </w:r>
      <w:r>
        <w:br/>
      </w:r>
      <w:r>
        <w:t xml:space="preserve">    (c) inability to think clearly; or an instance of not thinking clearly; or describing parts as not fitting together in a consistent or pleasing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criticize</w:t>
      </w:r>
      <w:r>
        <w:br/>
      </w:r>
      <w:r>
        <w:t xml:space="preserve">    (b) compliment</w:t>
      </w:r>
      <w:r>
        <w:br/>
      </w:r>
      <w:r>
        <w:t xml:space="preserve">    (c) instruct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press will continue to investigate unless we produce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scapegoat</w:t>
      </w:r>
      <w:r>
        <w:rPr>
          <w:b/>
          <w:bCs/>
        </w:rPr>
        <w:t xml:space="preserve">.</w:t>
      </w:r>
      <w:r>
        <w:br/>
      </w:r>
      <w:r>
        <w:t xml:space="preserve">    (a) someone to blame</w:t>
      </w:r>
      <w:r>
        <w:br/>
      </w:r>
      <w:r>
        <w:t xml:space="preserve">    (b) good excuse</w:t>
      </w:r>
      <w:r>
        <w:br/>
      </w:r>
      <w:r>
        <w:t xml:space="preserve">    (c) good solution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soothsayer</w:t>
      </w:r>
      <w:r>
        <w:rPr>
          <w:b/>
          <w:bCs/>
        </w:rPr>
        <w:t xml:space="preserve"> </w:t>
      </w:r>
      <w:r>
        <w:rPr>
          <w:b/>
          <w:bCs/>
        </w:rPr>
        <w:t xml:space="preserve">foresaw a severe drought.</w:t>
      </w:r>
      <w:r>
        <w:br/>
      </w:r>
      <w:r>
        <w:t xml:space="preserve">    (a) Someone claiming magical ability to foresee the future</w:t>
      </w:r>
      <w:r>
        <w:br/>
      </w:r>
      <w:r>
        <w:t xml:space="preserve">    (b) someone skilled in predicting weather patterns</w:t>
      </w:r>
      <w:r>
        <w:br/>
      </w:r>
      <w:r>
        <w:t xml:space="preserve">    (c) someone who analyzes statistic to predict the future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spurned</w:t>
      </w:r>
      <w:r>
        <w:rPr>
          <w:b/>
          <w:bCs/>
        </w:rPr>
        <w:t xml:space="preserve"> </w:t>
      </w:r>
      <w:r>
        <w:rPr>
          <w:b/>
          <w:bCs/>
        </w:rPr>
        <w:t xml:space="preserve">both major parties in the last election.</w:t>
      </w:r>
      <w:r>
        <w:br/>
      </w:r>
      <w:r>
        <w:t xml:space="preserve">    (a) rejected</w:t>
      </w:r>
      <w:r>
        <w:br/>
      </w:r>
      <w:r>
        <w:t xml:space="preserve">    (b) founded</w:t>
      </w:r>
      <w:r>
        <w:br/>
      </w:r>
      <w:r>
        <w:t xml:space="preserve">    (c) joined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sailor adjusted the sails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windward</w:t>
      </w:r>
      <w:r>
        <w:rPr>
          <w:b/>
          <w:bCs/>
        </w:rPr>
        <w:t xml:space="preserve"> </w:t>
      </w:r>
      <w:r>
        <w:rPr>
          <w:b/>
          <w:bCs/>
        </w:rPr>
        <w:t xml:space="preserve">side of the boat.</w:t>
      </w:r>
      <w:r>
        <w:br/>
      </w:r>
      <w:r>
        <w:t xml:space="preserve">    (a) rope-secured</w:t>
      </w:r>
      <w:r>
        <w:br/>
      </w:r>
      <w:r>
        <w:t xml:space="preserve">    (b) wind-facing</w:t>
      </w:r>
      <w:r>
        <w:br/>
      </w:r>
      <w:r>
        <w:t xml:space="preserve">    (c) sun-shaded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2026-07-31T15:00:43Z</dcterms:created>
  <dcterms:modified xsi:type="dcterms:W3CDTF">2026-07-31T15:00:43Z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