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115847a54e880805f7e243609fe7d974e077f6b"/>
    <w:p>
      <w:pPr>
        <w:pStyle w:val="Heading1"/>
      </w:pPr>
      <w:r>
        <w:rPr>
          <w:b/>
          <w:bCs/>
        </w:rPr>
        <w:t xml:space="preserve">Antigone</w:t>
      </w:r>
      <w:r>
        <w:br/>
      </w:r>
      <w:r>
        <w:rPr>
          <w:i/>
          <w:iCs/>
        </w:rPr>
        <w:t xml:space="preserve">Sophocles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What, bury him despite the</w:t>
      </w:r>
      <w:r>
        <w:rPr>
          <w:b/>
          <w:bCs/>
        </w:rPr>
        <w:t xml:space="preserve"> </w:t>
      </w:r>
      <w:r>
        <w:rPr>
          <w:b/>
          <w:bCs/>
          <w:u w:val="single"/>
        </w:rPr>
        <w:t xml:space="preserve">interdict</w:t>
      </w:r>
      <w:r>
        <w:rPr>
          <w:b/>
          <w:bCs/>
        </w:rPr>
        <w:t xml:space="preserve">?</w:t>
      </w:r>
      <w:r>
        <w:br/>
      </w:r>
      <w:r>
        <w:t xml:space="preserve">    (a) to stop or hamper - especially through authoritative prohibition</w:t>
      </w:r>
      <w:r>
        <w:br/>
      </w:r>
      <w:r>
        <w:t xml:space="preserve">    (b) feel angry or unhappy about having to accept something not liked</w:t>
      </w:r>
      <w:r>
        <w:br/>
      </w:r>
      <w:r>
        <w:t xml:space="preserve">    (c) accept something undesired as unavoidable or the lesser of evils</w:t>
      </w:r>
    </w:p>
    <w:p>
      <w:pPr>
        <w:pStyle w:val="Compact"/>
        <w:numPr>
          <w:ilvl w:val="0"/>
          <w:numId w:val="1001"/>
        </w:numPr>
      </w:pPr>
      <w:r>
        <w:rPr>
          <w:b/>
          <w:bCs/>
        </w:rPr>
        <w:t xml:space="preserve">So am I purposed; never by my will Shall</w:t>
      </w:r>
      <w:r>
        <w:rPr>
          <w:b/>
          <w:bCs/>
        </w:rPr>
        <w:t xml:space="preserve"> </w:t>
      </w:r>
      <w:r>
        <w:rPr>
          <w:b/>
          <w:bCs/>
          <w:u w:val="single"/>
        </w:rPr>
        <w:t xml:space="preserve">miscreants</w:t>
      </w:r>
      <w:r>
        <w:rPr>
          <w:b/>
          <w:bCs/>
        </w:rPr>
        <w:t xml:space="preserve"> </w:t>
      </w:r>
      <w:r>
        <w:rPr>
          <w:b/>
          <w:bCs/>
        </w:rPr>
        <w:t xml:space="preserve">take precedence of true men, But all good patriots, alive or dead, Shall be by me preferred and honored.</w:t>
      </w:r>
      <w:r>
        <w:br/>
      </w:r>
      <w:r>
        <w:t xml:space="preserve">    (a) a person who behaves badly or breaks rules -- especially someone who commits crimes or acts immorally</w:t>
      </w:r>
      <w:r>
        <w:br/>
      </w:r>
      <w:r>
        <w:t xml:space="preserve">    (b) soccer players who play in the middle third of the field and who assist with both defense and offense</w:t>
      </w:r>
      <w:r>
        <w:br/>
      </w:r>
      <w:r>
        <w:t xml:space="preserve">    (c) aka natural rights -- rights that are naturally due because of human nature and the natural condition</w:t>
      </w:r>
    </w:p>
    <w:p>
      <w:pPr>
        <w:pStyle w:val="Compact"/>
        <w:numPr>
          <w:ilvl w:val="0"/>
          <w:numId w:val="1001"/>
        </w:numPr>
      </w:pPr>
      <w:r>
        <w:rPr>
          <w:b/>
          <w:bCs/>
        </w:rPr>
        <w:t xml:space="preserve">Our quest was at a standstill, when one spake And bowed us all to earth like quivering reeds, For there was no gainsaying him nor way To escape</w:t>
      </w:r>
      <w:r>
        <w:rPr>
          <w:b/>
          <w:bCs/>
        </w:rPr>
        <w:t xml:space="preserve"> </w:t>
      </w:r>
      <w:r>
        <w:rPr>
          <w:b/>
          <w:bCs/>
          <w:u w:val="single"/>
        </w:rPr>
        <w:t xml:space="preserve">perdition</w:t>
      </w:r>
      <w:r>
        <w:rPr>
          <w:b/>
          <w:bCs/>
        </w:rPr>
        <w:t xml:space="preserve">: Ye are bound to tell The King, ye cannot hide it; so he spake.</w:t>
      </w:r>
      <w:r>
        <w:br/>
      </w:r>
      <w:r>
        <w:t xml:space="preserve">    (a) hell (in Christianity: where Satan resides and non-saved suffer eternal punishment)</w:t>
      </w:r>
      <w:r>
        <w:br/>
      </w:r>
      <w:r>
        <w:t xml:space="preserve">    (b) Nathaniel Hawthorne's famous novel of hidden guilt and societal condemnation (1850)</w:t>
      </w:r>
      <w:r>
        <w:br/>
      </w:r>
      <w:r>
        <w:t xml:space="preserve">    (c) Rome from the founding of the city until the formation of the Republic (753-509 BC)</w:t>
      </w:r>
    </w:p>
    <w:p>
      <w:pPr>
        <w:pStyle w:val="Compact"/>
        <w:numPr>
          <w:ilvl w:val="0"/>
          <w:numId w:val="1001"/>
        </w:numPr>
      </w:pPr>
      <w:r>
        <w:rPr>
          <w:b/>
          <w:bCs/>
        </w:rPr>
        <w:t xml:space="preserve">And he convinced us all; so lots were cast, And I, unlucky</w:t>
      </w:r>
      <w:r>
        <w:rPr>
          <w:b/>
          <w:bCs/>
        </w:rPr>
        <w:t xml:space="preserve"> </w:t>
      </w:r>
      <w:r>
        <w:rPr>
          <w:b/>
          <w:bCs/>
          <w:u w:val="single"/>
        </w:rPr>
        <w:t xml:space="preserve">scapegoat</w:t>
      </w:r>
      <w:r>
        <w:rPr>
          <w:b/>
          <w:bCs/>
        </w:rPr>
        <w:t xml:space="preserve">, drew the prize.</w:t>
      </w:r>
      <w:r>
        <w:br/>
      </w:r>
      <w:r>
        <w:t xml:space="preserve">    (a) to begin communication with someone about something</w:t>
      </w:r>
      <w:r>
        <w:br/>
      </w:r>
      <w:r>
        <w:t xml:space="preserve">    (b) someone blamed or punished for the errors of others</w:t>
      </w:r>
      <w:r>
        <w:br/>
      </w:r>
      <w:r>
        <w:t xml:space="preserve">    (c) did not find a condition or substance to be present</w:t>
      </w:r>
    </w:p>
    <w:p>
      <w:pPr>
        <w:pStyle w:val="Compact"/>
        <w:numPr>
          <w:ilvl w:val="0"/>
          <w:numId w:val="1001"/>
        </w:numPr>
      </w:pPr>
      <w:r>
        <w:rPr>
          <w:b/>
          <w:bCs/>
        </w:rPr>
        <w:t xml:space="preserve">CREON Go,</w:t>
      </w:r>
      <w:r>
        <w:rPr>
          <w:b/>
          <w:bCs/>
        </w:rPr>
        <w:t xml:space="preserve"> </w:t>
      </w:r>
      <w:r>
        <w:rPr>
          <w:b/>
          <w:bCs/>
          <w:u w:val="single"/>
        </w:rPr>
        <w:t xml:space="preserve">quibble</w:t>
      </w:r>
      <w:r>
        <w:rPr>
          <w:b/>
          <w:bCs/>
        </w:rPr>
        <w:t xml:space="preserve"> </w:t>
      </w:r>
      <w:r>
        <w:rPr>
          <w:b/>
          <w:bCs/>
        </w:rPr>
        <w:t xml:space="preserve">with thy reason.</w:t>
      </w:r>
      <w:r>
        <w:br/>
      </w:r>
      <w:r>
        <w:t xml:space="preserve">    (a) be distressed or distress</w:t>
      </w:r>
      <w:r>
        <w:br/>
      </w:r>
      <w:r>
        <w:t xml:space="preserve">    (b) analyze or analysis</w:t>
      </w:r>
      <w:r>
        <w:br/>
      </w:r>
      <w:r>
        <w:t xml:space="preserve">    (c) argue or argument (about unimportant things)</w:t>
      </w:r>
    </w:p>
    <w:p>
      <w:pPr>
        <w:pStyle w:val="Compact"/>
        <w:numPr>
          <w:ilvl w:val="0"/>
          <w:numId w:val="1001"/>
        </w:numPr>
      </w:pPr>
      <w:r>
        <w:rPr>
          <w:b/>
          <w:bCs/>
        </w:rPr>
        <w:t xml:space="preserve">Then we sat High on the ridge to</w:t>
      </w:r>
      <w:r>
        <w:rPr>
          <w:b/>
          <w:bCs/>
        </w:rPr>
        <w:t xml:space="preserve"> </w:t>
      </w:r>
      <w:r>
        <w:rPr>
          <w:b/>
          <w:bCs/>
          <w:u w:val="single"/>
        </w:rPr>
        <w:t xml:space="preserve">windward</w:t>
      </w:r>
      <w:r>
        <w:rPr>
          <w:b/>
          <w:bCs/>
        </w:rPr>
        <w:t xml:space="preserve"> </w:t>
      </w:r>
      <w:r>
        <w:rPr>
          <w:b/>
          <w:bCs/>
        </w:rPr>
        <w:t xml:space="preserve">of the stench, While each man kept he fellow alert and rated Roundly the sluggard if he chanced to nap.</w:t>
      </w:r>
      <w:r>
        <w:br/>
      </w:r>
      <w:r>
        <w:t xml:space="preserve">    (a) the state of being unaware of one's mental activity</w:t>
      </w:r>
      <w:r>
        <w:br/>
      </w:r>
      <w:r>
        <w:t xml:space="preserve">    (b) increasing reason or general desire to do something</w:t>
      </w:r>
      <w:r>
        <w:br/>
      </w:r>
      <w:r>
        <w:t xml:space="preserve">    (c) the direction or side from which the wind is coming</w:t>
      </w:r>
    </w:p>
    <w:p>
      <w:pPr>
        <w:pStyle w:val="Compact"/>
        <w:numPr>
          <w:ilvl w:val="0"/>
          <w:numId w:val="1001"/>
        </w:numPr>
      </w:pPr>
      <w:r>
        <w:rPr>
          <w:b/>
          <w:bCs/>
        </w:rPr>
        <w:t xml:space="preserve">Nor did I deem that thou, a mortal man, Could'st by a breath annul and override The</w:t>
      </w:r>
      <w:r>
        <w:rPr>
          <w:b/>
          <w:bCs/>
        </w:rPr>
        <w:t xml:space="preserve"> </w:t>
      </w:r>
      <w:r>
        <w:rPr>
          <w:b/>
          <w:bCs/>
          <w:u w:val="single"/>
        </w:rPr>
        <w:t xml:space="preserve">immutable</w:t>
      </w:r>
      <w:r>
        <w:rPr>
          <w:b/>
          <w:bCs/>
        </w:rPr>
        <w:t xml:space="preserve"> </w:t>
      </w:r>
      <w:r>
        <w:rPr>
          <w:b/>
          <w:bCs/>
        </w:rPr>
        <w:t xml:space="preserve">unwritten laws of Heaven.</w:t>
      </w:r>
      <w:r>
        <w:br/>
      </w:r>
      <w:r>
        <w:t xml:space="preserve">    (a) unchangeable</w:t>
      </w:r>
      <w:r>
        <w:br/>
      </w:r>
      <w:r>
        <w:t xml:space="preserve">    (b) disagreeable</w:t>
      </w:r>
      <w:r>
        <w:br/>
      </w:r>
      <w:r>
        <w:t xml:space="preserve">    (c) not pleasing</w:t>
      </w:r>
    </w:p>
    <w:p>
      <w:pPr>
        <w:pStyle w:val="Compact"/>
        <w:numPr>
          <w:ilvl w:val="0"/>
          <w:numId w:val="1001"/>
        </w:numPr>
      </w:pPr>
      <w:r>
        <w:rPr>
          <w:b/>
          <w:bCs/>
        </w:rPr>
        <w:t xml:space="preserve">Say, didst thou too abet This crime, or dost</w:t>
      </w:r>
      <w:r>
        <w:rPr>
          <w:b/>
          <w:bCs/>
        </w:rPr>
        <w:t xml:space="preserve"> </w:t>
      </w:r>
      <w:r>
        <w:rPr>
          <w:b/>
          <w:bCs/>
          <w:u w:val="single"/>
        </w:rPr>
        <w:t xml:space="preserve">abjure</w:t>
      </w:r>
      <w:r>
        <w:rPr>
          <w:b/>
          <w:bCs/>
        </w:rPr>
        <w:t xml:space="preserve"> </w:t>
      </w:r>
      <w:r>
        <w:rPr>
          <w:b/>
          <w:bCs/>
        </w:rPr>
        <w:t xml:space="preserve">all privity?</w:t>
      </w:r>
      <w:r>
        <w:br/>
      </w:r>
      <w:r>
        <w:t xml:space="preserve">    (a) strongly desire</w:t>
      </w:r>
      <w:r>
        <w:br/>
      </w:r>
      <w:r>
        <w:t xml:space="preserve">    (b) formally reject</w:t>
      </w:r>
      <w:r>
        <w:br/>
      </w:r>
      <w:r>
        <w:t xml:space="preserve">    (c) help make clear</w:t>
      </w:r>
    </w:p>
    <w:p>
      <w:pPr>
        <w:pStyle w:val="Compact"/>
        <w:numPr>
          <w:ilvl w:val="0"/>
          <w:numId w:val="1001"/>
        </w:numPr>
      </w:pPr>
      <w:r>
        <w:rPr>
          <w:b/>
          <w:bCs/>
        </w:rPr>
        <w:t xml:space="preserve">What would life profit me</w:t>
      </w:r>
      <w:r>
        <w:rPr>
          <w:b/>
          <w:bCs/>
        </w:rPr>
        <w:t xml:space="preserve"> </w:t>
      </w:r>
      <w:r>
        <w:rPr>
          <w:b/>
          <w:bCs/>
          <w:u w:val="single"/>
        </w:rPr>
        <w:t xml:space="preserve">bereft</w:t>
      </w:r>
      <w:r>
        <w:rPr>
          <w:b/>
          <w:bCs/>
        </w:rPr>
        <w:t xml:space="preserve"> </w:t>
      </w:r>
      <w:r>
        <w:rPr>
          <w:b/>
          <w:bCs/>
        </w:rPr>
        <w:t xml:space="preserve">of thee?</w:t>
      </w:r>
      <w:r>
        <w:br/>
      </w:r>
      <w:r>
        <w:t xml:space="preserve">    (a) not appropriate or not properly related in size, amount, or degree</w:t>
      </w:r>
      <w:r>
        <w:br/>
      </w:r>
      <w:r>
        <w:t xml:space="preserve">    (b) not having something, or greatly saddened by the loss of something</w:t>
      </w:r>
      <w:r>
        <w:br/>
      </w:r>
      <w:r>
        <w:t xml:space="preserve">    (c) in a manner that is not a careful, systematic, logical examination</w:t>
      </w:r>
    </w:p>
    <w:p>
      <w:pPr>
        <w:pStyle w:val="Compact"/>
        <w:numPr>
          <w:ilvl w:val="0"/>
          <w:numId w:val="1001"/>
        </w:numPr>
      </w:pPr>
      <w:r>
        <w:rPr>
          <w:b/>
          <w:bCs/>
        </w:rPr>
        <w:t xml:space="preserve">Not sleep that lays all else beneath its spell, Nor moons that never tire: untouched by Time, Throned in the dazzling light That crowns Olympus' height, Thou reignest King,</w:t>
      </w:r>
      <w:r>
        <w:rPr>
          <w:b/>
          <w:bCs/>
        </w:rPr>
        <w:t xml:space="preserve"> </w:t>
      </w:r>
      <w:r>
        <w:rPr>
          <w:b/>
          <w:bCs/>
          <w:u w:val="single"/>
        </w:rPr>
        <w:t xml:space="preserve">omnipotent</w:t>
      </w:r>
      <w:r>
        <w:rPr>
          <w:b/>
          <w:bCs/>
        </w:rPr>
        <w:t xml:space="preserve">, sublime.</w:t>
      </w:r>
      <w:r>
        <w:br/>
      </w:r>
      <w:r>
        <w:t xml:space="preserve">    (a) not pleasing</w:t>
      </w:r>
      <w:r>
        <w:br/>
      </w:r>
      <w:r>
        <w:t xml:space="preserve">    (b) sticking out</w:t>
      </w:r>
      <w:r>
        <w:br/>
      </w:r>
      <w:r>
        <w:t xml:space="preserve">    (c) all powerful</w:t>
      </w:r>
    </w:p>
    <w:p>
      <w:pPr>
        <w:pStyle w:val="Compact"/>
        <w:numPr>
          <w:ilvl w:val="0"/>
          <w:numId w:val="1001"/>
        </w:numPr>
      </w:pPr>
      <w:r>
        <w:rPr>
          <w:b/>
          <w:bCs/>
        </w:rPr>
        <w:t xml:space="preserve">O</w:t>
      </w:r>
      <w:r>
        <w:rPr>
          <w:b/>
          <w:bCs/>
        </w:rPr>
        <w:t xml:space="preserve"> </w:t>
      </w:r>
      <w:r>
        <w:rPr>
          <w:b/>
          <w:bCs/>
          <w:u w:val="single"/>
        </w:rPr>
        <w:t xml:space="preserve">reprobate</w:t>
      </w:r>
      <w:r>
        <w:rPr>
          <w:b/>
          <w:bCs/>
        </w:rPr>
        <w:t xml:space="preserve">, would'st wrangle with thy sire?</w:t>
      </w:r>
      <w:r>
        <w:br/>
      </w:r>
      <w:r>
        <w:t xml:space="preserve">    (a) inability to think clearly; or an instance of not thinking clearly; or describing parts as not fitting together in a consistent or pleasing manner</w:t>
      </w:r>
      <w:r>
        <w:br/>
      </w:r>
      <w:r>
        <w:t xml:space="preserve">    (b) related to psychosis or someone who suffers from a psychosis (any severe mental disorder in which contact with reality is lost or highly distorted)</w:t>
      </w:r>
      <w:r>
        <w:br/>
      </w:r>
      <w:r>
        <w:t xml:space="preserve">    (c) a person who behaves in an unprincipled or immoral way; or behavior that is immoral or unprincipled; or (less commonly) to criticize such behavior</w:t>
      </w:r>
    </w:p>
    <w:p>
      <w:pPr>
        <w:pStyle w:val="Compact"/>
        <w:numPr>
          <w:ilvl w:val="0"/>
          <w:numId w:val="1001"/>
        </w:numPr>
      </w:pPr>
      <w:r>
        <w:rPr>
          <w:b/>
          <w:bCs/>
        </w:rPr>
        <w:t xml:space="preserve">Talk not of rights; thou</w:t>
      </w:r>
      <w:r>
        <w:rPr>
          <w:b/>
          <w:bCs/>
        </w:rPr>
        <w:t xml:space="preserve"> </w:t>
      </w:r>
      <w:r>
        <w:rPr>
          <w:b/>
          <w:bCs/>
          <w:u w:val="single"/>
        </w:rPr>
        <w:t xml:space="preserve">spurn</w:t>
      </w:r>
      <w:r>
        <w:rPr>
          <w:b/>
          <w:bCs/>
        </w:rPr>
        <w:t xml:space="preserve">'st the due of Heaven CREON.</w:t>
      </w:r>
      <w:r>
        <w:br/>
      </w:r>
      <w:r>
        <w:t xml:space="preserve">    (a) find, search, or research</w:t>
      </w:r>
      <w:r>
        <w:br/>
      </w:r>
      <w:r>
        <w:t xml:space="preserve">    (b) reject as not good enough</w:t>
      </w:r>
      <w:r>
        <w:br/>
      </w:r>
      <w:r>
        <w:t xml:space="preserve">    (c) being a boundary or limit</w:t>
      </w:r>
    </w:p>
    <w:p>
      <w:pPr>
        <w:pStyle w:val="Compact"/>
        <w:numPr>
          <w:ilvl w:val="0"/>
          <w:numId w:val="1001"/>
        </w:numPr>
      </w:pPr>
      <w:r>
        <w:rPr>
          <w:b/>
          <w:bCs/>
        </w:rPr>
        <w:t xml:space="preserve">What threat is this, vain counsels to</w:t>
      </w:r>
      <w:r>
        <w:rPr>
          <w:b/>
          <w:bCs/>
        </w:rPr>
        <w:t xml:space="preserve"> </w:t>
      </w:r>
      <w:r>
        <w:rPr>
          <w:b/>
          <w:bCs/>
          <w:u w:val="single"/>
        </w:rPr>
        <w:t xml:space="preserve">reprove</w:t>
      </w:r>
      <w:r>
        <w:rPr>
          <w:b/>
          <w:bCs/>
        </w:rPr>
        <w:t xml:space="preserve">?</w:t>
      </w:r>
      <w:r>
        <w:br/>
      </w:r>
      <w:r>
        <w:t xml:space="preserve">    (a) collision</w:t>
      </w:r>
      <w:r>
        <w:br/>
      </w:r>
      <w:r>
        <w:t xml:space="preserve">    (b) translate</w:t>
      </w:r>
      <w:r>
        <w:br/>
      </w:r>
      <w:r>
        <w:t xml:space="preserve">    (c) criticize</w:t>
      </w:r>
    </w:p>
    <w:p>
      <w:pPr>
        <w:pStyle w:val="Compact"/>
        <w:numPr>
          <w:ilvl w:val="0"/>
          <w:numId w:val="1001"/>
        </w:numPr>
      </w:pPr>
      <w:r>
        <w:rPr>
          <w:b/>
          <w:bCs/>
        </w:rPr>
        <w:t xml:space="preserve">Sitting upon my throne of</w:t>
      </w:r>
      <w:r>
        <w:rPr>
          <w:b/>
          <w:bCs/>
        </w:rPr>
        <w:t xml:space="preserve"> </w:t>
      </w:r>
      <w:r>
        <w:rPr>
          <w:b/>
          <w:bCs/>
          <w:u w:val="single"/>
        </w:rPr>
        <w:t xml:space="preserve">augury</w:t>
      </w:r>
      <w:r>
        <w:rPr>
          <w:b/>
          <w:bCs/>
        </w:rPr>
        <w:t xml:space="preserve">, As is my wont, where every fowl of heaven Find harborage, upon mine ears was borne A jargon strange of twitterings, hoots, and screams; So knew I that each bird at the other tare With bloody talons, for the whirr of wings Could signify naught else.</w:t>
      </w:r>
      <w:r>
        <w:br/>
      </w:r>
      <w:r>
        <w:t xml:space="preserve">    (a) related to a theory that views history as class struggle and argues that capitalism will be replaced by communism</w:t>
      </w:r>
      <w:r>
        <w:br/>
      </w:r>
      <w:r>
        <w:t xml:space="preserve">    (b) something that is different than others of its type (synonyms could include: adaptation, version, alternate form)</w:t>
      </w:r>
      <w:r>
        <w:br/>
      </w:r>
      <w:r>
        <w:t xml:space="preserve">    (c) the practice of predicting the future by interpreting signs or omens, or a sign believed to show what will happen</w:t>
      </w:r>
    </w:p>
    <w:p>
      <w:pPr>
        <w:pStyle w:val="Compact"/>
        <w:numPr>
          <w:ilvl w:val="0"/>
          <w:numId w:val="1001"/>
        </w:numPr>
      </w:pPr>
      <w:r>
        <w:rPr>
          <w:b/>
          <w:bCs/>
        </w:rPr>
        <w:t xml:space="preserve">Sitting upon my throne of augury, As is my wont, where every fowl of heaven Find harborage, upon mine ears was borne A</w:t>
      </w:r>
      <w:r>
        <w:rPr>
          <w:b/>
          <w:bCs/>
        </w:rPr>
        <w:t xml:space="preserve"> </w:t>
      </w:r>
      <w:r>
        <w:rPr>
          <w:b/>
          <w:bCs/>
          <w:u w:val="single"/>
        </w:rPr>
        <w:t xml:space="preserve">jargon</w:t>
      </w:r>
      <w:r>
        <w:rPr>
          <w:b/>
          <w:bCs/>
        </w:rPr>
        <w:t xml:space="preserve"> </w:t>
      </w:r>
      <w:r>
        <w:rPr>
          <w:b/>
          <w:bCs/>
        </w:rPr>
        <w:t xml:space="preserve">strange of twitterings, hoots, and screams; So knew I that each bird at the other tare With bloody talons, for the whirr of wings Could signify naught else.</w:t>
      </w:r>
      <w:r>
        <w:br/>
      </w:r>
      <w:r>
        <w:t xml:space="preserve">    (a) create dramatic change</w:t>
      </w:r>
      <w:r>
        <w:br/>
      </w:r>
      <w:r>
        <w:t xml:space="preserve">    (b) mirror back (an image)</w:t>
      </w:r>
      <w:r>
        <w:br/>
      </w:r>
      <w:r>
        <w:t xml:space="preserve">    (c) specialized vocabulary</w:t>
      </w:r>
    </w:p>
    <w:p>
      <w:pPr>
        <w:pStyle w:val="Compact"/>
        <w:numPr>
          <w:ilvl w:val="0"/>
          <w:numId w:val="1001"/>
        </w:numPr>
      </w:pPr>
      <w:r>
        <w:rPr>
          <w:b/>
          <w:bCs/>
        </w:rPr>
        <w:t xml:space="preserve">Old man, ye all let fly at me your shafts Like anchors at a target; yea, ye set Your</w:t>
      </w:r>
      <w:r>
        <w:rPr>
          <w:b/>
          <w:bCs/>
        </w:rPr>
        <w:t xml:space="preserve"> </w:t>
      </w:r>
      <w:r>
        <w:rPr>
          <w:b/>
          <w:bCs/>
          <w:u w:val="single"/>
        </w:rPr>
        <w:t xml:space="preserve">soothsayer</w:t>
      </w:r>
      <w:r>
        <w:rPr>
          <w:b/>
          <w:bCs/>
        </w:rPr>
        <w:t xml:space="preserve"> </w:t>
      </w:r>
      <w:r>
        <w:rPr>
          <w:b/>
          <w:bCs/>
        </w:rPr>
        <w:t xml:space="preserve">on me.</w:t>
      </w:r>
      <w:r>
        <w:br/>
      </w:r>
      <w:r>
        <w:t xml:space="preserve">    (a) a specialist in the branch of engineering that deals with small things</w:t>
      </w:r>
      <w:r>
        <w:br/>
      </w:r>
      <w:r>
        <w:t xml:space="preserve">    (b) someone who tries to obtain a result through gentle and careful effort</w:t>
      </w:r>
      <w:r>
        <w:br/>
      </w:r>
      <w:r>
        <w:t xml:space="preserve">    (c) Someone claiming magical ability to see what will happen in the future</w:t>
      </w:r>
    </w:p>
    <w:p>
      <w:pPr>
        <w:pStyle w:val="Compact"/>
        <w:numPr>
          <w:ilvl w:val="0"/>
          <w:numId w:val="1001"/>
        </w:numPr>
      </w:pPr>
      <w:r>
        <w:rPr>
          <w:b/>
          <w:bCs/>
        </w:rPr>
        <w:t xml:space="preserve">Go to, and make your profit where ye will, Silver of Sardis change for gold of Ind; Ye will not purchase this man's burial, Not though the winged ministers of Zeus Should bear him in their talons to his throne; Not e'en in awe of prodigy so dire Would I permit his burial, for I know No human soilure can</w:t>
      </w:r>
      <w:r>
        <w:rPr>
          <w:b/>
          <w:bCs/>
        </w:rPr>
        <w:t xml:space="preserve"> </w:t>
      </w:r>
      <w:r>
        <w:rPr>
          <w:b/>
          <w:bCs/>
          <w:u w:val="single"/>
        </w:rPr>
        <w:t xml:space="preserve">assail</w:t>
      </w:r>
      <w:r>
        <w:rPr>
          <w:b/>
          <w:bCs/>
        </w:rPr>
        <w:t xml:space="preserve"> </w:t>
      </w:r>
      <w:r>
        <w:rPr>
          <w:b/>
          <w:bCs/>
        </w:rPr>
        <w:t xml:space="preserve">the gods; This too I know, Teiresias, dire's the fall Of craft and cunning when it tries to gloss Foul treachery with fair words for filthy gain.</w:t>
      </w:r>
      <w:r>
        <w:br/>
      </w:r>
      <w:r>
        <w:t xml:space="preserve">    (a) to attack or cause trouble</w:t>
      </w:r>
      <w:r>
        <w:br/>
      </w:r>
      <w:r>
        <w:t xml:space="preserve">    (b) learn, discover, or decide</w:t>
      </w:r>
      <w:r>
        <w:br/>
      </w:r>
      <w:r>
        <w:t xml:space="preserve">    (c) hire again or occupy again</w:t>
      </w:r>
    </w:p>
    <w:p>
      <w:pPr>
        <w:pStyle w:val="Compact"/>
        <w:numPr>
          <w:ilvl w:val="0"/>
          <w:numId w:val="1001"/>
        </w:numPr>
      </w:pPr>
      <w:r>
        <w:rPr>
          <w:b/>
          <w:bCs/>
        </w:rPr>
        <w:t xml:space="preserve">doth any know and lay to heart-- CREON Is this the prelude to some</w:t>
      </w:r>
      <w:r>
        <w:rPr>
          <w:b/>
          <w:bCs/>
        </w:rPr>
        <w:t xml:space="preserve"> </w:t>
      </w:r>
      <w:r>
        <w:rPr>
          <w:b/>
          <w:bCs/>
          <w:u w:val="single"/>
        </w:rPr>
        <w:t xml:space="preserve">hackneyed</w:t>
      </w:r>
      <w:r>
        <w:rPr>
          <w:b/>
          <w:bCs/>
        </w:rPr>
        <w:t xml:space="preserve"> </w:t>
      </w:r>
      <w:r>
        <w:rPr>
          <w:b/>
          <w:bCs/>
        </w:rPr>
        <w:t xml:space="preserve">saw?</w:t>
      </w:r>
      <w:r>
        <w:br/>
      </w:r>
      <w:r>
        <w:t xml:space="preserve">    (a) the degree to which a performance of or to someone else's work lends itself to the expression of personal artistic ideas or feelings by the performer</w:t>
      </w:r>
      <w:r>
        <w:br/>
      </w:r>
      <w:r>
        <w:t xml:space="preserve">    (b) the quality or degree of being straightforward or clear (sometimes indicating that truth is not worded carefully to spare feelings or gain advantage)</w:t>
      </w:r>
      <w:r>
        <w:br/>
      </w:r>
      <w:r>
        <w:t xml:space="preserve">    (c) writing that befits a hack writer; i.e., writing that is unimaginative and filled with overused expressions, ideas, and formulas</w:t>
      </w:r>
    </w:p>
    <w:p>
      <w:pPr>
        <w:pStyle w:val="Compact"/>
        <w:numPr>
          <w:ilvl w:val="0"/>
          <w:numId w:val="1001"/>
        </w:numPr>
      </w:pPr>
      <w:r>
        <w:rPr>
          <w:b/>
          <w:bCs/>
        </w:rPr>
        <w:t xml:space="preserve">Know then for sure, the coursers of the sun Not many times shall run their race, before Thou shalt have given the fruit of thine own loins In quittance of thy murder, life for life; For that thou hast entombed a living soul, And sent below a</w:t>
      </w:r>
      <w:r>
        <w:rPr>
          <w:b/>
          <w:bCs/>
        </w:rPr>
        <w:t xml:space="preserve"> </w:t>
      </w:r>
      <w:r>
        <w:rPr>
          <w:b/>
          <w:bCs/>
          <w:u w:val="single"/>
        </w:rPr>
        <w:t xml:space="preserve">denizen</w:t>
      </w:r>
      <w:r>
        <w:rPr>
          <w:b/>
          <w:bCs/>
        </w:rPr>
        <w:t xml:space="preserve"> </w:t>
      </w:r>
      <w:r>
        <w:rPr>
          <w:b/>
          <w:bCs/>
        </w:rPr>
        <w:t xml:space="preserve">of earth, And wronged the nether gods by leaving here A corpse unlaved, unwept, unsepulchered.</w:t>
      </w:r>
      <w:r>
        <w:br/>
      </w:r>
      <w:r>
        <w:t xml:space="preserve">    (a) design based on alphabetic letters; or adding such a design to something</w:t>
      </w:r>
      <w:r>
        <w:br/>
      </w:r>
      <w:r>
        <w:t xml:space="preserve">    (b) characterized by narrower parallel folds when closed and wider when open</w:t>
      </w:r>
      <w:r>
        <w:br/>
      </w:r>
      <w:r>
        <w:t xml:space="preserve">    (c) a person or animal that inhabits or frequently visits a particular place</w:t>
      </w:r>
    </w:p>
    <w:p>
      <w:pPr>
        <w:pStyle w:val="Compact"/>
        <w:numPr>
          <w:ilvl w:val="0"/>
          <w:numId w:val="1001"/>
        </w:numPr>
      </w:pPr>
      <w:r>
        <w:rPr>
          <w:b/>
          <w:bCs/>
        </w:rPr>
        <w:t xml:space="preserve">By Nysa's</w:t>
      </w:r>
      <w:r>
        <w:rPr>
          <w:b/>
          <w:bCs/>
        </w:rPr>
        <w:t xml:space="preserve"> </w:t>
      </w:r>
      <w:r>
        <w:rPr>
          <w:b/>
          <w:bCs/>
          <w:u w:val="single"/>
        </w:rPr>
        <w:t xml:space="preserve">bastion</w:t>
      </w:r>
      <w:r>
        <w:rPr>
          <w:b/>
          <w:bCs/>
        </w:rPr>
        <w:t xml:space="preserve"> </w:t>
      </w:r>
      <w:r>
        <w:rPr>
          <w:b/>
          <w:bCs/>
        </w:rPr>
        <w:t xml:space="preserve">ivy-clad, By shores with clustered vineyards glad, There to thee the hymn rings out, And through our streets we Thebans shout, All hall to thee Evoe, Evoe!</w:t>
      </w:r>
      <w:r>
        <w:br/>
      </w:r>
      <w:r>
        <w:t xml:space="preserve">    (a) a living organism such as a bacterium, or virus that is so small, it can be seen only with a microscope</w:t>
      </w:r>
      <w:r>
        <w:br/>
      </w:r>
      <w:r>
        <w:t xml:space="preserve">    (b) someone who specializes in a branch of psychology concerned with the links between biology and behavior</w:t>
      </w:r>
      <w:r>
        <w:br/>
      </w:r>
      <w:r>
        <w:t xml:space="preserve">    (c) a strong defender or reliable example of something -- like a fortress or a person upholding a principle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2026-07-31T15:00:43Z</dcterms:created>
  <dcterms:modified xsi:type="dcterms:W3CDTF">2026-07-31T15:00:43Z</dcterms:modified>
</cp:coreProperties>
</file>

<file path=docProps/custom.xml><?xml version="1.0" encoding="utf-8"?>
<Properties xmlns="http://schemas.openxmlformats.org/officeDocument/2006/custom-properties" xmlns:vt="http://schemas.openxmlformats.org/officeDocument/2006/docPropsVTypes"/>
</file>