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anthem-ayn-rand-vocabulary-preview"/>
    <w:p>
      <w:pPr>
        <w:pStyle w:val="Heading1"/>
      </w:pPr>
      <w:r>
        <w:rPr>
          <w:b/>
          <w:bCs/>
        </w:rPr>
        <w:t xml:space="preserve">Anthem</w:t>
      </w:r>
      <w:r>
        <w:br/>
      </w:r>
      <w:r>
        <w:rPr>
          <w:i/>
          <w:iCs/>
        </w:rPr>
        <w:t xml:space="preserve">Ayn Rand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cried out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agony</w:t>
      </w:r>
      <w:r>
        <w:rPr>
          <w:b/>
          <w:bCs/>
        </w:rPr>
        <w:t xml:space="preserve">.</w:t>
      </w:r>
      <w:r>
        <w:br/>
      </w:r>
      <w:r>
        <w:t xml:space="preserve">    (a) intense suffering</w:t>
      </w:r>
      <w:r>
        <w:br/>
      </w:r>
      <w:r>
        <w:t xml:space="preserve">    (b) intense anger</w:t>
      </w:r>
      <w:r>
        <w:br/>
      </w:r>
      <w:r>
        <w:t xml:space="preserve">    (c) sudden surprise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asked, her guilt was clear from the way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averted</w:t>
      </w:r>
      <w:r>
        <w:rPr>
          <w:b/>
          <w:bCs/>
        </w:rPr>
        <w:t xml:space="preserve"> </w:t>
      </w:r>
      <w:r>
        <w:rPr>
          <w:b/>
          <w:bCs/>
        </w:rPr>
        <w:t xml:space="preserve">her eyes</w:t>
      </w:r>
      <w:r>
        <w:br/>
      </w:r>
      <w:r>
        <w:t xml:space="preserve">    (a) turned away</w:t>
      </w:r>
      <w:r>
        <w:br/>
      </w:r>
      <w:r>
        <w:t xml:space="preserve">    (b) stared</w:t>
      </w:r>
      <w:r>
        <w:br/>
      </w:r>
      <w:r>
        <w:t xml:space="preserve">    (c) blinked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lived by the simple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creed</w:t>
      </w:r>
      <w:r>
        <w:rPr>
          <w:b/>
          <w:bCs/>
        </w:rPr>
        <w:t xml:space="preserve"> </w:t>
      </w:r>
      <w:r>
        <w:rPr>
          <w:b/>
          <w:bCs/>
        </w:rPr>
        <w:t xml:space="preserve">that honesty is always the best policy.</w:t>
      </w:r>
      <w:r>
        <w:br/>
      </w:r>
      <w:r>
        <w:t xml:space="preserve">    (a) misunderstanding</w:t>
      </w:r>
      <w:r>
        <w:br/>
      </w:r>
      <w:r>
        <w:t xml:space="preserve">    (b) set of beliefs</w:t>
      </w:r>
      <w:r>
        <w:br/>
      </w:r>
      <w:r>
        <w:t xml:space="preserve">    (c) quotation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bomb was planted under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dais</w:t>
      </w:r>
      <w:r>
        <w:rPr>
          <w:b/>
          <w:bCs/>
        </w:rPr>
        <w:t xml:space="preserve">.</w:t>
      </w:r>
      <w:r>
        <w:br/>
      </w:r>
      <w:r>
        <w:t xml:space="preserve">    (a) park bench</w:t>
      </w:r>
      <w:r>
        <w:br/>
      </w:r>
      <w:r>
        <w:t xml:space="preserve">    (b) raised platform</w:t>
      </w:r>
      <w:r>
        <w:br/>
      </w:r>
      <w:r>
        <w:t xml:space="preserve">    (c) large truck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Vandals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defiled</w:t>
      </w:r>
      <w:r>
        <w:rPr>
          <w:b/>
          <w:bCs/>
        </w:rPr>
        <w:t xml:space="preserve"> </w:t>
      </w:r>
      <w:r>
        <w:rPr>
          <w:b/>
          <w:bCs/>
        </w:rPr>
        <w:t xml:space="preserve">the ancient temple by spray-painting the walls.</w:t>
      </w:r>
      <w:r>
        <w:br/>
      </w:r>
      <w:r>
        <w:t xml:space="preserve">    (a) carefully restored</w:t>
      </w:r>
      <w:r>
        <w:br/>
      </w:r>
      <w:r>
        <w:t xml:space="preserve">    (b) spoiled the purity of</w:t>
      </w:r>
      <w:r>
        <w:br/>
      </w:r>
      <w:r>
        <w:t xml:space="preserve">    (c) secretly explored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rescued me 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</w:t>
      </w:r>
      <w:r>
        <w:rPr>
          <w:b/>
          <w:bCs/>
        </w:rPr>
        <w:t xml:space="preserve">.</w:t>
      </w:r>
      <w:r>
        <w:br/>
      </w:r>
      <w:r>
        <w:t xml:space="preserve">    (a) poverty</w:t>
      </w:r>
      <w:r>
        <w:br/>
      </w:r>
      <w:r>
        <w:t xml:space="preserve">    (b) hopelessness</w:t>
      </w:r>
      <w:r>
        <w:br/>
      </w:r>
      <w:r>
        <w:t xml:space="preserve">    (c) fear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may be our last chance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devise</w:t>
      </w:r>
      <w:r>
        <w:rPr>
          <w:b/>
          <w:bCs/>
        </w:rPr>
        <w:t xml:space="preserve"> </w:t>
      </w:r>
      <w:r>
        <w:rPr>
          <w:b/>
          <w:bCs/>
        </w:rPr>
        <w:t xml:space="preserve">a compromise that will save the peace.</w:t>
      </w:r>
      <w:r>
        <w:br/>
      </w:r>
      <w:r>
        <w:t xml:space="preserve">    (a) save</w:t>
      </w:r>
      <w:r>
        <w:br/>
      </w:r>
      <w:r>
        <w:t xml:space="preserve">    (b) create</w:t>
      </w:r>
      <w:r>
        <w:br/>
      </w:r>
      <w:r>
        <w:t xml:space="preserve">    (c) consider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court found the company guilty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gender</w:t>
      </w:r>
      <w:r>
        <w:rPr>
          <w:b/>
          <w:bCs/>
        </w:rPr>
        <w:t xml:space="preserve"> </w:t>
      </w:r>
      <w:r>
        <w:rPr>
          <w:b/>
          <w:bCs/>
        </w:rPr>
        <w:t xml:space="preserve">discrimination.</w:t>
      </w:r>
      <w:r>
        <w:br/>
      </w:r>
      <w:r>
        <w:t xml:space="preserve">    (a) religious</w:t>
      </w:r>
      <w:r>
        <w:br/>
      </w:r>
      <w:r>
        <w:t xml:space="preserve">    (b) race or ethnic</w:t>
      </w:r>
      <w:r>
        <w:br/>
      </w:r>
      <w:r>
        <w:t xml:space="preserve">    (c) male/female/trans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didn’t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heed</w:t>
      </w:r>
      <w:r>
        <w:rPr>
          <w:b/>
          <w:bCs/>
        </w:rPr>
        <w:t xml:space="preserve"> </w:t>
      </w:r>
      <w:r>
        <w:rPr>
          <w:b/>
          <w:bCs/>
        </w:rPr>
        <w:t xml:space="preserve">the storm warnings and got caught in the heavy rain.</w:t>
      </w:r>
      <w:r>
        <w:br/>
      </w:r>
      <w:r>
        <w:t xml:space="preserve">    (a) pass through</w:t>
      </w:r>
      <w:r>
        <w:br/>
      </w:r>
      <w:r>
        <w:t xml:space="preserve">    (b) tell others of</w:t>
      </w:r>
      <w:r>
        <w:br/>
      </w:r>
      <w:r>
        <w:t xml:space="preserve">    (c) pay attention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1932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peasant</w:t>
      </w:r>
      <w:r>
        <w:rPr>
          <w:b/>
          <w:bCs/>
        </w:rPr>
        <w:t xml:space="preserve"> </w:t>
      </w:r>
      <w:r>
        <w:rPr>
          <w:b/>
          <w:bCs/>
        </w:rPr>
        <w:t xml:space="preserve">revolt in Su County, China stopped collection of the poppy tax.</w:t>
      </w:r>
      <w:r>
        <w:br/>
      </w:r>
      <w:r>
        <w:t xml:space="preserve">    (a) poor farmer</w:t>
      </w:r>
      <w:r>
        <w:br/>
      </w:r>
      <w:r>
        <w:t xml:space="preserve">    (b) city dweller</w:t>
      </w:r>
      <w:r>
        <w:br/>
      </w:r>
      <w:r>
        <w:t xml:space="preserve">    (c) young person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can work together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perish</w:t>
      </w:r>
      <w:r>
        <w:rPr>
          <w:b/>
          <w:bCs/>
        </w:rPr>
        <w:t xml:space="preserve"> </w:t>
      </w:r>
      <w:r>
        <w:rPr>
          <w:b/>
          <w:bCs/>
        </w:rPr>
        <w:t xml:space="preserve">separately.</w:t>
      </w:r>
      <w:r>
        <w:br/>
      </w:r>
      <w:r>
        <w:t xml:space="preserve">    (a) die</w:t>
      </w:r>
      <w:r>
        <w:br/>
      </w:r>
      <w:r>
        <w:t xml:space="preserve">    (b) fail</w:t>
      </w:r>
      <w:r>
        <w:br/>
      </w:r>
      <w:r>
        <w:t xml:space="preserve">    (c) 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pondered</w:t>
      </w:r>
      <w:r>
        <w:rPr>
          <w:b/>
          <w:bCs/>
        </w:rPr>
        <w:t xml:space="preserve"> </w:t>
      </w:r>
      <w:r>
        <w:rPr>
          <w:b/>
          <w:bCs/>
        </w:rPr>
        <w:t xml:space="preserve">our fate.</w:t>
      </w:r>
      <w:r>
        <w:br/>
      </w:r>
      <w:r>
        <w:t xml:space="preserve">    (a) actively changed</w:t>
      </w:r>
      <w:r>
        <w:br/>
      </w:r>
      <w:r>
        <w:t xml:space="preserve">    (b) thought about</w:t>
      </w:r>
      <w:r>
        <w:br/>
      </w:r>
      <w:r>
        <w:t xml:space="preserve">    (c) feared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1829 India banned the Hindu custom of a widow's suicide on her husband's funeral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pyre</w:t>
      </w:r>
      <w:r>
        <w:rPr>
          <w:b/>
          <w:bCs/>
        </w:rPr>
        <w:t xml:space="preserve">.</w:t>
      </w:r>
      <w:r>
        <w:br/>
      </w:r>
      <w:r>
        <w:t xml:space="preserve">    (a) coffin</w:t>
      </w:r>
      <w:r>
        <w:br/>
      </w:r>
      <w:r>
        <w:t xml:space="preserve">    (b) gravestone</w:t>
      </w:r>
      <w:r>
        <w:br/>
      </w:r>
      <w:r>
        <w:t xml:space="preserve">    (c) fire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afraid that if we climbed into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ravine</w:t>
      </w:r>
      <w:r>
        <w:rPr>
          <w:b/>
          <w:bCs/>
        </w:rPr>
        <w:t xml:space="preserve">, we might be caught in a flood before we could get out.</w:t>
      </w:r>
      <w:r>
        <w:br/>
      </w:r>
      <w:r>
        <w:t xml:space="preserve">    (a) a hole so deep the bottom cannot be seen</w:t>
      </w:r>
      <w:r>
        <w:br/>
      </w:r>
      <w:r>
        <w:t xml:space="preserve">    (b) deep, narrow, steep-sided valley</w:t>
      </w:r>
      <w:r>
        <w:br/>
      </w:r>
      <w:r>
        <w:t xml:space="preserve">    (c) a large, fast-moving river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reveres</w:t>
      </w:r>
      <w:r>
        <w:rPr>
          <w:b/>
          <w:bCs/>
        </w:rPr>
        <w:t xml:space="preserve"> </w:t>
      </w:r>
      <w:r>
        <w:rPr>
          <w:b/>
          <w:bCs/>
        </w:rPr>
        <w:t xml:space="preserve">nature and all that is natural.</w:t>
      </w:r>
      <w:r>
        <w:br/>
      </w:r>
      <w:r>
        <w:t xml:space="preserve">    (a) deeply respects</w:t>
      </w:r>
      <w:r>
        <w:br/>
      </w:r>
      <w:r>
        <w:t xml:space="preserve">    (b) thoroughly enjoys</w:t>
      </w:r>
      <w:r>
        <w:br/>
      </w:r>
      <w:r>
        <w:t xml:space="preserve">    (c) dislikes and avoids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can read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sage</w:t>
      </w:r>
      <w:r>
        <w:rPr>
          <w:b/>
          <w:bCs/>
        </w:rPr>
        <w:t xml:space="preserve"> </w:t>
      </w:r>
      <w:r>
        <w:rPr>
          <w:b/>
          <w:bCs/>
        </w:rPr>
        <w:t xml:space="preserve">relationship advice at her blog.</w:t>
      </w:r>
      <w:r>
        <w:br/>
      </w:r>
      <w:r>
        <w:t xml:space="preserve">    (a) spicy</w:t>
      </w:r>
      <w:r>
        <w:br/>
      </w:r>
      <w:r>
        <w:t xml:space="preserve">    (b) wise</w:t>
      </w:r>
      <w:r>
        <w:br/>
      </w:r>
      <w:r>
        <w:t xml:space="preserve">    (c) shallow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coach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scorns</w:t>
      </w:r>
      <w:r>
        <w:rPr>
          <w:b/>
          <w:bCs/>
        </w:rPr>
        <w:t xml:space="preserve"> </w:t>
      </w:r>
      <w:r>
        <w:rPr>
          <w:b/>
          <w:bCs/>
        </w:rPr>
        <w:t xml:space="preserve">students who don't have natural ability.</w:t>
      </w:r>
      <w:r>
        <w:br/>
      </w:r>
      <w:r>
        <w:t xml:space="preserve">    (a) trains</w:t>
      </w:r>
      <w:r>
        <w:br/>
      </w:r>
      <w:r>
        <w:t xml:space="preserve">    (b) disrespects</w:t>
      </w:r>
      <w:r>
        <w:br/>
      </w:r>
      <w:r>
        <w:t xml:space="preserve">    (c) encourages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solemn</w:t>
      </w:r>
      <w:r>
        <w:rPr>
          <w:b/>
          <w:bCs/>
        </w:rPr>
        <w:t xml:space="preserve"> </w:t>
      </w:r>
      <w:r>
        <w:rPr>
          <w:b/>
          <w:bCs/>
        </w:rPr>
        <w:t xml:space="preserve">at the funeral.</w:t>
      </w:r>
      <w:r>
        <w:br/>
      </w:r>
      <w:r>
        <w:t xml:space="preserve">    (a) teary eyed</w:t>
      </w:r>
      <w:r>
        <w:br/>
      </w:r>
      <w:r>
        <w:t xml:space="preserve">    (b) dressed in dark colors</w:t>
      </w:r>
      <w:r>
        <w:br/>
      </w:r>
      <w:r>
        <w:t xml:space="preserve">    (c) serious and dignified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solidarity</w:t>
      </w:r>
      <w:r>
        <w:rPr>
          <w:b/>
          <w:bCs/>
        </w:rPr>
        <w:t xml:space="preserve"> </w:t>
      </w:r>
      <w:r>
        <w:rPr>
          <w:b/>
          <w:bCs/>
        </w:rPr>
        <w:t xml:space="preserve">with those who are oppressed.</w:t>
      </w:r>
      <w:r>
        <w:br/>
      </w:r>
      <w:r>
        <w:t xml:space="preserve">    (a) conflict</w:t>
      </w:r>
      <w:r>
        <w:br/>
      </w:r>
      <w:r>
        <w:t xml:space="preserve">    (b) communication</w:t>
      </w:r>
      <w:r>
        <w:br/>
      </w:r>
      <w:r>
        <w:t xml:space="preserve">    (c)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use of innocents as human shields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transgresses</w:t>
      </w:r>
      <w:r>
        <w:rPr>
          <w:b/>
          <w:bCs/>
        </w:rPr>
        <w:t xml:space="preserve"> </w:t>
      </w:r>
      <w:r>
        <w:rPr>
          <w:b/>
          <w:bCs/>
        </w:rPr>
        <w:t xml:space="preserve">"the laws of war."</w:t>
      </w:r>
      <w:r>
        <w:br/>
      </w:r>
      <w:r>
        <w:t xml:space="preserve">    (a) violates</w:t>
      </w:r>
      <w:r>
        <w:br/>
      </w:r>
      <w:r>
        <w:t xml:space="preserve">    (b) expands</w:t>
      </w:r>
      <w:r>
        <w:br/>
      </w:r>
      <w:r>
        <w:t xml:space="preserve">    (c) is within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2026-07-31T15:00:37Z</dcterms:created>
  <dcterms:modified xsi:type="dcterms:W3CDTF">2026-07-31T15:00:37Z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