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07b1669fae153315da1b0f6ee16cf137ba4b5d"/>
    <w:p>
      <w:pPr>
        <w:pStyle w:val="Heading1"/>
      </w:pPr>
      <w:r>
        <w:rPr>
          <w:b/>
          <w:bCs/>
        </w:rPr>
        <w:t xml:space="preserve">Anthem</w:t>
      </w:r>
      <w:r>
        <w:br/>
      </w:r>
      <w:r>
        <w:rPr>
          <w:i/>
          <w:iCs/>
        </w:rPr>
        <w:t xml:space="preserve">Ayn Rand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foot is stuck on the accelerator, and we are headed towards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abyss</w:t>
      </w:r>
      <w:r>
        <w:rPr>
          <w:b/>
          <w:bCs/>
        </w:rPr>
        <w:t xml:space="preserve">.</w:t>
      </w:r>
      <w:r>
        <w:br/>
      </w:r>
      <w:r>
        <w:t xml:space="preserve">    (a) turning point</w:t>
      </w:r>
      <w:r>
        <w:br/>
      </w:r>
      <w:r>
        <w:t xml:space="preserve">    (b) dangerous situation</w:t>
      </w:r>
      <w:r>
        <w:br/>
      </w:r>
      <w:r>
        <w:t xml:space="preserve">    (c) major opportunity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believe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Ayn Rand</w:t>
      </w:r>
      <w:r>
        <w:rPr>
          <w:b/>
          <w:bCs/>
        </w:rPr>
        <w:t xml:space="preserve">'s tumultuous personal life cast doubt on the workability of her "Objectivist" philosophy.</w:t>
      </w:r>
      <w:r>
        <w:br/>
      </w:r>
      <w:r>
        <w:t xml:space="preserve">    (a) English philosopher and mathematician instrumental in pioneering symbolic logic (1872-1970)</w:t>
      </w:r>
      <w:r>
        <w:br/>
      </w:r>
      <w:r>
        <w:t xml:space="preserve">    (b) American writer and philosopher who emphasized individual rights and capitalism (1905-1982)</w:t>
      </w:r>
      <w:r>
        <w:br/>
      </w:r>
      <w:r>
        <w:t xml:space="preserve">    (c) political and spiritual leader during India's struggle for independence from Great Britain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remote workers, high-speed internet is a real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, making it easier to stay productive from home.</w:t>
      </w:r>
      <w:r>
        <w:br/>
      </w:r>
      <w:r>
        <w:t xml:space="preserve">    (a) something that causes great harm</w:t>
      </w:r>
      <w:r>
        <w:br/>
      </w:r>
      <w:r>
        <w:t xml:space="preserve">    (b) something that is of great benefit</w:t>
      </w:r>
      <w:r>
        <w:br/>
      </w:r>
      <w:r>
        <w:t xml:space="preserve">    (c) a source of constant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Feed your better nature--not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depravity</w:t>
      </w:r>
      <w:r>
        <w:rPr>
          <w:b/>
          <w:bCs/>
        </w:rPr>
        <w:t xml:space="preserve"> </w:t>
      </w:r>
      <w:r>
        <w:rPr>
          <w:b/>
          <w:bCs/>
        </w:rPr>
        <w:t xml:space="preserve">within you.</w:t>
      </w:r>
      <w:r>
        <w:br/>
      </w:r>
      <w:r>
        <w:t xml:space="preserve">    (a) evilness</w:t>
      </w:r>
      <w:r>
        <w:br/>
      </w:r>
      <w:r>
        <w:t xml:space="preserve">    (b) impatience</w:t>
      </w:r>
      <w:r>
        <w:br/>
      </w:r>
      <w:r>
        <w:t xml:space="preserve">    (c) weakness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time I was in high school, my parents seldom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dictated</w:t>
      </w:r>
      <w:r>
        <w:rPr>
          <w:b/>
          <w:bCs/>
        </w:rPr>
        <w:t xml:space="preserve"> </w:t>
      </w:r>
      <w:r>
        <w:rPr>
          <w:b/>
          <w:bCs/>
        </w:rPr>
        <w:t xml:space="preserve">to me, but they were very persuasive.</w:t>
      </w:r>
      <w:r>
        <w:br/>
      </w:r>
      <w:r>
        <w:t xml:space="preserve">    (a) quoted (to make a point)</w:t>
      </w:r>
      <w:r>
        <w:br/>
      </w:r>
      <w:r>
        <w:t xml:space="preserve">    (b) issued commands or orders</w:t>
      </w:r>
      <w:r>
        <w:br/>
      </w:r>
      <w:r>
        <w:t xml:space="preserve">    (c) mirrored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issue will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disposed</w:t>
      </w:r>
      <w:r>
        <w:rPr>
          <w:b/>
          <w:bCs/>
        </w:rPr>
        <w:t xml:space="preserve"> </w:t>
      </w:r>
      <w:r>
        <w:rPr>
          <w:b/>
          <w:bCs/>
        </w:rPr>
        <w:t xml:space="preserve">of by the judge.</w:t>
      </w:r>
      <w:r>
        <w:br/>
      </w:r>
      <w:r>
        <w:t xml:space="preserve">    (a) settled</w:t>
      </w:r>
      <w:r>
        <w:br/>
      </w:r>
      <w:r>
        <w:t xml:space="preserve">    (b) studied</w:t>
      </w:r>
      <w:r>
        <w:br/>
      </w:r>
      <w:r>
        <w:t xml:space="preserve">    (c) discussed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Constantine issued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edict</w:t>
      </w:r>
      <w:r>
        <w:rPr>
          <w:b/>
          <w:bCs/>
        </w:rPr>
        <w:t xml:space="preserve"> </w:t>
      </w:r>
      <w:r>
        <w:rPr>
          <w:b/>
          <w:bCs/>
        </w:rPr>
        <w:t xml:space="preserve">for religious tolerance throughout the Roman Empire.</w:t>
      </w:r>
      <w:r>
        <w:br/>
      </w:r>
      <w:r>
        <w:t xml:space="preserve">    (a) study</w:t>
      </w:r>
      <w:r>
        <w:br/>
      </w:r>
      <w:r>
        <w:t xml:space="preserve">    (b) order</w:t>
      </w:r>
      <w:r>
        <w:br/>
      </w:r>
      <w:r>
        <w:t xml:space="preserve">    (c) suggestion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not be able</w:t>
      </w:r>
      <w:r>
        <w:br/>
      </w:r>
      <w:r>
        <w:t xml:space="preserve">    (b) try</w:t>
      </w:r>
      <w:r>
        <w:br/>
      </w:r>
      <w:r>
        <w:t xml:space="preserve">    (c) promise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 </w:t>
      </w:r>
      <w:r>
        <w:rPr>
          <w:b/>
          <w:bCs/>
        </w:rPr>
        <w:t xml:space="preserve">scientist received another prestigious award for her research.</w:t>
      </w:r>
      <w:r>
        <w:br/>
      </w:r>
      <w:r>
        <w:t xml:space="preserve">    (a) controversial but rich</w:t>
      </w:r>
      <w:r>
        <w:br/>
      </w:r>
      <w:r>
        <w:t xml:space="preserve">    (b) unknown and ordinary</w:t>
      </w:r>
      <w:r>
        <w:br/>
      </w:r>
      <w:r>
        <w:t xml:space="preserve">    (c) famous and admired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two friends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indivisible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day they met in kindergarten.</w:t>
      </w:r>
      <w:r>
        <w:br/>
      </w:r>
      <w:r>
        <w:t xml:space="preserve">    (a) rarely seen together</w:t>
      </w:r>
      <w:r>
        <w:br/>
      </w:r>
      <w:r>
        <w:t xml:space="preserve">    (b) impossible to separate</w:t>
      </w:r>
      <w:r>
        <w:br/>
      </w:r>
      <w:r>
        <w:t xml:space="preserve">    (c) in constant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date which will live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br/>
      </w:r>
      <w:r>
        <w:t xml:space="preserve">    (a) fame for something bad</w:t>
      </w:r>
      <w:r>
        <w:br/>
      </w:r>
      <w:r>
        <w:t xml:space="preserve">    (b) fame for something exciting</w:t>
      </w:r>
      <w:r>
        <w:br/>
      </w:r>
      <w:r>
        <w:t xml:space="preserve">    (c) fame for something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mandates</w:t>
      </w:r>
      <w:r>
        <w:rPr>
          <w:b/>
          <w:bCs/>
        </w:rPr>
        <w:t xml:space="preserve"> </w:t>
      </w:r>
      <w:r>
        <w:rPr>
          <w:b/>
          <w:bCs/>
        </w:rPr>
        <w:t xml:space="preserve">that an appeal be filed for all convicts on death row.</w:t>
      </w:r>
      <w:r>
        <w:br/>
      </w:r>
      <w:r>
        <w:t xml:space="preserve">    (a) eliminates</w:t>
      </w:r>
      <w:r>
        <w:br/>
      </w:r>
      <w:r>
        <w:t xml:space="preserve">    (b) demands</w:t>
      </w:r>
      <w:r>
        <w:br/>
      </w:r>
      <w:r>
        <w:t xml:space="preserve">    (c) suggests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hard.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my favorite.</w:t>
      </w:r>
      <w:r>
        <w:br/>
      </w:r>
      <w:r>
        <w:t xml:space="preserve">    (a) because of that</w:t>
      </w:r>
      <w:r>
        <w:br/>
      </w:r>
      <w:r>
        <w:t xml:space="preserve">    (b) despite that</w:t>
      </w:r>
      <w:r>
        <w:br/>
      </w:r>
      <w:r>
        <w:t xml:space="preserve">    (c) for that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doctors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prescribe</w:t>
      </w:r>
      <w:r>
        <w:rPr>
          <w:b/>
          <w:bCs/>
        </w:rPr>
        <w:t xml:space="preserve"> </w:t>
      </w:r>
      <w:r>
        <w:rPr>
          <w:b/>
          <w:bCs/>
        </w:rPr>
        <w:t xml:space="preserve">simple lifestyle changes before medication.</w:t>
      </w:r>
      <w:r>
        <w:br/>
      </w:r>
      <w:r>
        <w:t xml:space="preserve">    (a) ignore</w:t>
      </w:r>
      <w:r>
        <w:br/>
      </w:r>
      <w:r>
        <w:t xml:space="preserve">    (b) delay</w:t>
      </w:r>
      <w:r>
        <w:br/>
      </w:r>
      <w:r>
        <w:t xml:space="preserve">    (c) recommend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Hitler wanted Paris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razed</w:t>
      </w:r>
      <w:r>
        <w:rPr>
          <w:b/>
          <w:bCs/>
        </w:rPr>
        <w:t xml:space="preserve">, but his general ignored the order and surrendered.</w:t>
      </w:r>
      <w:r>
        <w:br/>
      </w:r>
      <w:r>
        <w:t xml:space="preserve">    (a) held up as an example</w:t>
      </w:r>
      <w:r>
        <w:br/>
      </w:r>
      <w:r>
        <w:t xml:space="preserve">    (b) completely destroyed</w:t>
      </w:r>
      <w:r>
        <w:br/>
      </w:r>
      <w:r>
        <w:t xml:space="preserve">    (c) held at all cost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serf</w:t>
      </w:r>
      <w:r>
        <w:rPr>
          <w:b/>
          <w:bCs/>
        </w:rPr>
        <w:t xml:space="preserve"> </w:t>
      </w:r>
      <w:r>
        <w:rPr>
          <w:b/>
          <w:bCs/>
        </w:rPr>
        <w:t xml:space="preserve">worked the lord's fields from dawn until dusk for little reward.</w:t>
      </w:r>
      <w:r>
        <w:br/>
      </w:r>
      <w:r>
        <w:t xml:space="preserve">    (a) trained knight</w:t>
      </w:r>
      <w:r>
        <w:br/>
      </w:r>
      <w:r>
        <w:t xml:space="preserve">    (b) bound peasant</w:t>
      </w:r>
      <w:r>
        <w:br/>
      </w:r>
      <w:r>
        <w:t xml:space="preserve">    (c) wandering hermit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clothesline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two trees in the yard.</w:t>
      </w:r>
      <w:r>
        <w:br/>
      </w:r>
      <w:r>
        <w:t xml:space="preserve">    (a) noisy</w:t>
      </w:r>
      <w:r>
        <w:br/>
      </w:r>
      <w:r>
        <w:t xml:space="preserve">    (b) tight</w:t>
      </w:r>
      <w:r>
        <w:br/>
      </w:r>
      <w:r>
        <w:t xml:space="preserve">    (c) shiny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she posted that tweet, she's received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torrent</w:t>
      </w:r>
      <w:r>
        <w:rPr>
          <w:b/>
          <w:bCs/>
        </w:rPr>
        <w:t xml:space="preserve"> </w:t>
      </w:r>
      <w:r>
        <w:rPr>
          <w:b/>
          <w:bCs/>
        </w:rPr>
        <w:t xml:space="preserve">of abuse.</w:t>
      </w:r>
      <w:r>
        <w:br/>
      </w:r>
      <w:r>
        <w:t xml:space="preserve">    (a) overwhelming amount</w:t>
      </w:r>
      <w:r>
        <w:br/>
      </w:r>
      <w:r>
        <w:t xml:space="preserve">    (b) warning</w:t>
      </w:r>
      <w:r>
        <w:br/>
      </w:r>
      <w:r>
        <w:t xml:space="preserve">    (c) increasing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water, the plants in the garden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</w:t>
      </w:r>
      <w:r>
        <w:rPr>
          <w:b/>
          <w:bCs/>
        </w:rPr>
        <w:t xml:space="preserve"> </w:t>
      </w:r>
      <w:r>
        <w:rPr>
          <w:b/>
          <w:bCs/>
        </w:rPr>
        <w:t xml:space="preserve">and die.</w:t>
      </w:r>
      <w:r>
        <w:br/>
      </w:r>
      <w:r>
        <w:t xml:space="preserve">    (a) dry out</w:t>
      </w:r>
      <w:r>
        <w:br/>
      </w:r>
      <w:r>
        <w:t xml:space="preserve">    (b) grow stronger</w:t>
      </w:r>
      <w:r>
        <w:br/>
      </w:r>
      <w:r>
        <w:t xml:space="preserve">    (c) become dormant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yoke</w:t>
      </w:r>
      <w:r>
        <w:rPr>
          <w:b/>
          <w:bCs/>
        </w:rPr>
        <w:t xml:space="preserve"> </w:t>
      </w:r>
      <w:r>
        <w:rPr>
          <w:b/>
          <w:bCs/>
        </w:rPr>
        <w:t xml:space="preserve">of oppression weighed heavily on the people, causing them to rise up in rebellion.</w:t>
      </w:r>
      <w:r>
        <w:br/>
      </w:r>
      <w:r>
        <w:t xml:space="preserve">    (a) framing tool</w:t>
      </w:r>
      <w:r>
        <w:br/>
      </w:r>
      <w:r>
        <w:t xml:space="preserve">    (b) oppressive burden</w:t>
      </w:r>
      <w:r>
        <w:br/>
      </w:r>
      <w:r>
        <w:t xml:space="preserve">    (c) poor diet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2026-07-31T15:00:37Z</dcterms:created>
  <dcterms:modified xsi:type="dcterms:W3CDTF">2026-07-31T15:00:37Z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