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27e01007c5bb3769038f2a73f480ca16bb047a"/>
    <w:p>
      <w:pPr>
        <w:pStyle w:val="Heading1"/>
      </w:pPr>
      <w:r>
        <w:rPr>
          <w:b/>
          <w:bCs/>
        </w:rPr>
        <w:t xml:space="preserve">Anthem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ANTHEM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Ayn Rand</w:t>
      </w:r>
      <w:r>
        <w:rPr>
          <w:b/>
          <w:bCs/>
        </w:rPr>
        <w:t xml:space="preserve"> </w:t>
      </w:r>
      <w:r>
        <w:rPr>
          <w:b/>
          <w:bCs/>
        </w:rPr>
        <w:t xml:space="preserve">PART ONE.</w:t>
      </w:r>
      <w:r>
        <w:br/>
      </w:r>
      <w:r>
        <w:t xml:space="preserve">    (a) English philosopher and mathematician instrumental in pioneering symbolic logic (1872-1970)</w:t>
      </w:r>
      <w:r>
        <w:br/>
      </w:r>
      <w:r>
        <w:t xml:space="preserve">    (b) political and spiritual leader during India's struggle for independence from Great Britain</w:t>
      </w:r>
      <w:r>
        <w:br/>
      </w:r>
      <w:r>
        <w:t xml:space="preserve">    (c) American writer and philosopher who emphasized individual rights and capitalism (1905-1982)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NO MEN BUT ONLY THE GREAT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WE</w:t>
      </w:r>
      <w:r>
        <w:rPr>
          <w:b/>
          <w:bCs/>
        </w:rPr>
        <w:t xml:space="preserve">, ONE,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INDIVISIBLE</w:t>
      </w:r>
      <w:r>
        <w:rPr>
          <w:b/>
          <w:bCs/>
        </w:rPr>
        <w:t xml:space="preserve"> </w:t>
      </w:r>
      <w:r>
        <w:rPr>
          <w:b/>
          <w:bCs/>
        </w:rPr>
        <w:t xml:space="preserve">AND FOREVER.</w:t>
      </w:r>
      <w:r>
        <w:br/>
      </w:r>
      <w:r>
        <w:t xml:space="preserve">    (a) impossible to separate</w:t>
      </w:r>
      <w:r>
        <w:br/>
      </w:r>
      <w:r>
        <w:t xml:space="preserve">    (b) not relating to practice or belief that is long-established or was previously long-established</w:t>
      </w:r>
      <w:r>
        <w:br/>
      </w:r>
      <w:r>
        <w:t xml:space="preserve">    (c) relating to a residential area located near the outer edge of a city where it isn't as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shall do that which the Council of Vocations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prescribe</w:t>
      </w:r>
      <w:r>
        <w:rPr>
          <w:b/>
          <w:bCs/>
        </w:rPr>
        <w:t xml:space="preserve"> </w:t>
      </w:r>
      <w:r>
        <w:rPr>
          <w:b/>
          <w:bCs/>
        </w:rPr>
        <w:t xml:space="preserve">for you.</w:t>
      </w:r>
      <w:r>
        <w:br/>
      </w:r>
      <w:r>
        <w:t xml:space="preserve">    (a) require</w:t>
      </w:r>
      <w:r>
        <w:br/>
      </w:r>
      <w:r>
        <w:t xml:space="preserve">    (b) fear, or anticipate with worry (commonly only seen in the forms "apprehensive" and "apprehension," but seen in this form in classic literature)</w:t>
      </w:r>
      <w:r>
        <w:br/>
      </w:r>
      <w:r>
        <w:t xml:space="preserve">    (c) (noun) something that is lighter and draws attention -- such as an area of a painting  OR  (verb)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Council of Vocations came to give us our life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mandates</w:t>
      </w:r>
      <w:r>
        <w:rPr>
          <w:b/>
          <w:bCs/>
        </w:rPr>
        <w:t xml:space="preserve"> </w:t>
      </w:r>
      <w:r>
        <w:rPr>
          <w:b/>
          <w:bCs/>
        </w:rPr>
        <w:t xml:space="preserve">which tell those who reach their fifteenth year what their work is to be for the rest of their days.</w:t>
      </w:r>
      <w:r>
        <w:br/>
      </w:r>
      <w:r>
        <w:t xml:space="preserve">    (a) instructions that must be followed</w:t>
      </w:r>
      <w:r>
        <w:br/>
      </w:r>
      <w:r>
        <w:t xml:space="preserve">    (b) causes something to move forward</w:t>
      </w:r>
      <w:r>
        <w:br/>
      </w:r>
      <w:r>
        <w:t xml:space="preserve">    (c) is overly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we said: "We shall go,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 the less</w:t>
      </w:r>
      <w:r>
        <w:rPr>
          <w:b/>
          <w:bCs/>
        </w:rPr>
        <w:t xml:space="preserve">."</w:t>
      </w:r>
      <w:r>
        <w:br/>
      </w:r>
      <w:r>
        <w:t xml:space="preserve">    (a) in spite of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their face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, and their eyes were dark.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pulled or drawn tight;</w:t>
      </w:r>
      <w:r>
        <w:br/>
      </w:r>
      <w:r>
        <w:t xml:space="preserve">or: subjected to great tension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could not see our body nor feel it, and in that moment nothing existed save our two hands over a wire glowing in a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removal and examination of tissues or liquids from the living body to determine the existence or cause of a disease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withered</w:t>
      </w:r>
      <w:r>
        <w:rPr>
          <w:b/>
          <w:bCs/>
        </w:rPr>
        <w:t xml:space="preserve"> </w:t>
      </w:r>
      <w:r>
        <w:rPr>
          <w:b/>
          <w:bCs/>
        </w:rPr>
        <w:t xml:space="preserve">fingers</w:t>
      </w:r>
      <w:r>
        <w:br/>
      </w:r>
      <w:r>
        <w:t xml:space="preserve">    (a) not accepted as true</w:t>
      </w:r>
      <w:r>
        <w:br/>
      </w:r>
      <w:r>
        <w:t xml:space="preserve">    (b) shriveled (wrinkled)</w:t>
      </w:r>
      <w:r>
        <w:br/>
      </w:r>
      <w:r>
        <w:t xml:space="preserve">    (c) began fighting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saw a great painting on the wall over their heads, of the twenty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men who had invented the candle.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able to be taken up or received into heaven</w:t>
      </w:r>
      <w:r>
        <w:br/>
      </w:r>
      <w:r>
        <w:t xml:space="preserve">    (c) famous and admired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"Yes," said Collective 0-0009, "we have much to say to a wretch who have broken all the laws and who boast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!"</w:t>
      </w:r>
      <w:r>
        <w:br/>
      </w:r>
      <w:r>
        <w:t xml:space="preserve">    (a) person, organization, or anything with a separate existence</w:t>
      </w:r>
      <w:r>
        <w:br/>
      </w:r>
      <w:r>
        <w:t xml:space="preserve">    (b) the process or result of learning, discovering, or deciding</w:t>
      </w:r>
      <w:r>
        <w:br/>
      </w:r>
      <w:r>
        <w:t xml:space="preserve">    (c) extremely bad 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Candle is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 </w:t>
      </w:r>
      <w:r>
        <w:rPr>
          <w:b/>
          <w:bCs/>
        </w:rPr>
        <w:t xml:space="preserve">to mankind, as approved by all men.</w:t>
      </w:r>
      <w:r>
        <w:br/>
      </w:r>
      <w:r>
        <w:t xml:space="preserve">    (a) a traditional practice or custom</w:t>
      </w:r>
      <w:r>
        <w:br/>
      </w:r>
      <w:r>
        <w:t xml:space="preserve">    (b) something that causes great harm</w:t>
      </w:r>
      <w:r>
        <w:br/>
      </w:r>
      <w:r>
        <w:t xml:space="preserve">    (c) something that is of great benefit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ran blindly, and men and houses streaked past us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torrent</w:t>
      </w:r>
      <w:r>
        <w:rPr>
          <w:b/>
          <w:bCs/>
        </w:rPr>
        <w:t xml:space="preserve"> </w:t>
      </w:r>
      <w:r>
        <w:rPr>
          <w:b/>
          <w:bCs/>
        </w:rPr>
        <w:t xml:space="preserve">without shape.</w:t>
      </w:r>
      <w:r>
        <w:br/>
      </w:r>
      <w:r>
        <w:t xml:space="preserve">    (a) tile designed to affect noise -- typically to decrease noise</w:t>
      </w:r>
      <w:r>
        <w:br/>
      </w:r>
      <w:r>
        <w:t xml:space="preserve">    (b) an overwhelming amount -- especially of quickly moving water</w:t>
      </w:r>
      <w:r>
        <w:br/>
      </w:r>
      <w:r>
        <w:t xml:space="preserve">    (c) the state of not being in danger of suffering from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forest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disposes</w:t>
      </w:r>
      <w:r>
        <w:rPr>
          <w:b/>
          <w:bCs/>
        </w:rPr>
        <w:t xml:space="preserve"> </w:t>
      </w:r>
      <w:r>
        <w:rPr>
          <w:b/>
          <w:bCs/>
        </w:rPr>
        <w:t xml:space="preserve">of its own victims.</w:t>
      </w:r>
      <w:r>
        <w:br/>
      </w:r>
      <w:r>
        <w:t xml:space="preserve">    (a) turns aside from a fixed direction or line of interest</w:t>
      </w:r>
      <w:r>
        <w:br/>
      </w:r>
      <w:r>
        <w:t xml:space="preserve">    (b) grammatically changes verb form depending upon context</w:t>
      </w:r>
      <w:r>
        <w:br/>
      </w:r>
      <w:r>
        <w:t xml:space="preserve">    (c) settles (something so it no longer requires attention)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 secret our heart has understood and yet will not reveal to us, although it seems to beat as if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endeavoring</w:t>
      </w:r>
      <w:r>
        <w:rPr>
          <w:b/>
          <w:bCs/>
        </w:rPr>
        <w:t xml:space="preserve"> </w:t>
      </w:r>
      <w:r>
        <w:rPr>
          <w:b/>
          <w:bCs/>
        </w:rPr>
        <w:t xml:space="preserve">to tell it?</w:t>
      </w:r>
      <w:r>
        <w:br/>
      </w:r>
      <w:r>
        <w:t xml:space="preserve">    (a) believing or judging</w:t>
      </w:r>
      <w:r>
        <w:br/>
      </w:r>
      <w:r>
        <w:t xml:space="preserve">    (b) working or operating</w:t>
      </w:r>
      <w:r>
        <w:br/>
      </w:r>
      <w:r>
        <w:t xml:space="preserve">    (c) trying or attempting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my will which chooses, and the choice of my will is the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 </w:t>
      </w:r>
      <w:r>
        <w:rPr>
          <w:b/>
          <w:bCs/>
        </w:rPr>
        <w:t xml:space="preserve">I must respect.</w:t>
      </w:r>
      <w:r>
        <w:br/>
      </w:r>
      <w:r>
        <w:t xml:space="preserve">    (a) an order -- typically a formal proclamation or a legally binding court decree</w:t>
      </w:r>
      <w:r>
        <w:br/>
      </w:r>
      <w:r>
        <w:t xml:space="preserve">    (b) a stone shaped like a disk that spins and is used to grind, sharpen or polish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word by which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depraved</w:t>
      </w:r>
      <w:r>
        <w:rPr>
          <w:b/>
          <w:bCs/>
        </w:rPr>
        <w:t xml:space="preserve"> </w:t>
      </w:r>
      <w:r>
        <w:rPr>
          <w:b/>
          <w:bCs/>
        </w:rPr>
        <w:t xml:space="preserve">steal the virtue of the good,</w:t>
      </w:r>
      <w:r>
        <w:br/>
      </w:r>
      <w:r>
        <w:t xml:space="preserve">    (a) moved again into position to work; or started again</w:t>
      </w:r>
      <w:r>
        <w:br/>
      </w:r>
      <w:r>
        <w:t xml:space="preserve">    (b) completely immoral or evil</w:t>
      </w:r>
      <w:r>
        <w:br/>
      </w:r>
      <w:r>
        <w:t xml:space="preserve">    (c) not examined in an attempt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my wisdom, if even the fools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dictate</w:t>
      </w:r>
      <w:r>
        <w:rPr>
          <w:b/>
          <w:bCs/>
        </w:rPr>
        <w:t xml:space="preserve"> </w:t>
      </w:r>
      <w:r>
        <w:rPr>
          <w:b/>
          <w:bCs/>
        </w:rPr>
        <w:t xml:space="preserve">to me?</w:t>
      </w:r>
      <w:r>
        <w:br/>
      </w:r>
      <w:r>
        <w:t xml:space="preserve">    (a) issue commands</w:t>
      </w:r>
      <w:r>
        <w:br/>
      </w:r>
      <w:r>
        <w:t xml:space="preserve">    (b) struggle or disagreement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done with the monster of "We," the word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serfdom</w:t>
      </w:r>
      <w:r>
        <w:rPr>
          <w:b/>
          <w:bCs/>
        </w:rPr>
        <w:t xml:space="preserve">, of plunder, of misery, falsehood and shame.</w:t>
      </w:r>
      <w:r>
        <w:br/>
      </w:r>
      <w:r>
        <w:t xml:space="preserve">    (a) Middle Ages Europe:  the state of a person who is bound to the land and owned with the land by the feudal lord</w:t>
      </w:r>
      <w:r>
        <w:br/>
      </w:r>
      <w:r>
        <w:t xml:space="preserve">    (b) a condition where the body cannot properly regulate blood sugar levels because doesn't use insulin effectively</w:t>
      </w:r>
      <w:r>
        <w:br/>
      </w:r>
      <w:r>
        <w:t xml:space="preserve">    (c) post-traumatic stress disorder -- an anxiety disorder that can develop after exposure to traumatic experiences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 call to me all the men and the women whose spirit has not been killed within them and who suffer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of their brothers.</w:t>
      </w:r>
      <w:r>
        <w:br/>
      </w:r>
      <w:r>
        <w:t xml:space="preserve">    (a) restarts (a fire)</w:t>
      </w:r>
      <w:r>
        <w:br/>
      </w:r>
      <w:r>
        <w:t xml:space="preserve">    (b) oppressive burden</w:t>
      </w:r>
      <w:r>
        <w:br/>
      </w:r>
      <w:r>
        <w:t xml:space="preserve">    (c) not concentrating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day will come when I shall break all the chains of the earth,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</w:t>
      </w:r>
      <w:r>
        <w:rPr>
          <w:b/>
          <w:bCs/>
        </w:rPr>
        <w:t xml:space="preserve"> </w:t>
      </w:r>
      <w:r>
        <w:rPr>
          <w:b/>
          <w:bCs/>
        </w:rPr>
        <w:t xml:space="preserve">the cities of the enslaved, and my home will become the capital of a world where each man will be free to exist for his own sake.</w:t>
      </w:r>
      <w:r>
        <w:br/>
      </w:r>
      <w:r>
        <w:t xml:space="preserve">    (a) completely destroy</w:t>
      </w:r>
      <w:r>
        <w:br/>
      </w:r>
      <w:r>
        <w:t xml:space="preserve">    (b) notable difference</w:t>
      </w:r>
      <w:r>
        <w:br/>
      </w:r>
      <w:r>
        <w:t xml:space="preserve">    (c) come to terms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2026-07-31T15:00:38Z</dcterms:created>
  <dcterms:modified xsi:type="dcterms:W3CDTF">2026-07-31T15:00:38Z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