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5c75faf92c131714cc9534af10df4f3af5e53e7"/>
    <w:p>
      <w:pPr>
        <w:pStyle w:val="Heading1"/>
      </w:pPr>
      <w:r>
        <w:rPr>
          <w:b/>
          <w:bCs/>
        </w:rPr>
        <w:t xml:space="preserve">Another Country</w:t>
      </w:r>
      <w:r>
        <w:br/>
      </w:r>
      <w:r>
        <w:rPr>
          <w:i/>
          <w:iCs/>
        </w:rPr>
        <w:t xml:space="preserve">James Baldwin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paid the man and they got out and walked into the lobby, which was large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hideous</w:t>
      </w:r>
      <w:r>
        <w:rPr>
          <w:b/>
          <w:bCs/>
        </w:rPr>
        <w:t xml:space="preserve">, with mirrors and chairs.</w:t>
      </w:r>
      <w:r>
        <w:br/>
      </w:r>
      <w:r>
        <w:t xml:space="preserve">    (a) the quality of not being sensible and careful</w:t>
      </w:r>
      <w:r>
        <w:br/>
      </w:r>
      <w:r>
        <w:t xml:space="preserve">    (b) extremely ugly, offensive, and/or frightening</w:t>
      </w:r>
      <w:r>
        <w:br/>
      </w:r>
      <w:r>
        <w:t xml:space="preserve">    (c) the characteristic of demonstrating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remained at the bottom of his mind,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nevertheless</w:t>
      </w:r>
      <w:r>
        <w:rPr>
          <w:b/>
          <w:bCs/>
        </w:rPr>
        <w:t xml:space="preserve">, a numb speculation as to why this question should make him angry.</w:t>
      </w:r>
      <w:r>
        <w:br/>
      </w:r>
      <w:r>
        <w:t xml:space="preserve">    (a) despite that (used to connect contrasting ideas)</w:t>
      </w:r>
      <w:r>
        <w:br/>
      </w:r>
      <w:r>
        <w:t xml:space="preserve">    (b) in keeping with or in agreement with what was just stated</w:t>
      </w:r>
      <w:r>
        <w:br/>
      </w:r>
      <w:r>
        <w:t xml:space="preserve">    (c) therefore (for that reason)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held a drink and a cigarette in one hand and looked at once like the rather weary matron she actually was and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mischievous</w:t>
      </w:r>
      <w:r>
        <w:rPr>
          <w:b/>
          <w:bCs/>
        </w:rPr>
        <w:t xml:space="preserve"> </w:t>
      </w:r>
      <w:r>
        <w:rPr>
          <w:b/>
          <w:bCs/>
        </w:rPr>
        <w:t xml:space="preserve">girl she once had been.</w:t>
      </w:r>
      <w:r>
        <w:br/>
      </w:r>
      <w:r>
        <w:t xml:space="preserve">    (a) the state or degree of having the ability to change for different situations</w:t>
      </w:r>
      <w:r>
        <w:br/>
      </w:r>
      <w:r>
        <w:t xml:space="preserve">    (b) the quality of behaving in an instinctive, uninhibited, and unplanned manner</w:t>
      </w:r>
      <w:r>
        <w:br/>
      </w:r>
      <w:r>
        <w:t xml:space="preserve">    (c) playfully causing minor trouble; or describing the smile of someone doing so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said the last with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wry</w:t>
      </w:r>
      <w:r>
        <w:rPr>
          <w:b/>
          <w:bCs/>
        </w:rPr>
        <w:t xml:space="preserve">, proud, grown-up exasperation, as one submitting to the penalties imposed by her brother's power, and glory.</w:t>
      </w:r>
      <w:r>
        <w:br/>
      </w:r>
      <w:r>
        <w:t xml:space="preserve">    (a) humor -- often understated, sarcastic, or ironic -- often expressed by twisting the face</w:t>
      </w:r>
      <w:r>
        <w:br/>
      </w:r>
      <w:r>
        <w:t xml:space="preserve">    (b) the quality of not being clear, easily noticed, or identifiable as different or separate</w:t>
      </w:r>
      <w:r>
        <w:br/>
      </w:r>
      <w:r>
        <w:t xml:space="preserve">    (c) the quality of being clear, easily noticed, and/or identifiable as different or separate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Everything seemed to be swollen, thrusting and shifting and changing, about to burst into music or into flame 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revelation</w:t>
      </w:r>
      <w:r>
        <w:rPr>
          <w:b/>
          <w:bCs/>
        </w:rPr>
        <w:t xml:space="preserve">.</w:t>
      </w:r>
      <w:r>
        <w:br/>
      </w:r>
      <w:r>
        <w:t xml:space="preserve">    (a) a large, elongated gland located behind the stomach that secretes digestive enzymes and insulin</w:t>
      </w:r>
      <w:r>
        <w:br/>
      </w:r>
      <w:r>
        <w:t xml:space="preserve">    (b) something previously unknown; or making such a thing known</w:t>
      </w:r>
      <w:r>
        <w:br/>
      </w:r>
      <w:r>
        <w:t xml:space="preserve">    (c) of the philosophical &amp; religious system based on the teachings of Laozi (also spelled Taoist)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had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diffident</w:t>
      </w:r>
      <w:r>
        <w:rPr>
          <w:b/>
          <w:bCs/>
        </w:rPr>
        <w:t xml:space="preserve"> </w:t>
      </w:r>
      <w:r>
        <w:rPr>
          <w:b/>
          <w:bCs/>
        </w:rPr>
        <w:t xml:space="preserve">manner and a nervous giggle.</w:t>
      </w:r>
      <w:r>
        <w:br/>
      </w:r>
      <w:r>
        <w:t xml:space="preserve">    (a) belligerent (argumentative or aggressive)</w:t>
      </w:r>
      <w:r>
        <w:br/>
      </w:r>
      <w:r>
        <w:t xml:space="preserve">    (b) hesitant and unassertive</w:t>
      </w:r>
      <w:r>
        <w:br/>
      </w:r>
      <w:r>
        <w:t xml:space="preserve">    (c) young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concerto</w:t>
      </w:r>
      <w:r>
        <w:rPr>
          <w:b/>
          <w:bCs/>
        </w:rPr>
        <w:t xml:space="preserve"> </w:t>
      </w:r>
      <w:r>
        <w:rPr>
          <w:b/>
          <w:bCs/>
        </w:rPr>
        <w:t xml:space="preserve">was approaching its end.</w:t>
      </w:r>
      <w:r>
        <w:br/>
      </w:r>
      <w:r>
        <w:t xml:space="preserve">    (a) music written for orchestra and one (or more) solo instruments</w:t>
      </w:r>
      <w:r>
        <w:br/>
      </w:r>
      <w:r>
        <w:t xml:space="preserve">    (b) an expert who shares professional opinions in a specific field</w:t>
      </w:r>
      <w:r>
        <w:br/>
      </w:r>
      <w:r>
        <w:t xml:space="preserve">    (c) the act of being in a working position; or the act of starting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felt immediate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contrition</w:t>
      </w:r>
      <w:r>
        <w:rPr>
          <w:b/>
          <w:bCs/>
        </w:rPr>
        <w:t xml:space="preserve">, seeing, in his mind's eye, her bewildered face, knowing how she wondered why her eldest son should cause, and appear to wish to cause her, so much pain.</w:t>
      </w:r>
      <w:r>
        <w:br/>
      </w:r>
      <w:r>
        <w:t xml:space="preserve">    (a) able to generate electricity from light</w:t>
      </w:r>
      <w:r>
        <w:br/>
      </w:r>
      <w:r>
        <w:t xml:space="preserve">    (b) something that causes ongoing suffering</w:t>
      </w:r>
      <w:r>
        <w:br/>
      </w:r>
      <w:r>
        <w:t xml:space="preserve">    (c) sorrow or regret for a fault or offense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thought,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irrelevantly</w:t>
      </w:r>
      <w:r>
        <w:rPr>
          <w:b/>
          <w:bCs/>
        </w:rPr>
        <w:t xml:space="preserve">, I never should come to movies, I can't stand them, and then she began to cry.</w:t>
      </w:r>
      <w:r>
        <w:br/>
      </w:r>
      <w:r>
        <w:t xml:space="preserve">    (a) in a manner that works with government officials whose job is to represent their country in discussions with other countries</w:t>
      </w:r>
      <w:r>
        <w:br/>
      </w:r>
      <w:r>
        <w:t xml:space="preserve">    (b) in a manner that is not relevant (not related to the subject being considered, or not important enough to want to consider)</w:t>
      </w:r>
      <w:r>
        <w:br/>
      </w:r>
      <w:r>
        <w:t xml:space="preserve">    (c) in a manner that seems (at least at first impression) to be impossible because things that seem true contradict each other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laughter rang down the street behind this call, the suppressed, bawdy laughter of the Italians—for, after all, Vivaldo was one of them, and a male, and apparently, a gifted one—and the delighted,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vindictive</w:t>
      </w:r>
      <w:r>
        <w:rPr>
          <w:b/>
          <w:bCs/>
        </w:rPr>
        <w:t xml:space="preserve"> </w:t>
      </w:r>
      <w:r>
        <w:rPr>
          <w:b/>
          <w:bCs/>
        </w:rPr>
        <w:t xml:space="preserve">laughter of the Negroes.</w:t>
      </w:r>
      <w:r>
        <w:br/>
      </w:r>
      <w:r>
        <w:t xml:space="preserve">    (a) not capable of being suffered through (or put up with)</w:t>
      </w:r>
      <w:r>
        <w:br/>
      </w:r>
      <w:r>
        <w:t xml:space="preserve">    (b) desirous of seeking revenge or wanting to hurt someone</w:t>
      </w:r>
      <w:r>
        <w:br/>
      </w:r>
      <w:r>
        <w:t xml:space="preserve">    (c) not capable of surviving; or not capable of being done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whatever stalked there saw, and spread the news of what it saw throughout the entire kingdom of whomever, though the eye itself might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perish</w:t>
      </w:r>
      <w:r>
        <w:rPr>
          <w:b/>
          <w:bCs/>
        </w:rPr>
        <w:t xml:space="preserve">.</w:t>
      </w:r>
      <w:r>
        <w:br/>
      </w:r>
      <w:r>
        <w:t xml:space="preserve">    (a) die, be destroyed, or cease to exist</w:t>
      </w:r>
      <w:r>
        <w:br/>
      </w:r>
      <w:r>
        <w:t xml:space="preserve">    (b) move into position to work; or start</w:t>
      </w:r>
      <w:r>
        <w:br/>
      </w:r>
      <w:r>
        <w:t xml:space="preserve">    (c) to spread to other parts of the body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at such moments Belle watched him, too, sympathy struggling to overcome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relentless</w:t>
      </w:r>
      <w:r>
        <w:rPr>
          <w:b/>
          <w:bCs/>
        </w:rPr>
        <w:t xml:space="preserve"> </w:t>
      </w:r>
      <w:r>
        <w:rPr>
          <w:b/>
          <w:bCs/>
        </w:rPr>
        <w:t xml:space="preserve">vacuity in her face.</w:t>
      </w:r>
      <w:r>
        <w:br/>
      </w:r>
      <w:r>
        <w:t xml:space="preserve">    (a) the state of being aware of one's mental activity</w:t>
      </w:r>
      <w:r>
        <w:br/>
      </w:r>
      <w:r>
        <w:t xml:space="preserve">    (b) to continue without stopping in an extreme manner</w:t>
      </w:r>
      <w:r>
        <w:br/>
      </w:r>
      <w:r>
        <w:t xml:space="preserve">    (c) appropriate or related in size, amount, or degree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Sometimes, unable to reach her and unable to reach the people in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novel</w:t>
      </w:r>
      <w:r>
        <w:rPr>
          <w:b/>
          <w:bCs/>
        </w:rPr>
        <w:t xml:space="preserve">, he stalked out and walked the summer streets alone.</w:t>
      </w:r>
      <w:r>
        <w:br/>
      </w:r>
      <w:r>
        <w:t xml:space="preserve">    (a) important and valuable</w:t>
      </w:r>
      <w:r>
        <w:br/>
      </w:r>
      <w:r>
        <w:t xml:space="preserve">    (b) traditional (having withstood the test of time)</w:t>
      </w:r>
      <w:r>
        <w:br/>
      </w:r>
      <w:r>
        <w:t xml:space="preserve">    (c) new and original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film was one of those politics, sex,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vengeance</w:t>
      </w:r>
      <w:r>
        <w:rPr>
          <w:b/>
          <w:bCs/>
        </w:rPr>
        <w:t xml:space="preserve"> </w:t>
      </w:r>
      <w:r>
        <w:rPr>
          <w:b/>
          <w:bCs/>
        </w:rPr>
        <w:t xml:space="preserve">dramas the French love to turn out, and it starred one of the great French actors, who had died when this film was completed.</w:t>
      </w:r>
      <w:r>
        <w:br/>
      </w:r>
      <w:r>
        <w:t xml:space="preserve">    (a) the act of taking revenge</w:t>
      </w:r>
      <w:r>
        <w:br/>
      </w:r>
      <w:r>
        <w:t xml:space="preserve">    (b) something made from parts</w:t>
      </w:r>
      <w:r>
        <w:br/>
      </w:r>
      <w:r>
        <w:t xml:space="preserve">    (c) something that stands out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had used her in the hope of avoiding a confrontation with himself which he had, nevertheless,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with a vengeance</w:t>
      </w:r>
      <w:r>
        <w:rPr>
          <w:b/>
          <w:bCs/>
        </w:rPr>
        <w:t xml:space="preserve">, been forced to endure.</w:t>
      </w:r>
      <w:r>
        <w:br/>
      </w:r>
      <w:r>
        <w:t xml:space="preserve">    (a) very important</w:t>
      </w:r>
      <w:r>
        <w:br/>
      </w:r>
      <w:r>
        <w:t xml:space="preserve">    (b) with intensity</w:t>
      </w:r>
      <w:r>
        <w:br/>
      </w:r>
      <w:r>
        <w:t xml:space="preserve">    (c) available cash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I don't really feel that—terror—and that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anguish</w:t>
      </w:r>
      <w:r>
        <w:rPr>
          <w:b/>
          <w:bCs/>
        </w:rPr>
        <w:t xml:space="preserve"> </w:t>
      </w:r>
      <w:r>
        <w:rPr>
          <w:b/>
          <w:bCs/>
        </w:rPr>
        <w:t xml:space="preserve">and that joy I've sometimes felt with—a few men.</w:t>
      </w:r>
      <w:r>
        <w:br/>
      </w:r>
      <w:r>
        <w:t xml:space="preserve">    (a) extreme pain, suffering, or distress</w:t>
      </w:r>
      <w:r>
        <w:br/>
      </w:r>
      <w:r>
        <w:t xml:space="preserve">    (b) extreme depression</w:t>
      </w:r>
      <w:r>
        <w:br/>
      </w:r>
      <w:r>
        <w:t xml:space="preserve">    (c) extreme introversion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looked,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covertly</w:t>
      </w:r>
      <w:r>
        <w:rPr>
          <w:b/>
          <w:bCs/>
        </w:rPr>
        <w:t xml:space="preserve">, at him again—her guilt began.</w:t>
      </w:r>
      <w:r>
        <w:br/>
      </w:r>
      <w:r>
        <w:t xml:space="preserve">    (a) in a manner that is misleading</w:t>
      </w:r>
      <w:r>
        <w:br/>
      </w:r>
      <w:r>
        <w:t xml:space="preserve">    (b) done in a secret or hidden way</w:t>
      </w:r>
      <w:r>
        <w:br/>
      </w:r>
      <w:r>
        <w:t xml:space="preserve">    (c) in a good or beneficial manner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could break him: for, to match her will, he would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compelled</w:t>
      </w:r>
      <w:r>
        <w:rPr>
          <w:b/>
          <w:bCs/>
        </w:rPr>
        <w:t xml:space="preserve"> </w:t>
      </w:r>
      <w:r>
        <w:rPr>
          <w:b/>
          <w:bCs/>
        </w:rPr>
        <w:t xml:space="preserve">to descend to stratagems far beneath him.</w:t>
      </w:r>
      <w:r>
        <w:br/>
      </w:r>
      <w:r>
        <w:t xml:space="preserve">    (a) fruit cooked with sugar (like jam)</w:t>
      </w:r>
      <w:r>
        <w:br/>
      </w:r>
      <w:r>
        <w:t xml:space="preserve">    (b) didn't trust or have confidence in</w:t>
      </w:r>
      <w:r>
        <w:br/>
      </w:r>
      <w:r>
        <w:t xml:space="preserve">    (c) forced; or (more rarely) convinced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strangely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insistently</w:t>
      </w:r>
      <w:r>
        <w:rPr>
          <w:b/>
          <w:bCs/>
        </w:rPr>
        <w:t xml:space="preserve"> </w:t>
      </w:r>
      <w:r>
        <w:rPr>
          <w:b/>
          <w:bCs/>
        </w:rPr>
        <w:t xml:space="preserve">double-edged, it was like making love in the midst of mirrors, or it was like death by drowning.</w:t>
      </w:r>
      <w:r>
        <w:br/>
      </w:r>
      <w:r>
        <w:t xml:space="preserve">    (a) in a manner that does not stop</w:t>
      </w:r>
      <w:r>
        <w:br/>
      </w:r>
      <w:r>
        <w:t xml:space="preserve">    (b) in a persistent or firm manner</w:t>
      </w:r>
      <w:r>
        <w:br/>
      </w:r>
      <w:r>
        <w:t xml:space="preserve">    (c) in a good or beneficial manner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it was yet more strange and made for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unprecedented</w:t>
      </w:r>
      <w:r>
        <w:rPr>
          <w:b/>
          <w:bCs/>
        </w:rPr>
        <w:t xml:space="preserve"> </w:t>
      </w:r>
      <w:r>
        <w:rPr>
          <w:b/>
          <w:bCs/>
        </w:rPr>
        <w:t xml:space="preserve">steadiness and freedom, that Eric loved him.</w:t>
      </w:r>
      <w:r>
        <w:br/>
      </w:r>
      <w:r>
        <w:t xml:space="preserve">    (a) relating to understanding or explaining something in a particular way</w:t>
      </w:r>
      <w:r>
        <w:br/>
      </w:r>
      <w:r>
        <w:t xml:space="preserve">    (b) [of food] able to be prepared in a manner that keeps it from spoiling</w:t>
      </w:r>
      <w:r>
        <w:br/>
      </w:r>
      <w:r>
        <w:t xml:space="preserve">    (c) not having happened before; or nothing similar having happened before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2026-07-31T20:13:53Z</dcterms:created>
  <dcterms:modified xsi:type="dcterms:W3CDTF">2026-07-31T20:13:53Z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