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d024296f077899bc6066b7db3e42f2fb115744"/>
    <w:p>
      <w:pPr>
        <w:pStyle w:val="Heading1"/>
      </w:pPr>
      <w:r>
        <w:rPr>
          <w:b/>
          <w:bCs/>
        </w:rPr>
        <w:t xml:space="preserve">Anne Of Green Gables</w:t>
      </w:r>
      <w:r>
        <w:br/>
      </w:r>
      <w:r>
        <w:rPr>
          <w:i/>
          <w:iCs/>
        </w:rPr>
        <w:t xml:space="preserve">Lucy Maud Montgomery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compunction</w:t>
      </w:r>
      <w:r>
        <w:rPr>
          <w:b/>
          <w:bCs/>
        </w:rPr>
        <w:t xml:space="preserve"> </w:t>
      </w:r>
      <w:r>
        <w:rPr>
          <w:b/>
          <w:bCs/>
        </w:rPr>
        <w:t xml:space="preserve">about breaking the rules if it meant helping his friend in need.</w:t>
      </w:r>
      <w:r>
        <w:br/>
      </w:r>
      <w:r>
        <w:t xml:space="preserve">    (a) guilt</w:t>
      </w:r>
      <w:r>
        <w:br/>
      </w:r>
      <w:r>
        <w:t xml:space="preserve">    (b) pleasure</w:t>
      </w:r>
      <w:r>
        <w:br/>
      </w:r>
      <w:r>
        <w:t xml:space="preserve">    (c) honor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parents.</w:t>
      </w:r>
      <w:r>
        <w:br/>
      </w:r>
      <w:r>
        <w:t xml:space="preserve">    (a) trusted</w:t>
      </w:r>
      <w:r>
        <w:br/>
      </w:r>
      <w:r>
        <w:t xml:space="preserve">    (b) didn't trust</w:t>
      </w:r>
      <w:r>
        <w:br/>
      </w:r>
      <w:r>
        <w:t xml:space="preserve">    (c) was proud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found her new colleagues to be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congenial</w:t>
      </w:r>
      <w:r>
        <w:rPr>
          <w:b/>
          <w:bCs/>
        </w:rPr>
        <w:t xml:space="preserve">, making her transition to the new job much easier.</w:t>
      </w:r>
      <w:r>
        <w:br/>
      </w:r>
      <w:r>
        <w:t xml:space="preserve">    (a) challenging</w:t>
      </w:r>
      <w:r>
        <w:br/>
      </w:r>
      <w:r>
        <w:t xml:space="preserve">    (b) unfamiliar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the jury found her guilty, she showed no sign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contrition</w:t>
      </w:r>
      <w:r>
        <w:rPr>
          <w:b/>
          <w:bCs/>
        </w:rPr>
        <w:t xml:space="preserve">.</w:t>
      </w:r>
      <w:r>
        <w:br/>
      </w:r>
      <w:r>
        <w:t xml:space="preserve">    (a) understanding</w:t>
      </w:r>
      <w:r>
        <w:br/>
      </w:r>
      <w:r>
        <w:t xml:space="preserve">    (b) emotion</w:t>
      </w:r>
      <w:r>
        <w:br/>
      </w:r>
      <w:r>
        <w:t xml:space="preserve">    (c)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facial expression</w:t>
      </w:r>
      <w:r>
        <w:br/>
      </w:r>
      <w:r>
        <w:t xml:space="preserve">    (b) voice</w:t>
      </w:r>
      <w:r>
        <w:br/>
      </w:r>
      <w:r>
        <w:t xml:space="preserve">    (c) a method of counting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terrorism.</w:t>
      </w:r>
      <w:r>
        <w:br/>
      </w:r>
      <w:r>
        <w:t xml:space="preserve">    (a) discourage</w:t>
      </w:r>
      <w:r>
        <w:br/>
      </w:r>
      <w:r>
        <w:t xml:space="preserve">    (b) show favor for</w:t>
      </w:r>
      <w:r>
        <w:br/>
      </w:r>
      <w:r>
        <w:t xml:space="preserve">    (c) provide funds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Creativity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.</w:t>
      </w:r>
      <w:r>
        <w:br/>
      </w:r>
      <w:r>
        <w:t xml:space="preserve">    (a) developed or grown</w:t>
      </w:r>
      <w:r>
        <w:br/>
      </w:r>
      <w:r>
        <w:t xml:space="preserve">    (b) risky or dangerous</w:t>
      </w:r>
      <w:r>
        <w:br/>
      </w:r>
      <w:r>
        <w:t xml:space="preserve">    (c) useful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--help is on the way!</w:t>
      </w:r>
      <w:r>
        <w:br/>
      </w:r>
      <w:r>
        <w:t xml:space="preserve">    (a) cry</w:t>
      </w:r>
      <w:r>
        <w:br/>
      </w:r>
      <w:r>
        <w:t xml:space="preserve">    (b) lose hope</w:t>
      </w:r>
      <w:r>
        <w:br/>
      </w:r>
      <w:r>
        <w:t xml:space="preserve">    (c) be impatient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 claimed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right.</w:t>
      </w:r>
      <w:r>
        <w:br/>
      </w:r>
      <w:r>
        <w:t xml:space="preserve">    (a) coming from God</w:t>
      </w:r>
      <w:r>
        <w:br/>
      </w:r>
      <w:r>
        <w:t xml:space="preserve">    (b) from birth</w:t>
      </w:r>
      <w:r>
        <w:br/>
      </w:r>
      <w:r>
        <w:t xml:space="preserve">    (c) perfect or wonderful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trust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implicitly</w:t>
      </w:r>
      <w:r>
        <w:rPr>
          <w:b/>
          <w:bCs/>
        </w:rPr>
        <w:t xml:space="preserve">.</w:t>
      </w:r>
      <w:r>
        <w:br/>
      </w:r>
      <w:r>
        <w:t xml:space="preserve">    (a) guardedly</w:t>
      </w:r>
      <w:r>
        <w:br/>
      </w:r>
      <w:r>
        <w:t xml:space="preserve">    (b) without question</w:t>
      </w:r>
      <w:r>
        <w:br/>
      </w:r>
      <w:r>
        <w:t xml:space="preserve">    (c) with concern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will a court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careless</w:t>
      </w:r>
      <w:r>
        <w:rPr>
          <w:b/>
          <w:bCs/>
        </w:rPr>
        <w:t xml:space="preserve"> </w:t>
      </w:r>
      <w:r>
        <w:rPr>
          <w:b/>
          <w:bCs/>
        </w:rPr>
        <w:t xml:space="preserve">if there is a lawsuit?</w:t>
      </w:r>
      <w:r>
        <w:br/>
      </w:r>
      <w:r>
        <w:t xml:space="preserve">    (a) insist on</w:t>
      </w:r>
      <w:r>
        <w:br/>
      </w:r>
      <w:r>
        <w:t xml:space="preserve">    (b) ignore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interprets</w:t>
      </w:r>
      <w:r>
        <w:rPr>
          <w:b/>
          <w:bCs/>
        </w:rPr>
        <w:t xml:space="preserve"> </w:t>
      </w:r>
      <w:r>
        <w:rPr>
          <w:b/>
          <w:bCs/>
        </w:rPr>
        <w:t xml:space="preserve">others' music in an original way.</w:t>
      </w:r>
      <w:r>
        <w:br/>
      </w:r>
      <w:r>
        <w:t xml:space="preserve">    (a) writes essays about</w:t>
      </w:r>
      <w:r>
        <w:br/>
      </w:r>
      <w:r>
        <w:t xml:space="preserve">    (b) expresses personal artistic ideas while performing someone else's work</w:t>
      </w:r>
      <w:r>
        <w:br/>
      </w:r>
      <w:r>
        <w:t xml:space="preserve">    (c) translates into another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showy</w:t>
      </w:r>
      <w:r>
        <w:br/>
      </w:r>
      <w:r>
        <w:t xml:space="preserve">    (b) expensive</w:t>
      </w:r>
      <w:r>
        <w:br/>
      </w:r>
      <w:r>
        <w:t xml:space="preserve">    (c) long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qualms</w:t>
      </w:r>
      <w:r>
        <w:rPr>
          <w:b/>
          <w:bCs/>
        </w:rPr>
        <w:t xml:space="preserve"> </w:t>
      </w:r>
      <w:r>
        <w:rPr>
          <w:b/>
          <w:bCs/>
        </w:rPr>
        <w:t xml:space="preserve">about discussing her friends, she agreed to cooperate with the investigation.</w:t>
      </w:r>
      <w:r>
        <w:br/>
      </w:r>
      <w:r>
        <w:t xml:space="preserve">    (a) feelings of uneasiness</w:t>
      </w:r>
      <w:r>
        <w:br/>
      </w:r>
      <w:r>
        <w:t xml:space="preserve">    (b) detailed plans</w:t>
      </w:r>
      <w:r>
        <w:br/>
      </w:r>
      <w:r>
        <w:t xml:space="preserve">    (c) a desire for revenge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with love.</w:t>
      </w:r>
      <w:r>
        <w:br/>
      </w:r>
      <w:r>
        <w:t xml:space="preserve">    (a) lost</w:t>
      </w:r>
      <w:r>
        <w:br/>
      </w:r>
      <w:r>
        <w:t xml:space="preserve">    (b) filled</w:t>
      </w:r>
      <w:r>
        <w:br/>
      </w:r>
      <w:r>
        <w:t xml:space="preserve">    (c)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she didn't like the class,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reconciled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to making the best of it so it would not keep her from college.</w:t>
      </w:r>
      <w:r>
        <w:br/>
      </w:r>
      <w:r>
        <w:t xml:space="preserve">    (a) criticized severely</w:t>
      </w:r>
      <w:r>
        <w:br/>
      </w:r>
      <w:r>
        <w:t xml:space="preserve">    (b) came to terms with</w:t>
      </w:r>
      <w:r>
        <w:br/>
      </w:r>
      <w:r>
        <w:t xml:space="preserve">    (c) got by special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need more time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reflection</w:t>
      </w:r>
      <w:r>
        <w:rPr>
          <w:b/>
          <w:bCs/>
        </w:rPr>
        <w:t xml:space="preserve">.</w:t>
      </w:r>
      <w:r>
        <w:br/>
      </w:r>
      <w:r>
        <w:t xml:space="preserve">    (a) rest and relaxation</w:t>
      </w:r>
      <w:r>
        <w:br/>
      </w:r>
      <w:r>
        <w:t xml:space="preserve">    (b) work responsibilities</w:t>
      </w:r>
      <w:r>
        <w:br/>
      </w:r>
      <w:r>
        <w:t xml:space="preserve">    (c) careful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charmed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rustic</w:t>
      </w:r>
      <w:r>
        <w:rPr>
          <w:b/>
          <w:bCs/>
        </w:rPr>
        <w:t xml:space="preserve"> </w:t>
      </w:r>
      <w:r>
        <w:rPr>
          <w:b/>
          <w:bCs/>
        </w:rPr>
        <w:t xml:space="preserve">farmhouse with its weathered shingles and surrounding wildflowers.</w:t>
      </w:r>
      <w:r>
        <w:br/>
      </w:r>
      <w:r>
        <w:t xml:space="preserve">    (a) fancy</w:t>
      </w:r>
      <w:r>
        <w:br/>
      </w:r>
      <w:r>
        <w:t xml:space="preserve">    (b) simple</w:t>
      </w:r>
      <w:r>
        <w:br/>
      </w:r>
      <w:r>
        <w:t xml:space="preserve">    (c) elaborate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unnecessary</w:t>
      </w:r>
      <w:r>
        <w:br/>
      </w:r>
      <w:r>
        <w:t xml:space="preserve">    (b) important</w:t>
      </w:r>
      <w:r>
        <w:br/>
      </w:r>
      <w:r>
        <w:t xml:space="preserve">    (c) appreciated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kind and attractive</w:t>
      </w:r>
      <w:r>
        <w:br/>
      </w:r>
      <w:r>
        <w:t xml:space="preserve">    (b) smart and well-spoken</w:t>
      </w:r>
      <w:r>
        <w:br/>
      </w:r>
      <w:r>
        <w:t xml:space="preserve">    (c) engaging and lively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2026-07-31T15:00:14Z</dcterms:created>
  <dcterms:modified xsi:type="dcterms:W3CDTF">2026-07-31T15:00:14Z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