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02186396300770fe889eec5ccd613724167c45"/>
    <w:p>
      <w:pPr>
        <w:pStyle w:val="Heading1"/>
      </w:pPr>
      <w:r>
        <w:rPr>
          <w:b/>
          <w:bCs/>
        </w:rPr>
        <w:t xml:space="preserve">Anne Of Green Gables</w:t>
      </w:r>
      <w:r>
        <w:br/>
      </w:r>
      <w:r>
        <w:rPr>
          <w:i/>
          <w:iCs/>
        </w:rPr>
        <w:t xml:space="preserve">Lucy Maud Montgomery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"Well, I hope it will turn out all right," said Mrs. Rachel in a tone that plainly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indicated</w:t>
      </w:r>
      <w:r>
        <w:rPr>
          <w:b/>
          <w:bCs/>
        </w:rPr>
        <w:t xml:space="preserve"> </w:t>
      </w:r>
      <w:r>
        <w:rPr>
          <w:b/>
          <w:bCs/>
        </w:rPr>
        <w:t xml:space="preserve">her painful doubts.</w:t>
      </w:r>
      <w:r>
        <w:br/>
      </w:r>
      <w:r>
        <w:t xml:space="preserve">    (a) suggested or demonstrated</w:t>
      </w:r>
      <w:r>
        <w:br/>
      </w:r>
      <w:r>
        <w:t xml:space="preserve">    (b) concealed or hid</w:t>
      </w:r>
      <w:r>
        <w:br/>
      </w:r>
      <w:r>
        <w:t xml:space="preserve">    (c) stated or articulated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a starved, unloved life she had had—a life of drudgery and poverty and neglect; for Marilla was shrewd enough to read between the lines of Anne's history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divine</w:t>
      </w:r>
      <w:r>
        <w:rPr>
          <w:b/>
          <w:bCs/>
        </w:rPr>
        <w:t xml:space="preserve"> </w:t>
      </w:r>
      <w:r>
        <w:rPr>
          <w:b/>
          <w:bCs/>
        </w:rPr>
        <w:t xml:space="preserve">the truth.</w:t>
      </w:r>
      <w:r>
        <w:br/>
      </w:r>
      <w:r>
        <w:t xml:space="preserve">    (a) disguise</w:t>
      </w:r>
      <w:r>
        <w:br/>
      </w:r>
      <w:r>
        <w:t xml:space="preserve">    (b) hide</w:t>
      </w:r>
      <w:r>
        <w:br/>
      </w:r>
      <w:r>
        <w:t xml:space="preserve">    (c) discover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"Oh," she added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reproachfully</w:t>
      </w:r>
      <w:r>
        <w:rPr>
          <w:b/>
          <w:bCs/>
        </w:rPr>
        <w:t xml:space="preserve">, turning to Matthew, "why didn't you tell me at the station that you didn't want me and leave me there?"</w:t>
      </w:r>
      <w:r>
        <w:br/>
      </w:r>
      <w:r>
        <w:t xml:space="preserve">    (a) in a depressed manner</w:t>
      </w:r>
      <w:r>
        <w:br/>
      </w:r>
      <w:r>
        <w:t xml:space="preserve">    (b) in a disapproving manner</w:t>
      </w:r>
      <w:r>
        <w:br/>
      </w:r>
      <w:r>
        <w:t xml:space="preserve">    (c) in an enraged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resigned</w:t>
      </w:r>
      <w:r>
        <w:rPr>
          <w:b/>
          <w:bCs/>
        </w:rPr>
        <w:t xml:space="preserve"> </w:t>
      </w:r>
      <w:r>
        <w:rPr>
          <w:b/>
          <w:bCs/>
        </w:rPr>
        <w:t xml:space="preserve">to my fate now,</w:t>
      </w:r>
      <w:r>
        <w:br/>
      </w:r>
      <w:r>
        <w:t xml:space="preserve">    (a) having accepted something undesired as unavoidable</w:t>
      </w:r>
      <w:r>
        <w:br/>
      </w:r>
      <w:r>
        <w:t xml:space="preserve">    (b) having quit from a job to change everything</w:t>
      </w:r>
      <w:r>
        <w:br/>
      </w:r>
      <w:r>
        <w:t xml:space="preserve">    (c) victorious (in overcoming an obstacle)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First the look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</w:t>
      </w:r>
      <w:r>
        <w:rPr>
          <w:b/>
          <w:bCs/>
        </w:rPr>
        <w:t xml:space="preserve"> </w:t>
      </w:r>
      <w:r>
        <w:rPr>
          <w:b/>
          <w:bCs/>
        </w:rPr>
        <w:t xml:space="preserve">faded out; then came a faint flush of hope; here eyes grew deep and bright as morning stars.</w:t>
      </w:r>
      <w:r>
        <w:br/>
      </w:r>
      <w:r>
        <w:t xml:space="preserve">    (a) confusion</w:t>
      </w:r>
      <w:r>
        <w:br/>
      </w:r>
      <w:r>
        <w:t xml:space="preserve">    (b) anger</w:t>
      </w:r>
      <w:r>
        <w:br/>
      </w:r>
      <w:r>
        <w:t xml:space="preserve">    (c) distress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Anne continued to face Mrs. Rachel undauntedly, head up, eyes blazing, hands clenched, passionate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indignation</w:t>
      </w:r>
      <w:r>
        <w:rPr>
          <w:b/>
          <w:bCs/>
        </w:rPr>
        <w:t xml:space="preserve"> </w:t>
      </w:r>
      <w:r>
        <w:rPr>
          <w:b/>
          <w:bCs/>
        </w:rPr>
        <w:t xml:space="preserve">exhaling from her like an atmosphere.</w:t>
      </w:r>
      <w:r>
        <w:br/>
      </w:r>
      <w:r>
        <w:t xml:space="preserve">    (a) surprise as something unexpected</w:t>
      </w:r>
      <w:r>
        <w:br/>
      </w:r>
      <w:r>
        <w:t xml:space="preserve">    (b) acceptance of something undesired as unavoidable</w:t>
      </w:r>
      <w:r>
        <w:br/>
      </w:r>
      <w:r>
        <w:t xml:space="preserve">    (c) anger at something unjust or wrong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solemnly swear to be faithful to my bosom friend, Diana Barry, as long as the sun and moon shall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endure</w:t>
      </w:r>
      <w:r>
        <w:rPr>
          <w:b/>
          <w:bCs/>
        </w:rPr>
        <w:t xml:space="preserve">.</w:t>
      </w:r>
      <w:r>
        <w:br/>
      </w:r>
      <w:r>
        <w:t xml:space="preserve">    (a) suffer from overwork</w:t>
      </w:r>
      <w:r>
        <w:br/>
      </w:r>
      <w:r>
        <w:t xml:space="preserve">    (b) be honored</w:t>
      </w:r>
      <w:r>
        <w:br/>
      </w:r>
      <w:r>
        <w:t xml:space="preserve">    (c) continued to exist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I've been so used in my early days to having people cross at me that I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endure</w:t>
      </w:r>
      <w:r>
        <w:rPr>
          <w:b/>
          <w:bCs/>
        </w:rPr>
        <w:t xml:space="preserve"> </w:t>
      </w:r>
      <w:r>
        <w:rPr>
          <w:b/>
          <w:bCs/>
        </w:rPr>
        <w:t xml:space="preserve">it much better than Diana can.</w:t>
      </w:r>
      <w:r>
        <w:br/>
      </w:r>
      <w:r>
        <w:t xml:space="preserve">    (a) delight in (enjoy)</w:t>
      </w:r>
      <w:r>
        <w:br/>
      </w:r>
      <w:r>
        <w:t xml:space="preserve">    (b) bear (suffer through)</w:t>
      </w:r>
      <w:r>
        <w:br/>
      </w:r>
      <w:r>
        <w:t xml:space="preserve">    (c) overcome (defeat)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child had taken and lost her treasured amethyst brooch and now sat there calmly reciting the details thereof without the least apparent compunction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repentance</w:t>
      </w:r>
      <w:r>
        <w:rPr>
          <w:b/>
          <w:bCs/>
        </w:rPr>
        <w:t xml:space="preserve">.</w:t>
      </w:r>
      <w:r>
        <w:br/>
      </w:r>
      <w:r>
        <w:t xml:space="preserve">    (a) regret</w:t>
      </w:r>
      <w:r>
        <w:br/>
      </w:r>
      <w:r>
        <w:t xml:space="preserve">    (b) distress</w:t>
      </w:r>
      <w:r>
        <w:br/>
      </w:r>
      <w:r>
        <w:t xml:space="preserve">    (c) difficulty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bad enough to be singled out for punishment from among a dozen equally guilty ones; it was worse still to be sent to sit with a boy, but that that boy should be Gilbert Blythe was heaping insult on injury to a degree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utterly</w:t>
      </w:r>
      <w:r>
        <w:rPr>
          <w:b/>
          <w:bCs/>
        </w:rPr>
        <w:t xml:space="preserve"> </w:t>
      </w:r>
      <w:r>
        <w:rPr>
          <w:b/>
          <w:bCs/>
        </w:rPr>
        <w:t xml:space="preserve">unbearable.</w:t>
      </w:r>
      <w:r>
        <w:br/>
      </w:r>
      <w:r>
        <w:t xml:space="preserve">    (a) beginning to be</w:t>
      </w:r>
      <w:r>
        <w:br/>
      </w:r>
      <w:r>
        <w:t xml:space="preserve">    (b) partially</w:t>
      </w:r>
      <w:r>
        <w:br/>
      </w:r>
      <w:r>
        <w:t xml:space="preserve">    (c) completely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knees trembled, her heart fluttered, a horrible faintness came over her; not a word could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utter</w:t>
      </w:r>
      <w:r>
        <w:rPr>
          <w:b/>
          <w:bCs/>
        </w:rPr>
        <w:t xml:space="preserve">, and the next moment she would have fled from the platform despite the humiliation which, she felt, must ever after be her portion if she did so.</w:t>
      </w:r>
      <w:r>
        <w:br/>
      </w:r>
      <w:r>
        <w:t xml:space="preserve">    (a) spell</w:t>
      </w:r>
      <w:r>
        <w:br/>
      </w:r>
      <w:r>
        <w:t xml:space="preserve">    (b) think of</w:t>
      </w:r>
      <w:r>
        <w:br/>
      </w:r>
      <w:r>
        <w:t xml:space="preserve">    (c) say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Perhaps when she sees me lying cold and dead before her Mrs. Barry may feel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remorse</w:t>
      </w:r>
      <w:r>
        <w:rPr>
          <w:b/>
          <w:bCs/>
        </w:rPr>
        <w:t xml:space="preserve"> </w:t>
      </w:r>
      <w:r>
        <w:rPr>
          <w:b/>
          <w:bCs/>
        </w:rPr>
        <w:t xml:space="preserve">for what she has done and will let Diana come to my funeral.</w:t>
      </w:r>
      <w:r>
        <w:br/>
      </w:r>
      <w:r>
        <w:t xml:space="preserve">    (a) glad</w:t>
      </w:r>
      <w:r>
        <w:br/>
      </w:r>
      <w:r>
        <w:t xml:space="preserve">    (b) proud</w:t>
      </w:r>
      <w:r>
        <w:br/>
      </w:r>
      <w:r>
        <w:t xml:space="preserve">    (c) regret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Kindred</w:t>
      </w:r>
      <w:r>
        <w:rPr>
          <w:b/>
          <w:bCs/>
        </w:rPr>
        <w:t xml:space="preserve"> </w:t>
      </w:r>
      <w:r>
        <w:rPr>
          <w:b/>
          <w:bCs/>
        </w:rPr>
        <w:t xml:space="preserve">spirits are not so scarce as I used to think.</w:t>
      </w:r>
      <w:r>
        <w:br/>
      </w:r>
      <w:r>
        <w:t xml:space="preserve">    (a) similar in character</w:t>
      </w:r>
      <w:r>
        <w:br/>
      </w:r>
      <w:r>
        <w:t xml:space="preserve">    (b) opposite in nature</w:t>
      </w:r>
      <w:r>
        <w:br/>
      </w:r>
      <w:r>
        <w:t xml:space="preserve">    (c) unrelated by blood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she swayed, lost her balance, stumbled, staggered, and fell, sliding down over the sun-baked roof and crashing off it through the tangle of Virginia creeper beneath—all before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dismayed</w:t>
      </w:r>
      <w:r>
        <w:rPr>
          <w:b/>
          <w:bCs/>
        </w:rPr>
        <w:t xml:space="preserve"> </w:t>
      </w:r>
      <w:r>
        <w:rPr>
          <w:b/>
          <w:bCs/>
        </w:rPr>
        <w:t xml:space="preserve">circle below could give a simultaneous, terrified shriek.</w:t>
      </w:r>
      <w:r>
        <w:br/>
      </w:r>
      <w:r>
        <w:t xml:space="preserve">    (a) excited</w:t>
      </w:r>
      <w:r>
        <w:br/>
      </w:r>
      <w:r>
        <w:t xml:space="preserve">    (b) loud</w:t>
      </w:r>
      <w:r>
        <w:br/>
      </w:r>
      <w:r>
        <w:t xml:space="preserve">    (c) worried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don't happen to know what Gilbert Blythe's ambition in life is—if he has any," said Anne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scornfully</w:t>
      </w:r>
      <w:r>
        <w:rPr>
          <w:b/>
          <w:bCs/>
        </w:rPr>
        <w:t xml:space="preserve">.</w:t>
      </w:r>
      <w:r>
        <w:br/>
      </w:r>
      <w:r>
        <w:t xml:space="preserve">    (a) in a sympathetic manner</w:t>
      </w:r>
      <w:r>
        <w:br/>
      </w:r>
      <w:r>
        <w:t xml:space="preserve">    (b) in a rejecting manner</w:t>
      </w:r>
      <w:r>
        <w:br/>
      </w:r>
      <w:r>
        <w:t xml:space="preserve">    (c) in a wishful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"You've done pretty well, I must say, Anne," said Marilla, trying to hide her extreme pride in Anne from Mrs. Rachel's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critical</w:t>
      </w:r>
      <w:r>
        <w:rPr>
          <w:b/>
          <w:bCs/>
        </w:rPr>
        <w:t xml:space="preserve"> </w:t>
      </w:r>
      <w:r>
        <w:rPr>
          <w:b/>
          <w:bCs/>
        </w:rPr>
        <w:t xml:space="preserve">eye.</w:t>
      </w:r>
      <w:r>
        <w:br/>
      </w:r>
      <w:r>
        <w:t xml:space="preserve">    (a) with the aid of glasses</w:t>
      </w:r>
      <w:r>
        <w:br/>
      </w:r>
      <w:r>
        <w:t xml:space="preserve">    (b) with a tendency to find fault</w:t>
      </w:r>
      <w:r>
        <w:br/>
      </w:r>
      <w:r>
        <w:t xml:space="preserve">    (c) with a tendency to compliment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Diana pursed up her lips, put her black head on one side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critically</w:t>
      </w:r>
      <w:r>
        <w:rPr>
          <w:b/>
          <w:bCs/>
        </w:rPr>
        <w:t xml:space="preserve">, and finally pronounced in favor of the beads, which were thereupon tied around Anne's slim milk-white throat.</w:t>
      </w:r>
      <w:r>
        <w:br/>
      </w:r>
      <w:r>
        <w:t xml:space="preserve">    (a) without rushing</w:t>
      </w:r>
      <w:r>
        <w:br/>
      </w:r>
      <w:r>
        <w:t xml:space="preserve">    (b) with thoughtful examination</w:t>
      </w:r>
      <w:r>
        <w:br/>
      </w:r>
      <w:r>
        <w:t xml:space="preserve">    (c) in an exaggerated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Ruby Gillis was the handsomest girl of the year at the Academy; in the Second Year classes Stella Maynard carried off the palm for beauty, with small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critical</w:t>
      </w:r>
      <w:r>
        <w:rPr>
          <w:b/>
          <w:bCs/>
        </w:rPr>
        <w:t xml:space="preserve"> </w:t>
      </w:r>
      <w:r>
        <w:rPr>
          <w:b/>
          <w:bCs/>
        </w:rPr>
        <w:t xml:space="preserve">minority in favor of Anne Shirley.</w:t>
      </w:r>
      <w:r>
        <w:br/>
      </w:r>
      <w:r>
        <w:t xml:space="preserve">    (a) important</w:t>
      </w:r>
      <w:r>
        <w:br/>
      </w:r>
      <w:r>
        <w:t xml:space="preserve">    (b) insulting</w:t>
      </w:r>
      <w:r>
        <w:br/>
      </w:r>
      <w:r>
        <w:t xml:space="preserve">    (c) thoughtless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"Reckon you're glad we kept her, Marilla?" whispered Matthew, speaking for the first time since he had entered the hall, when Anne had finished her essay.</w:t>
      </w:r>
      <w:r>
        <w:br/>
      </w:r>
      <w:r>
        <w:rPr>
          <w:b/>
          <w:bCs/>
        </w:rPr>
        <w:t xml:space="preserve">"It's not the first time I've been glad,"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retorted</w:t>
      </w:r>
      <w:r>
        <w:rPr>
          <w:b/>
          <w:bCs/>
        </w:rPr>
        <w:t xml:space="preserve"> </w:t>
      </w:r>
      <w:r>
        <w:rPr>
          <w:b/>
          <w:bCs/>
        </w:rPr>
        <w:t xml:space="preserve">Marilla. "You do like to rub things in, Matthew Cuthbert."</w:t>
      </w:r>
      <w:r>
        <w:br/>
      </w:r>
      <w:r>
        <w:br/>
      </w:r>
      <w:r>
        <w:t xml:space="preserve">    (a) replied quickly</w:t>
      </w:r>
      <w:r>
        <w:br/>
      </w:r>
      <w:r>
        <w:t xml:space="preserve">    (b) replied with a laugh</w:t>
      </w:r>
      <w:r>
        <w:br/>
      </w:r>
      <w:r>
        <w:t xml:space="preserve">    (c) replied after careful thought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joy of sincere work and worthy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aspiration</w:t>
      </w:r>
      <w:r>
        <w:rPr>
          <w:b/>
          <w:bCs/>
        </w:rPr>
        <w:t xml:space="preserve"> </w:t>
      </w:r>
      <w:r>
        <w:rPr>
          <w:b/>
          <w:bCs/>
        </w:rPr>
        <w:t xml:space="preserve">and congenial friendship were to be hers;</w:t>
      </w:r>
      <w:r>
        <w:br/>
      </w:r>
      <w:r>
        <w:t xml:space="preserve">    (a) respect in the community</w:t>
      </w:r>
      <w:r>
        <w:br/>
      </w:r>
      <w:r>
        <w:t xml:space="preserve">    (b) desire to achieve</w:t>
      </w:r>
      <w:r>
        <w:br/>
      </w:r>
      <w:r>
        <w:t xml:space="preserve">    (c) close loved ones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2026-07-31T15:00:14Z</dcterms:created>
  <dcterms:modified xsi:type="dcterms:W3CDTF">2026-07-31T15:00:14Z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