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e85fd10c1de8ea3b419c44518ed66f6687c699"/>
    <w:p>
      <w:pPr>
        <w:pStyle w:val="Heading1"/>
      </w:pPr>
      <w:r>
        <w:rPr>
          <w:b/>
          <w:bCs/>
        </w:rPr>
        <w:t xml:space="preserve">The Diary of a Young Girl</w:t>
      </w:r>
      <w:r>
        <w:br/>
      </w:r>
      <w:r>
        <w:rPr>
          <w:i/>
          <w:iCs/>
        </w:rPr>
        <w:t xml:space="preserve">Anne Frank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Will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accompany</w:t>
      </w:r>
      <w:r>
        <w:rPr>
          <w:b/>
          <w:bCs/>
        </w:rPr>
        <w:t xml:space="preserve"> </w:t>
      </w:r>
      <w:r>
        <w:rPr>
          <w:b/>
          <w:bCs/>
        </w:rPr>
        <w:t xml:space="preserve">her to the party?</w:t>
      </w:r>
      <w:r>
        <w:br/>
      </w:r>
      <w:r>
        <w:t xml:space="preserve">    (a) follow</w:t>
      </w:r>
      <w:r>
        <w:br/>
      </w:r>
      <w:r>
        <w:t xml:space="preserve">    (b) precede</w:t>
      </w:r>
      <w:r>
        <w:br/>
      </w:r>
      <w:r>
        <w:t xml:space="preserve">    (c) go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exact numbers are shown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accompanying</w:t>
      </w:r>
      <w:r>
        <w:rPr>
          <w:b/>
          <w:bCs/>
        </w:rPr>
        <w:t xml:space="preserve"> </w:t>
      </w:r>
      <w:r>
        <w:rPr>
          <w:b/>
          <w:bCs/>
        </w:rPr>
        <w:t xml:space="preserve">table.</w:t>
      </w:r>
      <w:r>
        <w:br/>
      </w:r>
      <w:r>
        <w:t xml:space="preserve">    (a) informative</w:t>
      </w:r>
      <w:r>
        <w:br/>
      </w:r>
      <w:r>
        <w:t xml:space="preserve">    (b) provided together</w:t>
      </w:r>
      <w:r>
        <w:br/>
      </w:r>
      <w:r>
        <w:t xml:space="preserve">    (c) previously published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movie is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appropriate</w:t>
      </w:r>
      <w:r>
        <w:rPr>
          <w:b/>
          <w:bCs/>
        </w:rPr>
        <w:t xml:space="preserve"> </w:t>
      </w:r>
      <w:r>
        <w:rPr>
          <w:b/>
          <w:bCs/>
        </w:rPr>
        <w:t xml:space="preserve">for young children.</w:t>
      </w:r>
      <w:r>
        <w:br/>
      </w:r>
      <w:r>
        <w:t xml:space="preserve">    (a) funny</w:t>
      </w:r>
      <w:r>
        <w:br/>
      </w:r>
      <w:r>
        <w:t xml:space="preserve">    (b) good</w:t>
      </w:r>
      <w:r>
        <w:br/>
      </w:r>
      <w:r>
        <w:t xml:space="preserve">    (c) bad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illegal to sell elephant ivory, but it is still sold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black market</w:t>
      </w:r>
      <w:r>
        <w:rPr>
          <w:b/>
          <w:bCs/>
        </w:rPr>
        <w:t xml:space="preserve">.</w:t>
      </w:r>
      <w:r>
        <w:br/>
      </w:r>
      <w:r>
        <w:t xml:space="preserve">    (a) discount market</w:t>
      </w:r>
      <w:r>
        <w:br/>
      </w:r>
      <w:r>
        <w:t xml:space="preserve">    (b) late-night market</w:t>
      </w:r>
      <w:r>
        <w:br/>
      </w:r>
      <w:r>
        <w:t xml:space="preserve">    (c) illegal market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use an electronic keyboard to help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compose</w:t>
      </w:r>
      <w:r>
        <w:rPr>
          <w:b/>
          <w:bCs/>
        </w:rPr>
        <w:t xml:space="preserve"> </w:t>
      </w:r>
      <w:r>
        <w:rPr>
          <w:b/>
          <w:bCs/>
        </w:rPr>
        <w:t xml:space="preserve">music.</w:t>
      </w:r>
      <w:r>
        <w:br/>
      </w:r>
      <w:r>
        <w:t xml:space="preserve">    (a) play</w:t>
      </w:r>
      <w:r>
        <w:br/>
      </w:r>
      <w:r>
        <w:t xml:space="preserve">    (b) listen to</w:t>
      </w:r>
      <w:r>
        <w:br/>
      </w:r>
      <w:r>
        <w:t xml:space="preserve">    (c) write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admired for maintaining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composure</w:t>
      </w:r>
      <w:r>
        <w:rPr>
          <w:b/>
          <w:bCs/>
        </w:rPr>
        <w:t xml:space="preserve"> </w:t>
      </w:r>
      <w:r>
        <w:rPr>
          <w:b/>
          <w:bCs/>
        </w:rPr>
        <w:t xml:space="preserve">under even the worse of circumstances.</w:t>
      </w:r>
      <w:r>
        <w:br/>
      </w:r>
      <w:r>
        <w:t xml:space="preserve">    (a) clear thought process</w:t>
      </w:r>
      <w:r>
        <w:br/>
      </w:r>
      <w:r>
        <w:t xml:space="preserve">    (b) calm state of mind</w:t>
      </w:r>
      <w:r>
        <w:br/>
      </w:r>
      <w:r>
        <w:t xml:space="preserve">    (c) strong family ties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confided</w:t>
      </w:r>
      <w:r>
        <w:rPr>
          <w:b/>
          <w:bCs/>
        </w:rPr>
        <w:t xml:space="preserve"> </w:t>
      </w:r>
      <w:r>
        <w:rPr>
          <w:b/>
          <w:bCs/>
        </w:rPr>
        <w:t xml:space="preserve">in her parents.</w:t>
      </w:r>
      <w:r>
        <w:br/>
      </w:r>
      <w:r>
        <w:t xml:space="preserve">    (a) didn't trust</w:t>
      </w:r>
      <w:r>
        <w:br/>
      </w:r>
      <w:r>
        <w:t xml:space="preserve">    (b) was proud</w:t>
      </w:r>
      <w:r>
        <w:br/>
      </w:r>
      <w:r>
        <w:t xml:space="preserve">    (c) trusted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Does the sentence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contradict</w:t>
      </w:r>
      <w:r>
        <w:rPr>
          <w:b/>
          <w:bCs/>
        </w:rPr>
        <w:t xml:space="preserve"> </w:t>
      </w:r>
      <w:r>
        <w:rPr>
          <w:b/>
          <w:bCs/>
        </w:rPr>
        <w:t xml:space="preserve">what is said in the previous paragraph?</w:t>
      </w:r>
      <w:r>
        <w:br/>
      </w:r>
      <w:r>
        <w:t xml:space="preserve">    (a) expand upon</w:t>
      </w:r>
      <w:r>
        <w:br/>
      </w:r>
      <w:r>
        <w:t xml:space="preserve">    (b) disagree with</w:t>
      </w:r>
      <w:r>
        <w:br/>
      </w:r>
      <w:r>
        <w:t xml:space="preserve">    (c) reinforce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bones in a bat's wing exactly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</w:t>
      </w:r>
      <w:r>
        <w:rPr>
          <w:b/>
          <w:bCs/>
        </w:rPr>
        <w:t xml:space="preserve"> </w:t>
      </w:r>
      <w:r>
        <w:rPr>
          <w:b/>
          <w:bCs/>
        </w:rPr>
        <w:t xml:space="preserve">to those in a human forearm.</w:t>
      </w:r>
      <w:r>
        <w:br/>
      </w:r>
      <w:r>
        <w:t xml:space="preserve">    (a) are equivalent</w:t>
      </w:r>
      <w:r>
        <w:br/>
      </w:r>
      <w:r>
        <w:t xml:space="preserve">    (b) are unrelated</w:t>
      </w:r>
      <w:r>
        <w:br/>
      </w:r>
      <w:r>
        <w:t xml:space="preserve">    (c) are opposite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 either of you have copies of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correspondence</w:t>
      </w:r>
      <w:r>
        <w:rPr>
          <w:b/>
          <w:bCs/>
        </w:rPr>
        <w:t xml:space="preserve">?</w:t>
      </w:r>
      <w:r>
        <w:br/>
      </w:r>
      <w:r>
        <w:t xml:space="preserve">    (a) instructions</w:t>
      </w:r>
      <w:r>
        <w:br/>
      </w:r>
      <w:r>
        <w:t xml:space="preserve">    (b) letters or emails</w:t>
      </w:r>
      <w:r>
        <w:br/>
      </w:r>
      <w:r>
        <w:t xml:space="preserve">    (c) pictures or drawings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live in Los Angeles yet, but I joined the organization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corresponding</w:t>
      </w:r>
      <w:r>
        <w:rPr>
          <w:b/>
          <w:bCs/>
        </w:rPr>
        <w:t xml:space="preserve"> </w:t>
      </w:r>
      <w:r>
        <w:rPr>
          <w:b/>
          <w:bCs/>
        </w:rPr>
        <w:t xml:space="preserve">member.</w:t>
      </w:r>
      <w:r>
        <w:br/>
      </w:r>
      <w:r>
        <w:t xml:space="preserve">    (a) founding</w:t>
      </w:r>
      <w:r>
        <w:br/>
      </w:r>
      <w:r>
        <w:t xml:space="preserve">    (b) visiting</w:t>
      </w:r>
      <w:r>
        <w:br/>
      </w:r>
      <w:r>
        <w:t xml:space="preserve">    (c) done from afar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correspondent</w:t>
      </w:r>
      <w:r>
        <w:rPr>
          <w:b/>
          <w:bCs/>
        </w:rPr>
        <w:t xml:space="preserve"> </w:t>
      </w:r>
      <w:r>
        <w:rPr>
          <w:b/>
          <w:bCs/>
        </w:rPr>
        <w:t xml:space="preserve">in Iran was kidnapped.</w:t>
      </w:r>
      <w:r>
        <w:br/>
      </w:r>
      <w:r>
        <w:t xml:space="preserve">    (a) reporter</w:t>
      </w:r>
      <w:r>
        <w:br/>
      </w:r>
      <w:r>
        <w:t xml:space="preserve">    (b) worker</w:t>
      </w:r>
      <w:r>
        <w:br/>
      </w:r>
      <w:r>
        <w:t xml:space="preserve">    (c) witness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judge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directed</w:t>
      </w:r>
      <w:r>
        <w:rPr>
          <w:b/>
          <w:bCs/>
        </w:rPr>
        <w:t xml:space="preserve"> </w:t>
      </w:r>
      <w:r>
        <w:rPr>
          <w:b/>
          <w:bCs/>
        </w:rPr>
        <w:t xml:space="preserve">the jury to ignore the question.</w:t>
      </w:r>
      <w:r>
        <w:br/>
      </w:r>
      <w:r>
        <w:t xml:space="preserve">    (a) asked</w:t>
      </w:r>
      <w:r>
        <w:br/>
      </w:r>
      <w:r>
        <w:t xml:space="preserve">    (b) understood</w:t>
      </w:r>
      <w:r>
        <w:br/>
      </w:r>
      <w:r>
        <w:t xml:space="preserve">    (c) ordered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We'll see if her cheerful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disposition</w:t>
      </w:r>
      <w:r>
        <w:rPr>
          <w:b/>
          <w:bCs/>
        </w:rPr>
        <w:t xml:space="preserve"> </w:t>
      </w:r>
      <w:r>
        <w:rPr>
          <w:b/>
          <w:bCs/>
        </w:rPr>
        <w:t xml:space="preserve">continues when she's tired and under stress.</w:t>
      </w:r>
      <w:r>
        <w:br/>
      </w:r>
      <w:r>
        <w:t xml:space="preserve">    (a) personality</w:t>
      </w:r>
      <w:r>
        <w:br/>
      </w:r>
      <w:r>
        <w:t xml:space="preserve">    (b) generosity</w:t>
      </w:r>
      <w:r>
        <w:br/>
      </w:r>
      <w:r>
        <w:t xml:space="preserve">    (c) team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Rembrandt is my favorite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Dutch</w:t>
      </w:r>
      <w:r>
        <w:rPr>
          <w:b/>
          <w:bCs/>
        </w:rPr>
        <w:t xml:space="preserve"> </w:t>
      </w:r>
      <w:r>
        <w:rPr>
          <w:b/>
          <w:bCs/>
        </w:rPr>
        <w:t xml:space="preserve">painter.</w:t>
      </w:r>
      <w:r>
        <w:br/>
      </w:r>
      <w:r>
        <w:t xml:space="preserve">    (a) of northern Europe</w:t>
      </w:r>
      <w:r>
        <w:br/>
      </w:r>
      <w:r>
        <w:t xml:space="preserve">    (b) of Sweden</w:t>
      </w:r>
      <w:r>
        <w:br/>
      </w:r>
      <w:r>
        <w:t xml:space="preserve">    (c) of The Netherlands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the time, 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engaged</w:t>
      </w:r>
      <w:r>
        <w:rPr>
          <w:b/>
          <w:bCs/>
        </w:rPr>
        <w:t xml:space="preserve"> </w:t>
      </w:r>
      <w:r>
        <w:rPr>
          <w:b/>
          <w:bCs/>
        </w:rPr>
        <w:t xml:space="preserve">in a research project at Stanford.</w:t>
      </w:r>
      <w:r>
        <w:br/>
      </w:r>
      <w:r>
        <w:t xml:space="preserve">    (a) a candidate</w:t>
      </w:r>
      <w:r>
        <w:br/>
      </w:r>
      <w:r>
        <w:t xml:space="preserve">    (b) involved</w:t>
      </w:r>
      <w:r>
        <w:br/>
      </w:r>
      <w:r>
        <w:t xml:space="preserve">    (c) promised to marry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Holland</w:t>
      </w:r>
      <w:r>
        <w:rPr>
          <w:b/>
          <w:bCs/>
        </w:rPr>
        <w:t xml:space="preserve"> </w:t>
      </w:r>
      <w:r>
        <w:rPr>
          <w:b/>
          <w:bCs/>
        </w:rPr>
        <w:t xml:space="preserve">is known for windmills, wooden shoes, tulips, famous artists, and liberal culture.</w:t>
      </w:r>
      <w:r>
        <w:br/>
      </w:r>
      <w:r>
        <w:t xml:space="preserve">    (a) The Netherlands</w:t>
      </w:r>
      <w:r>
        <w:br/>
      </w:r>
      <w:r>
        <w:t xml:space="preserve">    (b) Sweden</w:t>
      </w:r>
      <w:r>
        <w:br/>
      </w:r>
      <w:r>
        <w:t xml:space="preserve">    (c) Scandinavia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example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illustrates</w:t>
      </w:r>
      <w:r>
        <w:rPr>
          <w:b/>
          <w:bCs/>
        </w:rPr>
        <w:t xml:space="preserve"> </w:t>
      </w:r>
      <w:r>
        <w:rPr>
          <w:b/>
          <w:bCs/>
        </w:rPr>
        <w:t xml:space="preserve">the belief.</w:t>
      </w:r>
      <w:r>
        <w:br/>
      </w:r>
      <w:r>
        <w:t xml:space="preserve">    (a) proves</w:t>
      </w:r>
      <w:r>
        <w:br/>
      </w:r>
      <w:r>
        <w:t xml:space="preserve">    (b) disproves</w:t>
      </w:r>
      <w:r>
        <w:br/>
      </w:r>
      <w:r>
        <w:t xml:space="preserve">    (c) makes clear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 will a court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</w:t>
      </w:r>
      <w:r>
        <w:rPr>
          <w:b/>
          <w:bCs/>
        </w:rPr>
        <w:t xml:space="preserve"> </w:t>
      </w:r>
      <w:r>
        <w:rPr>
          <w:b/>
          <w:bCs/>
        </w:rPr>
        <w:t xml:space="preserve">the word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careless</w:t>
      </w:r>
      <w:r>
        <w:rPr>
          <w:b/>
          <w:bCs/>
        </w:rPr>
        <w:t xml:space="preserve"> </w:t>
      </w:r>
      <w:r>
        <w:rPr>
          <w:b/>
          <w:bCs/>
        </w:rPr>
        <w:t xml:space="preserve">if there is a lawsuit?</w:t>
      </w:r>
      <w:r>
        <w:br/>
      </w:r>
      <w:r>
        <w:t xml:space="preserve">    (a) ignore</w:t>
      </w:r>
      <w:r>
        <w:br/>
      </w:r>
      <w:r>
        <w:t xml:space="preserve">    (b) insist on</w:t>
      </w:r>
      <w:r>
        <w:br/>
      </w:r>
      <w:r>
        <w:t xml:space="preserve">    (c)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were lots of rumors, but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objective</w:t>
      </w:r>
      <w:r>
        <w:rPr>
          <w:b/>
          <w:bCs/>
        </w:rPr>
        <w:t xml:space="preserve"> </w:t>
      </w:r>
      <w:r>
        <w:rPr>
          <w:b/>
          <w:bCs/>
        </w:rPr>
        <w:t xml:space="preserve">evidence.</w:t>
      </w:r>
      <w:r>
        <w:br/>
      </w:r>
      <w:r>
        <w:t xml:space="preserve">    (a) done by an expert</w:t>
      </w:r>
      <w:r>
        <w:br/>
      </w:r>
      <w:r>
        <w:t xml:space="preserve">    (b) fact-based</w:t>
      </w:r>
      <w:r>
        <w:br/>
      </w:r>
      <w:r>
        <w:t xml:space="preserve">    (c) important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2026-07-31T15:13:42Z</dcterms:created>
  <dcterms:modified xsi:type="dcterms:W3CDTF">2026-07-31T15:13:42Z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