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3b6fa071a58f0a6d9cab3e2384b6862a1d3d07"/>
    <w:p>
      <w:pPr>
        <w:pStyle w:val="Heading1"/>
      </w:pPr>
      <w:r>
        <w:rPr>
          <w:b/>
          <w:bCs/>
        </w:rPr>
        <w:t xml:space="preserve">The Diary of a Young Girl</w:t>
      </w:r>
      <w:r>
        <w:br/>
      </w:r>
      <w:r>
        <w:rPr>
          <w:i/>
          <w:iCs/>
        </w:rPr>
        <w:t xml:space="preserve">Anne Frank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based on the old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adage</w:t>
      </w:r>
      <w:r>
        <w:rPr>
          <w:b/>
          <w:bCs/>
        </w:rPr>
        <w:t xml:space="preserve">, "Sex sells."</w:t>
      </w:r>
      <w:r>
        <w:br/>
      </w:r>
      <w:r>
        <w:t xml:space="preserve">    (a) saying</w:t>
      </w:r>
      <w:r>
        <w:br/>
      </w:r>
      <w:r>
        <w:t xml:space="preserve">    (b) song</w:t>
      </w:r>
      <w:r>
        <w:br/>
      </w:r>
      <w:r>
        <w:t xml:space="preserve">    (c) warning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ignored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admonition</w:t>
      </w:r>
      <w:r>
        <w:rPr>
          <w:b/>
          <w:bCs/>
        </w:rPr>
        <w:t xml:space="preserve"> </w:t>
      </w:r>
      <w:r>
        <w:rPr>
          <w:b/>
          <w:bCs/>
        </w:rPr>
        <w:t xml:space="preserve">"Don't drink and drive."</w:t>
      </w:r>
      <w:r>
        <w:br/>
      </w:r>
      <w:r>
        <w:t xml:space="preserve">    (a) advertisement</w:t>
      </w:r>
      <w:r>
        <w:br/>
      </w:r>
      <w:r>
        <w:t xml:space="preserve">    (b) advice</w:t>
      </w:r>
      <w:r>
        <w:br/>
      </w:r>
      <w:r>
        <w:t xml:space="preserve">    (c) saying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display is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annex</w:t>
      </w:r>
      <w:r>
        <w:rPr>
          <w:b/>
          <w:bCs/>
        </w:rPr>
        <w:t xml:space="preserve"> </w:t>
      </w:r>
      <w:r>
        <w:rPr>
          <w:b/>
          <w:bCs/>
        </w:rPr>
        <w:t xml:space="preserve">to the main convention hall.</w:t>
      </w:r>
      <w:r>
        <w:br/>
      </w:r>
      <w:r>
        <w:t xml:space="preserve">    (a) center</w:t>
      </w:r>
      <w:r>
        <w:br/>
      </w:r>
      <w:r>
        <w:t xml:space="preserve">    (b) addition</w:t>
      </w:r>
      <w:r>
        <w:br/>
      </w:r>
      <w:r>
        <w:t xml:space="preserve">    (c) largest room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told the police officer that she was trying to awaken the sensibilities of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bourgeois</w:t>
      </w:r>
      <w:r>
        <w:rPr>
          <w:b/>
          <w:bCs/>
        </w:rPr>
        <w:t xml:space="preserve"> </w:t>
      </w:r>
      <w:r>
        <w:rPr>
          <w:b/>
          <w:bCs/>
        </w:rPr>
        <w:t xml:space="preserve">neighbors.</w:t>
      </w:r>
      <w:r>
        <w:br/>
      </w:r>
      <w:r>
        <w:t xml:space="preserve">    (a) irresponsible</w:t>
      </w:r>
      <w:r>
        <w:br/>
      </w:r>
      <w:r>
        <w:t xml:space="preserve">    (b) foolish</w:t>
      </w:r>
      <w:r>
        <w:br/>
      </w:r>
      <w:r>
        <w:t xml:space="preserve">    (c) conventional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compromise that was announced, amounted to complete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capitulation</w:t>
      </w:r>
      <w:r>
        <w:rPr>
          <w:b/>
          <w:bCs/>
        </w:rPr>
        <w:t xml:space="preserve"> </w:t>
      </w:r>
      <w:r>
        <w:rPr>
          <w:b/>
          <w:bCs/>
        </w:rPr>
        <w:t xml:space="preserve">on the part of the company.</w:t>
      </w:r>
      <w:r>
        <w:br/>
      </w:r>
      <w:r>
        <w:t xml:space="preserve">    (a) victory</w:t>
      </w:r>
      <w:r>
        <w:br/>
      </w:r>
      <w:r>
        <w:t xml:space="preserve">    (b) surrender</w:t>
      </w:r>
      <w:r>
        <w:br/>
      </w:r>
      <w:r>
        <w:t xml:space="preserve">    (c) compromise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always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carping</w:t>
      </w:r>
      <w:r>
        <w:rPr>
          <w:b/>
          <w:bCs/>
        </w:rPr>
        <w:t xml:space="preserve"> </w:t>
      </w:r>
      <w:r>
        <w:rPr>
          <w:b/>
          <w:bCs/>
        </w:rPr>
        <w:t xml:space="preserve">about something, and it gets me in a bad mood.</w:t>
      </w:r>
      <w:r>
        <w:br/>
      </w:r>
      <w:r>
        <w:t xml:space="preserve">    (a) instructing</w:t>
      </w:r>
      <w:r>
        <w:br/>
      </w:r>
      <w:r>
        <w:t xml:space="preserve">    (b) complaining</w:t>
      </w:r>
      <w:r>
        <w:br/>
      </w:r>
      <w:r>
        <w:t xml:space="preserve">    (c) reading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publication of the book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coincide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10th anniversary of the event.</w:t>
      </w:r>
      <w:r>
        <w:br/>
      </w:r>
      <w:r>
        <w:t xml:space="preserve">    (a) happen at the same time</w:t>
      </w:r>
      <w:r>
        <w:br/>
      </w:r>
      <w:r>
        <w:t xml:space="preserve">    (b) happen after</w:t>
      </w:r>
      <w:r>
        <w:br/>
      </w:r>
      <w:r>
        <w:t xml:space="preserve">    (c) happen before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peacekeeping force includes a British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contingent</w:t>
      </w:r>
      <w:r>
        <w:rPr>
          <w:b/>
          <w:bCs/>
        </w:rPr>
        <w:t xml:space="preserve">.</w:t>
      </w:r>
      <w:r>
        <w:br/>
      </w:r>
      <w:r>
        <w:t xml:space="preserve">    (a) group</w:t>
      </w:r>
      <w:r>
        <w:br/>
      </w:r>
      <w:r>
        <w:t xml:space="preserve">    (b) translator</w:t>
      </w:r>
      <w:r>
        <w:br/>
      </w:r>
      <w:r>
        <w:t xml:space="preserve">    (c) leader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introduced Bette Midler (pronounced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bet</w:t>
      </w:r>
      <w:r>
        <w:rPr>
          <w:b/>
          <w:bCs/>
        </w:rPr>
        <w:t xml:space="preserve">) by saying,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Bette</w:t>
      </w:r>
      <w:r>
        <w:rPr>
          <w:b/>
          <w:bCs/>
        </w:rPr>
        <w:t xml:space="preserve"> </w:t>
      </w:r>
      <w:r>
        <w:rPr>
          <w:b/>
          <w:bCs/>
        </w:rPr>
        <w:t xml:space="preserve">rhymes with</w:t>
      </w:r>
      <w:r>
        <w:rPr>
          <w:b/>
          <w:bCs/>
        </w:rPr>
        <w:t xml:space="preserve"> </w:t>
      </w:r>
      <w:r>
        <w:rPr>
          <w:b/>
          <w:bCs/>
          <w:i/>
          <w:iCs/>
          <w:u w:val="single"/>
        </w:rPr>
        <w:t xml:space="preserve">coquette</w:t>
      </w:r>
      <w:r>
        <w:rPr>
          <w:b/>
          <w:bCs/>
        </w:rPr>
        <w:t xml:space="preserve">, but never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regret</w:t>
      </w:r>
      <w:r>
        <w:rPr>
          <w:b/>
          <w:bCs/>
        </w:rPr>
        <w:t xml:space="preserve">.</w:t>
      </w:r>
      <w:r>
        <w:br/>
      </w:r>
      <w:r>
        <w:t xml:space="preserve">    (a) a dancer</w:t>
      </w:r>
      <w:r>
        <w:br/>
      </w:r>
      <w:r>
        <w:t xml:space="preserve">    (b) a star</w:t>
      </w:r>
      <w:r>
        <w:br/>
      </w:r>
      <w:r>
        <w:t xml:space="preserve">    (c) a flirt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victors write the history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disparage</w:t>
      </w:r>
      <w:r>
        <w:rPr>
          <w:b/>
          <w:bCs/>
        </w:rPr>
        <w:t xml:space="preserve"> </w:t>
      </w:r>
      <w:r>
        <w:rPr>
          <w:b/>
          <w:bCs/>
        </w:rPr>
        <w:t xml:space="preserve">their enemies.</w:t>
      </w:r>
      <w:r>
        <w:br/>
      </w:r>
      <w:r>
        <w:t xml:space="preserve">    (a) criticize</w:t>
      </w:r>
      <w:r>
        <w:br/>
      </w:r>
      <w:r>
        <w:t xml:space="preserve">    (b) defeat</w:t>
      </w:r>
      <w:r>
        <w:br/>
      </w:r>
      <w:r>
        <w:t xml:space="preserve">    (c) erase from history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Supreme Court was unanimous except for one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dissenting</w:t>
      </w:r>
      <w:r>
        <w:rPr>
          <w:b/>
          <w:bCs/>
        </w:rPr>
        <w:t xml:space="preserve"> </w:t>
      </w:r>
      <w:r>
        <w:rPr>
          <w:b/>
          <w:bCs/>
        </w:rPr>
        <w:t xml:space="preserve">opinion.</w:t>
      </w:r>
      <w:r>
        <w:br/>
      </w:r>
      <w:r>
        <w:t xml:space="preserve">    (a) supporting</w:t>
      </w:r>
      <w:r>
        <w:br/>
      </w:r>
      <w:r>
        <w:t xml:space="preserve">    (b) disagreeing</w:t>
      </w:r>
      <w:r>
        <w:br/>
      </w:r>
      <w:r>
        <w:t xml:space="preserve">    (c) withheld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talent, but she is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egotistical</w:t>
      </w:r>
      <w:r>
        <w:rPr>
          <w:b/>
          <w:bCs/>
        </w:rPr>
        <w:t xml:space="preserve">.</w:t>
      </w:r>
      <w:r>
        <w:br/>
      </w:r>
      <w:r>
        <w:t xml:space="preserve">    (a) inexperienced</w:t>
      </w:r>
      <w:r>
        <w:br/>
      </w:r>
      <w:r>
        <w:t xml:space="preserve">    (b) conceited</w:t>
      </w:r>
      <w:r>
        <w:br/>
      </w:r>
      <w:r>
        <w:t xml:space="preserve">    (c) nervous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 not trusting my life to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frayed</w:t>
      </w:r>
      <w:r>
        <w:rPr>
          <w:b/>
          <w:bCs/>
        </w:rPr>
        <w:t xml:space="preserve"> </w:t>
      </w:r>
      <w:r>
        <w:rPr>
          <w:b/>
          <w:bCs/>
        </w:rPr>
        <w:t xml:space="preserve">rope!</w:t>
      </w:r>
      <w:r>
        <w:br/>
      </w:r>
      <w:r>
        <w:t xml:space="preserve">    (a) hand woven</w:t>
      </w:r>
      <w:r>
        <w:br/>
      </w:r>
      <w:r>
        <w:t xml:space="preserve">    (b) showing wear</w:t>
      </w:r>
      <w:r>
        <w:br/>
      </w:r>
      <w:r>
        <w:t xml:space="preserve">    (c) thin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special forces operation put the US back into the political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fray</w:t>
      </w:r>
      <w:r>
        <w:rPr>
          <w:b/>
          <w:bCs/>
        </w:rPr>
        <w:t xml:space="preserve"> </w:t>
      </w:r>
      <w:r>
        <w:rPr>
          <w:b/>
          <w:bCs/>
        </w:rPr>
        <w:t xml:space="preserve">in the Middle East.</w:t>
      </w:r>
      <w:r>
        <w:br/>
      </w:r>
      <w:r>
        <w:t xml:space="preserve">    (a) gamesmanship</w:t>
      </w:r>
      <w:r>
        <w:br/>
      </w:r>
      <w:r>
        <w:t xml:space="preserve">    (b) fight or struggle</w:t>
      </w:r>
      <w:r>
        <w:br/>
      </w:r>
      <w:r>
        <w:t xml:space="preserve">    (c) rewards or benefits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researcher is utilizing a database that combines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genealogy</w:t>
      </w:r>
      <w:r>
        <w:rPr>
          <w:b/>
          <w:bCs/>
        </w:rPr>
        <w:t xml:space="preserve"> </w:t>
      </w:r>
      <w:r>
        <w:rPr>
          <w:b/>
          <w:bCs/>
        </w:rPr>
        <w:t xml:space="preserve">records with vital statistics including cause-of-death.</w:t>
      </w:r>
      <w:r>
        <w:br/>
      </w:r>
      <w:r>
        <w:t xml:space="preserve">    (a) family history</w:t>
      </w:r>
      <w:r>
        <w:br/>
      </w:r>
      <w:r>
        <w:t xml:space="preserve">    (b) blood test</w:t>
      </w:r>
      <w:r>
        <w:br/>
      </w:r>
      <w:r>
        <w:t xml:space="preserve">    (c) medical information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Internet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hypochondriac</w:t>
      </w:r>
      <w:r>
        <w:rPr>
          <w:b/>
          <w:bCs/>
        </w:rPr>
        <w:t xml:space="preserve">'s best friend.</w:t>
      </w:r>
      <w:r>
        <w:br/>
      </w:r>
      <w:r>
        <w:t xml:space="preserve">    (a) someone who worries excessively about imaginary illnesses</w:t>
      </w:r>
      <w:r>
        <w:br/>
      </w:r>
      <w:r>
        <w:t xml:space="preserve">    (b) someone who likes to hear different opinions</w:t>
      </w:r>
      <w:r>
        <w:br/>
      </w:r>
      <w:r>
        <w:t xml:space="preserve">    (c) someone who is attracted to conspiracy theories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asked the Prime Minister of India to help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mediate</w:t>
      </w:r>
      <w:r>
        <w:rPr>
          <w:b/>
          <w:bCs/>
        </w:rPr>
        <w:t xml:space="preserve"> </w:t>
      </w:r>
      <w:r>
        <w:rPr>
          <w:b/>
          <w:bCs/>
        </w:rPr>
        <w:t xml:space="preserve">an agreement.</w:t>
      </w:r>
      <w:r>
        <w:br/>
      </w:r>
      <w:r>
        <w:t xml:space="preserve">    (a) publicize</w:t>
      </w:r>
      <w:r>
        <w:br/>
      </w:r>
      <w:r>
        <w:t xml:space="preserve">    (b) settle</w:t>
      </w:r>
      <w:r>
        <w:br/>
      </w:r>
      <w:r>
        <w:t xml:space="preserve">    (c) document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Let 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muse</w:t>
      </w:r>
      <w:r>
        <w:rPr>
          <w:b/>
          <w:bCs/>
        </w:rPr>
        <w:t xml:space="preserve"> </w:t>
      </w:r>
      <w:r>
        <w:rPr>
          <w:b/>
          <w:bCs/>
        </w:rPr>
        <w:t xml:space="preserve">on it on a while and I'll get back to you.</w:t>
      </w:r>
      <w:r>
        <w:br/>
      </w:r>
      <w:r>
        <w:t xml:space="preserve">    (a) research</w:t>
      </w:r>
      <w:r>
        <w:br/>
      </w:r>
      <w:r>
        <w:t xml:space="preserve">    (b) think</w:t>
      </w:r>
      <w:r>
        <w:br/>
      </w:r>
      <w:r>
        <w:t xml:space="preserve">    (c) ask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muse</w:t>
      </w:r>
      <w:r>
        <w:rPr>
          <w:b/>
          <w:bCs/>
        </w:rPr>
        <w:t xml:space="preserve">. She inspired all the songs on that album.</w:t>
      </w:r>
      <w:r>
        <w:br/>
      </w:r>
      <w:r>
        <w:t xml:space="preserve">    (a) assistant</w:t>
      </w:r>
      <w:r>
        <w:br/>
      </w:r>
      <w:r>
        <w:t xml:space="preserve">    (b) inspiration</w:t>
      </w:r>
      <w:r>
        <w:br/>
      </w:r>
      <w:r>
        <w:t xml:space="preserve">    (c) musician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back yard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veritable</w:t>
      </w:r>
      <w:r>
        <w:rPr>
          <w:b/>
          <w:bCs/>
        </w:rPr>
        <w:t xml:space="preserve"> </w:t>
      </w:r>
      <w:r>
        <w:rPr>
          <w:b/>
          <w:bCs/>
        </w:rPr>
        <w:t xml:space="preserve">jungle.</w:t>
      </w:r>
      <w:r>
        <w:br/>
      </w:r>
      <w:r>
        <w:t xml:space="preserve">    (a) walled (figuratively)</w:t>
      </w:r>
      <w:r>
        <w:br/>
      </w:r>
      <w:r>
        <w:t xml:space="preserve">    (b) decaying (figuratively)</w:t>
      </w:r>
      <w:r>
        <w:br/>
      </w:r>
      <w:r>
        <w:t xml:space="preserve">    (c) real (figuratively)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2026-07-31T15:13:43Z</dcterms:created>
  <dcterms:modified xsi:type="dcterms:W3CDTF">2026-07-31T15:13:43Z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