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7229e74d11bf0fad00926867b413224888254e2"/>
    <w:p>
      <w:pPr>
        <w:pStyle w:val="Heading1"/>
      </w:pPr>
      <w:r>
        <w:rPr>
          <w:b/>
          <w:bCs/>
        </w:rPr>
        <w:t xml:space="preserve">The Diary of a Young Girl</w:t>
      </w:r>
      <w:r>
        <w:br/>
      </w:r>
      <w:r>
        <w:rPr>
          <w:i/>
          <w:iCs/>
        </w:rPr>
        <w:t xml:space="preserve">Anne Frank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It's not the fault of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Dutch</w:t>
      </w:r>
      <w:r>
        <w:rPr>
          <w:b/>
          <w:bCs/>
        </w:rPr>
        <w:t xml:space="preserve"> </w:t>
      </w:r>
      <w:r>
        <w:rPr>
          <w:b/>
          <w:bCs/>
        </w:rPr>
        <w:t xml:space="preserve">that we Jews are having such a bad time.</w:t>
      </w:r>
      <w:r>
        <w:br/>
      </w:r>
      <w:r>
        <w:t xml:space="preserve">    (a) people of Amsterdam</w:t>
      </w:r>
      <w:r>
        <w:br/>
      </w:r>
      <w:r>
        <w:t xml:space="preserve">    (b) people of northern Europe</w:t>
      </w:r>
      <w:r>
        <w:br/>
      </w:r>
      <w:r>
        <w:t xml:space="preserve">    (c) people of the Netherlands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asked if I would allow him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accompany</w:t>
      </w:r>
      <w:r>
        <w:rPr>
          <w:b/>
          <w:bCs/>
        </w:rPr>
        <w:t xml:space="preserve"> </w:t>
      </w:r>
      <w:r>
        <w:rPr>
          <w:b/>
          <w:bCs/>
        </w:rPr>
        <w:t xml:space="preserve">me to school.</w:t>
      </w:r>
      <w:r>
        <w:br/>
      </w:r>
      <w:r>
        <w:t xml:space="preserve">    (a) perform with</w:t>
      </w:r>
      <w:r>
        <w:br/>
      </w:r>
      <w:r>
        <w:t xml:space="preserve">    (b) give directions to</w:t>
      </w:r>
      <w:r>
        <w:br/>
      </w:r>
      <w:r>
        <w:t xml:space="preserve">    (c) travel with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Incidents like these are always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accompanied</w:t>
      </w:r>
      <w:r>
        <w:rPr>
          <w:b/>
          <w:bCs/>
        </w:rPr>
        <w:t xml:space="preserve"> </w:t>
      </w:r>
      <w:r>
        <w:rPr>
          <w:b/>
          <w:bCs/>
        </w:rPr>
        <w:t xml:space="preserve">by other disasters, and this was no exception.</w:t>
      </w:r>
      <w:r>
        <w:br/>
      </w:r>
      <w:r>
        <w:t xml:space="preserve">    (a) preceded</w:t>
      </w:r>
      <w:r>
        <w:br/>
      </w:r>
      <w:r>
        <w:t xml:space="preserve">    (b) joined at the same time</w:t>
      </w:r>
      <w:r>
        <w:br/>
      </w:r>
      <w:r>
        <w:t xml:space="preserve">    (c) followed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...there's probably not a more comfortable hiding place in all of Amsterdam. No, in all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Holland</w:t>
      </w:r>
      <w:r>
        <w:rPr>
          <w:b/>
          <w:bCs/>
        </w:rPr>
        <w:t xml:space="preserve">.</w:t>
      </w:r>
      <w:r>
        <w:br/>
      </w:r>
      <w:r>
        <w:t xml:space="preserve">    (a) informal reference to northern Europe</w:t>
      </w:r>
      <w:r>
        <w:br/>
      </w:r>
      <w:r>
        <w:t xml:space="preserve">    (b) informal reference to Poland</w:t>
      </w:r>
      <w:r>
        <w:br/>
      </w:r>
      <w:r>
        <w:t xml:space="preserve">    (c) the Netherlands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Without them I wouldn't be able to jump back into the fray with my usual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composure</w:t>
      </w:r>
      <w:r>
        <w:rPr>
          <w:b/>
          <w:bCs/>
        </w:rPr>
        <w:t xml:space="preserve">.</w:t>
      </w:r>
      <w:r>
        <w:br/>
      </w:r>
      <w:r>
        <w:t xml:space="preserve">    (a) good writing</w:t>
      </w:r>
      <w:r>
        <w:br/>
      </w:r>
      <w:r>
        <w:t xml:space="preserve">    (b) calm state of mind</w:t>
      </w:r>
      <w:r>
        <w:br/>
      </w:r>
      <w:r>
        <w:t xml:space="preserve">    (c) quickness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sentence clearly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illustrates</w:t>
      </w:r>
      <w:r>
        <w:rPr>
          <w:b/>
          <w:bCs/>
        </w:rPr>
        <w:t xml:space="preserve"> </w:t>
      </w:r>
      <w:r>
        <w:rPr>
          <w:b/>
          <w:bCs/>
        </w:rPr>
        <w:t xml:space="preserve">that she's not exactly what you'd call modest!</w:t>
      </w:r>
      <w:r>
        <w:br/>
      </w:r>
      <w:r>
        <w:t xml:space="preserve">    (a) drawings</w:t>
      </w:r>
      <w:r>
        <w:br/>
      </w:r>
      <w:r>
        <w:t xml:space="preserve">    (b) creates confusion</w:t>
      </w:r>
      <w:r>
        <w:br/>
      </w:r>
      <w:r>
        <w:t xml:space="preserve">    (c) helps make clear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also purchase ration books on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black market</w:t>
      </w:r>
      <w:r>
        <w:rPr>
          <w:b/>
          <w:bCs/>
        </w:rPr>
        <w:t xml:space="preserve">.</w:t>
      </w:r>
      <w:r>
        <w:br/>
      </w:r>
      <w:r>
        <w:t xml:space="preserve">    (a) where things are sold at discount</w:t>
      </w:r>
      <w:r>
        <w:br/>
      </w:r>
      <w:r>
        <w:t xml:space="preserve">    (b) where things are sold illegally</w:t>
      </w:r>
      <w:r>
        <w:br/>
      </w:r>
      <w:r>
        <w:t xml:space="preserve">    (c) late-night market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Inside was a little gift for everyone, including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appropriate</w:t>
      </w:r>
      <w:r>
        <w:rPr>
          <w:b/>
          <w:bCs/>
        </w:rPr>
        <w:t xml:space="preserve"> </w:t>
      </w:r>
      <w:r>
        <w:rPr>
          <w:b/>
          <w:bCs/>
        </w:rPr>
        <w:t xml:space="preserve">verse.</w:t>
      </w:r>
      <w:r>
        <w:br/>
      </w:r>
      <w:r>
        <w:t xml:space="preserve">    (a) heart-felt</w:t>
      </w:r>
      <w:r>
        <w:br/>
      </w:r>
      <w:r>
        <w:t xml:space="preserve">    (b) fitting</w:t>
      </w:r>
      <w:r>
        <w:br/>
      </w:r>
      <w:r>
        <w:t xml:space="preserve">    (c) humorous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Not only does he write letters to his Charlotte, he's also carrying on a chatty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correspondence</w:t>
      </w:r>
      <w:r>
        <w:rPr>
          <w:b/>
          <w:bCs/>
        </w:rPr>
        <w:t xml:space="preserve"> </w:t>
      </w:r>
      <w:r>
        <w:rPr>
          <w:b/>
          <w:bCs/>
        </w:rPr>
        <w:t xml:space="preserve">with various other people.</w:t>
      </w:r>
      <w:r>
        <w:br/>
      </w:r>
      <w:r>
        <w:t xml:space="preserve">    (a) written communication</w:t>
      </w:r>
      <w:r>
        <w:br/>
      </w:r>
      <w:r>
        <w:t xml:space="preserve">    (b) verbal conversation</w:t>
      </w:r>
      <w:r>
        <w:br/>
      </w:r>
      <w:r>
        <w:t xml:space="preserve">    (c) intense questioning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To take our minds off matters as well as to develop them, Father ordered a catalog from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correspondence</w:t>
      </w:r>
      <w:r>
        <w:rPr>
          <w:b/>
          <w:bCs/>
        </w:rPr>
        <w:t xml:space="preserve"> </w:t>
      </w:r>
      <w:r>
        <w:rPr>
          <w:b/>
          <w:bCs/>
        </w:rPr>
        <w:t xml:space="preserve">school.</w:t>
      </w:r>
      <w:r>
        <w:br/>
      </w:r>
      <w:r>
        <w:t xml:space="preserve">    (a) done from afar</w:t>
      </w:r>
      <w:r>
        <w:br/>
      </w:r>
      <w:r>
        <w:t xml:space="preserve">    (b) known for easy tests</w:t>
      </w:r>
      <w:r>
        <w:br/>
      </w:r>
      <w:r>
        <w:t xml:space="preserve">    (c) literature-based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Every evening the war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correspondents</w:t>
      </w:r>
      <w:r>
        <w:rPr>
          <w:b/>
          <w:bCs/>
        </w:rPr>
        <w:t xml:space="preserve"> </w:t>
      </w:r>
      <w:r>
        <w:rPr>
          <w:b/>
          <w:bCs/>
        </w:rPr>
        <w:t xml:space="preserve">report on the difficulties, the courage and the fighting spirit of the army.</w:t>
      </w:r>
      <w:r>
        <w:br/>
      </w:r>
      <w:r>
        <w:t xml:space="preserve">    (a) politicians</w:t>
      </w:r>
      <w:r>
        <w:br/>
      </w:r>
      <w:r>
        <w:t xml:space="preserve">    (b) reporters</w:t>
      </w:r>
      <w:r>
        <w:br/>
      </w:r>
      <w:r>
        <w:t xml:space="preserve">    (c) soldiers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Nazis paid informants 7.50 guilders (which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corresponds</w:t>
      </w:r>
      <w:r>
        <w:rPr>
          <w:b/>
          <w:bCs/>
        </w:rPr>
        <w:t xml:space="preserve"> </w:t>
      </w:r>
      <w:r>
        <w:rPr>
          <w:b/>
          <w:bCs/>
        </w:rPr>
        <w:t xml:space="preserve">to about $45 today) for every Jew in hiding they were able to track down.</w:t>
      </w:r>
      <w:r>
        <w:br/>
      </w:r>
      <w:r>
        <w:t xml:space="preserve">    (a) is the exchange rate</w:t>
      </w:r>
      <w:r>
        <w:br/>
      </w:r>
      <w:r>
        <w:t xml:space="preserve">    (b) is the currency</w:t>
      </w:r>
      <w:r>
        <w:br/>
      </w:r>
      <w:r>
        <w:t xml:space="preserve">    (c) is the equivalent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poem Father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composed</w:t>
      </w:r>
      <w:r>
        <w:rPr>
          <w:b/>
          <w:bCs/>
        </w:rPr>
        <w:t xml:space="preserve"> </w:t>
      </w:r>
      <w:r>
        <w:rPr>
          <w:b/>
          <w:bCs/>
        </w:rPr>
        <w:t xml:space="preserve">for my birthday is too nice to keep to myself.</w:t>
      </w:r>
      <w:r>
        <w:br/>
      </w:r>
      <w:r>
        <w:t xml:space="preserve">    (a) read</w:t>
      </w:r>
      <w:r>
        <w:br/>
      </w:r>
      <w:r>
        <w:t xml:space="preserve">    (b) shared</w:t>
      </w:r>
      <w:r>
        <w:br/>
      </w:r>
      <w:r>
        <w:t xml:space="preserve">    (c) wrote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Margot is very kind and would like me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confide</w:t>
      </w:r>
      <w:r>
        <w:rPr>
          <w:b/>
          <w:bCs/>
        </w:rPr>
        <w:t xml:space="preserve"> </w:t>
      </w:r>
      <w:r>
        <w:rPr>
          <w:b/>
          <w:bCs/>
        </w:rPr>
        <w:t xml:space="preserve">in her, but I can't tell her everything.</w:t>
      </w:r>
      <w:r>
        <w:br/>
      </w:r>
      <w:r>
        <w:t xml:space="preserve">    (a) place trust</w:t>
      </w:r>
      <w:r>
        <w:br/>
      </w:r>
      <w:r>
        <w:t xml:space="preserve">    (b) see wisdom</w:t>
      </w:r>
      <w:r>
        <w:br/>
      </w:r>
      <w:r>
        <w:t xml:space="preserve">    (c) find help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know I'm better at debating or carrying on a discussion than Mother, I know I'm more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objective</w:t>
      </w:r>
      <w:r>
        <w:rPr>
          <w:b/>
          <w:bCs/>
        </w:rPr>
        <w:t xml:space="preserve">, I don't exaggerate as much, I'm much tidier and better with my hands, and because of that I feel (this may make you laugh) that I'm superior to her in many ways.</w:t>
      </w:r>
      <w:r>
        <w:br/>
      </w:r>
      <w:r>
        <w:t xml:space="preserve">    (a) goal-oriented</w:t>
      </w:r>
      <w:r>
        <w:br/>
      </w:r>
      <w:r>
        <w:t xml:space="preserve">    (b) persuasive</w:t>
      </w:r>
      <w:r>
        <w:br/>
      </w:r>
      <w:r>
        <w:t xml:space="preserve">    (c) unbiased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I'm blessed with many things: happiness, a cheerful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disposition</w:t>
      </w:r>
      <w:r>
        <w:rPr>
          <w:b/>
          <w:bCs/>
        </w:rPr>
        <w:t xml:space="preserve"> </w:t>
      </w:r>
      <w:r>
        <w:rPr>
          <w:b/>
          <w:bCs/>
        </w:rPr>
        <w:t xml:space="preserve">and strength.</w:t>
      </w:r>
      <w:r>
        <w:br/>
      </w:r>
      <w:r>
        <w:t xml:space="preserve">    (a) normal mood</w:t>
      </w:r>
      <w:r>
        <w:br/>
      </w:r>
      <w:r>
        <w:t xml:space="preserve">    (b) work environment</w:t>
      </w:r>
      <w:r>
        <w:br/>
      </w:r>
      <w:r>
        <w:t xml:space="preserve">    (c) family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English and American troops are already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engaged</w:t>
      </w:r>
      <w:r>
        <w:rPr>
          <w:b/>
          <w:bCs/>
        </w:rPr>
        <w:t xml:space="preserve"> </w:t>
      </w:r>
      <w:r>
        <w:rPr>
          <w:b/>
          <w:bCs/>
        </w:rPr>
        <w:t xml:space="preserve">in heavy combat.</w:t>
      </w:r>
      <w:r>
        <w:br/>
      </w:r>
      <w:r>
        <w:t xml:space="preserve">    (a) involved</w:t>
      </w:r>
      <w:r>
        <w:br/>
      </w:r>
      <w:r>
        <w:t xml:space="preserve">    (b) planning</w:t>
      </w:r>
      <w:r>
        <w:br/>
      </w:r>
      <w:r>
        <w:t xml:space="preserve">    (c) weary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some passages I had the strong feeling that the writer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directing</w:t>
      </w:r>
      <w:r>
        <w:rPr>
          <w:b/>
          <w:bCs/>
        </w:rPr>
        <w:t xml:space="preserve"> </w:t>
      </w:r>
      <w:r>
        <w:rPr>
          <w:b/>
          <w:bCs/>
        </w:rPr>
        <w:t xml:space="preserve">her disapproval at me, which is why I finally want to bare my soul to you and defend myself against this attack.</w:t>
      </w:r>
      <w:r>
        <w:br/>
      </w:r>
      <w:r>
        <w:t xml:space="preserve">    (a) aiming</w:t>
      </w:r>
      <w:r>
        <w:br/>
      </w:r>
      <w:r>
        <w:t xml:space="preserve">    (b) supervising</w:t>
      </w:r>
      <w:r>
        <w:br/>
      </w:r>
      <w:r>
        <w:t xml:space="preserve">    (c) commanding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Like so many words, it can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interpreted</w:t>
      </w:r>
      <w:r>
        <w:rPr>
          <w:b/>
          <w:bCs/>
        </w:rPr>
        <w:t xml:space="preserve"> </w:t>
      </w:r>
      <w:r>
        <w:rPr>
          <w:b/>
          <w:bCs/>
        </w:rPr>
        <w:t xml:space="preserve">in two ways:</w:t>
      </w:r>
      <w:r>
        <w:br/>
      </w:r>
      <w:r>
        <w:t xml:space="preserve">    (a) confused</w:t>
      </w:r>
      <w:r>
        <w:br/>
      </w:r>
      <w:r>
        <w:t xml:space="preserve">    (b) counted</w:t>
      </w:r>
      <w:r>
        <w:br/>
      </w:r>
      <w:r>
        <w:t xml:space="preserve">    (c) understood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Like so many words, it can be interpreted in two ways: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contradiction</w:t>
      </w:r>
      <w:r>
        <w:rPr>
          <w:b/>
          <w:bCs/>
        </w:rPr>
        <w:t xml:space="preserve"> </w:t>
      </w:r>
      <w:r>
        <w:rPr>
          <w:b/>
          <w:bCs/>
        </w:rPr>
        <w:t xml:space="preserve">imposed from without and one imposed from within.</w:t>
      </w:r>
      <w:r>
        <w:br/>
      </w:r>
      <w:r>
        <w:t xml:space="preserve">    (a) understanding</w:t>
      </w:r>
      <w:r>
        <w:br/>
      </w:r>
      <w:r>
        <w:t xml:space="preserve">    (b) disagreement</w:t>
      </w:r>
      <w:r>
        <w:br/>
      </w:r>
      <w:r>
        <w:t xml:space="preserve">    (c) rule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2026-07-31T15:13:42Z</dcterms:created>
  <dcterms:modified xsi:type="dcterms:W3CDTF">2026-07-31T15:13:42Z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