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bb85f7afe78142ad11267aa434f568d1ed4496"/>
    <w:p>
      <w:pPr>
        <w:pStyle w:val="Heading1"/>
      </w:pPr>
      <w:r>
        <w:rPr>
          <w:b/>
          <w:bCs/>
        </w:rPr>
        <w:t xml:space="preserve">The Diary of a Young Girl</w:t>
      </w:r>
      <w:r>
        <w:br/>
      </w:r>
      <w:r>
        <w:rPr>
          <w:i/>
          <w:iCs/>
        </w:rPr>
        <w:t xml:space="preserve">Anne Frank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only because I've never written anything before, but also because it seems to me that later on neither I nor anyone else will be interested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musings</w:t>
      </w:r>
      <w:r>
        <w:rPr>
          <w:b/>
          <w:bCs/>
        </w:rPr>
        <w:t xml:space="preserve"> </w:t>
      </w:r>
      <w:r>
        <w:rPr>
          <w:b/>
          <w:bCs/>
        </w:rPr>
        <w:t xml:space="preserve">of a thirteen-year-old schoolgirl.</w:t>
      </w:r>
      <w:r>
        <w:br/>
      </w:r>
      <w:r>
        <w:t xml:space="preserve">    (a) worries</w:t>
      </w:r>
      <w:r>
        <w:br/>
      </w:r>
      <w:r>
        <w:t xml:space="preserve">    (b) thoughts</w:t>
      </w:r>
      <w:r>
        <w:br/>
      </w:r>
      <w:r>
        <w:t xml:space="preserve">    (c) memories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name the nine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Muses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seven loves of Zeus.</w:t>
      </w:r>
      <w:r>
        <w:br/>
      </w:r>
      <w:r>
        <w:t xml:space="preserve">    (a) mythological goddesses thought to inspire love</w:t>
      </w:r>
      <w:r>
        <w:br/>
      </w:r>
      <w:r>
        <w:t xml:space="preserve">    (b) mythological goddesses thought to inspire argument</w:t>
      </w:r>
      <w:r>
        <w:br/>
      </w:r>
      <w:r>
        <w:t xml:space="preserve">    (c) mythological goddesses thought to inspire artists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door to the right of the landing leads to the "Secret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</w:t>
      </w:r>
      <w:r>
        <w:rPr>
          <w:b/>
          <w:bCs/>
        </w:rPr>
        <w:t xml:space="preserve">" at the back of the house.</w:t>
      </w:r>
      <w:r>
        <w:br/>
      </w:r>
      <w:r>
        <w:t xml:space="preserve">    (a) separate building space associated with a main building</w:t>
      </w:r>
      <w:r>
        <w:br/>
      </w:r>
      <w:r>
        <w:t xml:space="preserve">    (b) a smaller room that acts as an entry to a larger room</w:t>
      </w:r>
      <w:r>
        <w:br/>
      </w:r>
      <w:r>
        <w:t xml:space="preserve">    (c) a hidden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an absolute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hypochondriac</w:t>
      </w:r>
      <w:r>
        <w:rPr>
          <w:b/>
          <w:bCs/>
        </w:rPr>
        <w:t xml:space="preserve">!</w:t>
      </w:r>
      <w:r>
        <w:br/>
      </w:r>
      <w:r>
        <w:t xml:space="preserve">    (a) someone who falls into deep sleep when inappropriate</w:t>
      </w:r>
      <w:r>
        <w:br/>
      </w:r>
      <w:r>
        <w:t xml:space="preserve">    (b) someone who worries about imaginary illnesses</w:t>
      </w:r>
      <w:r>
        <w:br/>
      </w:r>
      <w:r>
        <w:t xml:space="preserve">    (c) someone who always steals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them I wouldn't be able to jump back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 fray</w:t>
      </w:r>
      <w:r>
        <w:rPr>
          <w:b/>
          <w:bCs/>
        </w:rPr>
        <w:t xml:space="preserve"> </w:t>
      </w:r>
      <w:r>
        <w:rPr>
          <w:b/>
          <w:bCs/>
        </w:rPr>
        <w:t xml:space="preserve">with my usual composure.</w:t>
      </w:r>
      <w:r>
        <w:br/>
      </w:r>
      <w:r>
        <w:t xml:space="preserve">    (a) room or house</w:t>
      </w:r>
      <w:r>
        <w:br/>
      </w:r>
      <w:r>
        <w:t xml:space="preserve">    (b) fight or struggle</w:t>
      </w:r>
      <w:r>
        <w:br/>
      </w:r>
      <w:r>
        <w:t xml:space="preserve">    (c) tub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Father is walking around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frayed</w:t>
      </w:r>
      <w:r>
        <w:rPr>
          <w:b/>
          <w:bCs/>
        </w:rPr>
        <w:t xml:space="preserve"> </w:t>
      </w:r>
      <w:r>
        <w:rPr>
          <w:b/>
          <w:bCs/>
        </w:rPr>
        <w:t xml:space="preserve">trousers, and his tie is also showing signs of wear and tear.</w:t>
      </w:r>
      <w:r>
        <w:br/>
      </w:r>
      <w:r>
        <w:t xml:space="preserve">    (a) wrinkled</w:t>
      </w:r>
      <w:r>
        <w:br/>
      </w:r>
      <w:r>
        <w:t xml:space="preserve">    (b) too large</w:t>
      </w:r>
      <w:r>
        <w:br/>
      </w:r>
      <w:r>
        <w:t xml:space="preserve">    (c) worn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Another reason I welcome the change is that Mama's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carping</w:t>
      </w:r>
      <w:r>
        <w:rPr>
          <w:b/>
          <w:bCs/>
        </w:rPr>
        <w:t xml:space="preserve"> </w:t>
      </w:r>
      <w:r>
        <w:rPr>
          <w:b/>
          <w:bCs/>
        </w:rPr>
        <w:t xml:space="preserve">at me, especially at the table.</w:t>
      </w:r>
      <w:r>
        <w:br/>
      </w:r>
      <w:r>
        <w:t xml:space="preserve">    (a) complaining</w:t>
      </w:r>
      <w:r>
        <w:br/>
      </w:r>
      <w:r>
        <w:t xml:space="preserve">    (b) throwing work</w:t>
      </w:r>
      <w:r>
        <w:br/>
      </w:r>
      <w:r>
        <w:t xml:space="preserve">    (c) staring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Hanukkah and St. Nicholas Day nearly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coincided</w:t>
      </w:r>
      <w:r>
        <w:rPr>
          <w:b/>
          <w:bCs/>
        </w:rPr>
        <w:t xml:space="preserve"> </w:t>
      </w:r>
      <w:r>
        <w:rPr>
          <w:b/>
          <w:bCs/>
        </w:rPr>
        <w:t xml:space="preserve">this year; they were only one day apart.</w:t>
      </w:r>
      <w:r>
        <w:br/>
      </w:r>
      <w:r>
        <w:t xml:space="preserve">    (a) happened on the same day</w:t>
      </w:r>
      <w:r>
        <w:br/>
      </w:r>
      <w:r>
        <w:t xml:space="preserve">    (b) already passed</w:t>
      </w:r>
      <w:r>
        <w:br/>
      </w:r>
      <w:r>
        <w:t xml:space="preserve">    (c) passed unnoticed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gets more exasperating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egotistical</w:t>
      </w:r>
      <w:r>
        <w:rPr>
          <w:b/>
          <w:bCs/>
        </w:rPr>
        <w:t xml:space="preserve"> </w:t>
      </w:r>
      <w:r>
        <w:rPr>
          <w:b/>
          <w:bCs/>
        </w:rPr>
        <w:t xml:space="preserve">as the days go by.</w:t>
      </w:r>
      <w:r>
        <w:br/>
      </w:r>
      <w:r>
        <w:t xml:space="preserve">    (a) self-centered</w:t>
      </w:r>
      <w:r>
        <w:br/>
      </w:r>
      <w:r>
        <w:t xml:space="preserve">    (b) annoying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beginning Mr. Dussel took our soon-forgotten clashes very seriously, but now he's grown used to them and no longer tries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mediate</w:t>
      </w:r>
      <w:r>
        <w:rPr>
          <w:b/>
          <w:bCs/>
        </w:rPr>
        <w:t xml:space="preserve">.</w:t>
      </w:r>
      <w:r>
        <w:br/>
      </w:r>
      <w:r>
        <w:t xml:space="preserve">    (a) leave the room</w:t>
      </w:r>
      <w:r>
        <w:br/>
      </w:r>
      <w:r>
        <w:t xml:space="preserve">    (b) help settle disagreements</w:t>
      </w:r>
      <w:r>
        <w:br/>
      </w:r>
      <w:r>
        <w:t xml:space="preserve">    (c) understand the arguments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veritable</w:t>
      </w:r>
      <w:r>
        <w:rPr>
          <w:b/>
          <w:bCs/>
        </w:rPr>
        <w:t xml:space="preserve"> </w:t>
      </w:r>
      <w:r>
        <w:rPr>
          <w:b/>
          <w:bCs/>
        </w:rPr>
        <w:t xml:space="preserve">thunderstorm of words came crashing down on me again this morning.</w:t>
      </w:r>
      <w:r>
        <w:br/>
      </w:r>
      <w:r>
        <w:t xml:space="preserve">    (a) weak (figuratively)</w:t>
      </w:r>
      <w:r>
        <w:br/>
      </w:r>
      <w:r>
        <w:t xml:space="preserve">    (b) late (figuratively)</w:t>
      </w:r>
      <w:r>
        <w:br/>
      </w:r>
      <w:r>
        <w:t xml:space="preserve">    (c) real (figuratively)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Italy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capitulated</w:t>
      </w:r>
      <w:r>
        <w:rPr>
          <w:b/>
          <w:bCs/>
        </w:rPr>
        <w:t xml:space="preserve">.</w:t>
      </w:r>
      <w:r>
        <w:br/>
      </w:r>
      <w:r>
        <w:t xml:space="preserve">    (a) been victorious</w:t>
      </w:r>
      <w:r>
        <w:br/>
      </w:r>
      <w:r>
        <w:t xml:space="preserve">    (b) surrendered</w:t>
      </w:r>
      <w:r>
        <w:br/>
      </w:r>
      <w:r>
        <w:t xml:space="preserve">    (c) moved its capital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recent weeks I've developed a great liking for family trees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genealogical</w:t>
      </w:r>
      <w:r>
        <w:rPr>
          <w:b/>
          <w:bCs/>
        </w:rPr>
        <w:t xml:space="preserve"> </w:t>
      </w:r>
      <w:r>
        <w:rPr>
          <w:b/>
          <w:bCs/>
        </w:rPr>
        <w:t xml:space="preserve">tables of royal families.</w:t>
      </w:r>
      <w:r>
        <w:br/>
      </w:r>
      <w:r>
        <w:t xml:space="preserve">    (a) family ancestry</w:t>
      </w:r>
      <w:r>
        <w:br/>
      </w:r>
      <w:r>
        <w:t xml:space="preserve">    (b) achievement highlight</w:t>
      </w:r>
      <w:r>
        <w:br/>
      </w:r>
      <w:r>
        <w:t xml:space="preserve">    (c) health records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all I was: a terrible flirt,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coquettish</w:t>
      </w:r>
      <w:r>
        <w:rPr>
          <w:b/>
          <w:bCs/>
        </w:rPr>
        <w:t xml:space="preserve"> </w:t>
      </w:r>
      <w:r>
        <w:rPr>
          <w:b/>
          <w:bCs/>
        </w:rPr>
        <w:t xml:space="preserve">and amusing.</w:t>
      </w:r>
      <w:r>
        <w:br/>
      </w:r>
      <w:r>
        <w:t xml:space="preserve">    (a) playfully flirtatious</w:t>
      </w:r>
      <w:r>
        <w:br/>
      </w:r>
      <w:r>
        <w:t xml:space="preserve">    (b) playfully insulting</w:t>
      </w:r>
      <w:r>
        <w:br/>
      </w:r>
      <w:r>
        <w:t xml:space="preserve">    (c) playfully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...her teasing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disparaging</w:t>
      </w:r>
      <w:r>
        <w:rPr>
          <w:b/>
          <w:bCs/>
        </w:rPr>
        <w:t xml:space="preserve"> </w:t>
      </w:r>
      <w:r>
        <w:rPr>
          <w:b/>
          <w:bCs/>
        </w:rPr>
        <w:t xml:space="preserve">remarks about his beloved nation!</w:t>
      </w:r>
      <w:r>
        <w:br/>
      </w:r>
      <w:r>
        <w:t xml:space="preserve">    (a) critical</w:t>
      </w:r>
      <w:r>
        <w:br/>
      </w:r>
      <w:r>
        <w:t xml:space="preserve">    (b) funny or humorous</w:t>
      </w:r>
      <w:r>
        <w:br/>
      </w:r>
      <w:r>
        <w:t xml:space="preserve">    (c) loving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Pst, pst, like a cat luring a mouse from its hole, they goad each other into quarrels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</w:t>
      </w:r>
      <w:r>
        <w:rPr>
          <w:b/>
          <w:bCs/>
        </w:rPr>
        <w:t xml:space="preserve">.</w:t>
      </w:r>
      <w:r>
        <w:br/>
      </w:r>
      <w:r>
        <w:t xml:space="preserve">    (a) going down hill</w:t>
      </w:r>
      <w:r>
        <w:br/>
      </w:r>
      <w:r>
        <w:t xml:space="preserve">    (b) anger</w:t>
      </w:r>
      <w:r>
        <w:br/>
      </w:r>
      <w:r>
        <w:t xml:space="preserve">    (c)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contrary, all I ever got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admonitions</w:t>
      </w:r>
      <w:r>
        <w:rPr>
          <w:b/>
          <w:bCs/>
        </w:rPr>
        <w:t xml:space="preserve"> </w:t>
      </w:r>
      <w:r>
        <w:rPr>
          <w:b/>
          <w:bCs/>
        </w:rPr>
        <w:t xml:space="preserve">not to be so noisy.</w:t>
      </w:r>
      <w:r>
        <w:br/>
      </w:r>
      <w:r>
        <w:t xml:space="preserve">    (a) warnings or advice</w:t>
      </w:r>
      <w:r>
        <w:br/>
      </w:r>
      <w:r>
        <w:t xml:space="preserve">    (b) written notes</w:t>
      </w:r>
      <w:r>
        <w:br/>
      </w:r>
      <w:r>
        <w:t xml:space="preserve">    (c) whispers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assure you, I'm not so set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rPr>
          <w:b/>
          <w:bCs/>
        </w:rPr>
        <w:t xml:space="preserve"> </w:t>
      </w:r>
      <w:r>
        <w:rPr>
          <w:b/>
          <w:bCs/>
        </w:rPr>
        <w:t xml:space="preserve">life as Mother and Margot.</w:t>
      </w:r>
      <w:r>
        <w:br/>
      </w:r>
      <w:r>
        <w:t xml:space="preserve">    (a) easy</w:t>
      </w:r>
      <w:r>
        <w:br/>
      </w:r>
      <w:r>
        <w:t xml:space="preserve">    (b) completely planned</w:t>
      </w:r>
      <w:r>
        <w:br/>
      </w:r>
      <w:r>
        <w:t xml:space="preserve">    (c) typical middle class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Annex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contingent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Supply Corps all mixed up together, and that in the middle of the day!</w:t>
      </w:r>
      <w:r>
        <w:br/>
      </w:r>
      <w:r>
        <w:t xml:space="preserve">    (a) concerns</w:t>
      </w:r>
      <w:r>
        <w:br/>
      </w:r>
      <w:r>
        <w:t xml:space="preserve">    (b) uncertainty</w:t>
      </w:r>
      <w:r>
        <w:br/>
      </w:r>
      <w:r>
        <w:t xml:space="preserve">    (c)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condemn myself in so many ways that I'm beginning to realize the truth of Father's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adage</w:t>
      </w:r>
      <w:r>
        <w:rPr>
          <w:b/>
          <w:bCs/>
        </w:rPr>
        <w:t xml:space="preserve">: "Every child has to raise itself."</w:t>
      </w:r>
      <w:r>
        <w:br/>
      </w:r>
      <w:r>
        <w:t xml:space="preserve">    (a) saying</w:t>
      </w:r>
      <w:r>
        <w:br/>
      </w:r>
      <w:r>
        <w:t xml:space="preserve">    (b) regret</w:t>
      </w:r>
      <w:r>
        <w:br/>
      </w:r>
      <w:r>
        <w:t xml:space="preserve">    (c) complaint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2026-07-31T15:13:43Z</dcterms:created>
  <dcterms:modified xsi:type="dcterms:W3CDTF">2026-07-31T15:13:43Z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