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7e3aebadd7370d2933fdb5bbdee70d55c93319"/>
    <w:p>
      <w:pPr>
        <w:pStyle w:val="Heading1"/>
      </w:pPr>
      <w:r>
        <w:rPr>
          <w:b/>
          <w:bCs/>
        </w:rPr>
        <w:t xml:space="preserve">Anna Karenina</w:t>
      </w:r>
      <w:r>
        <w:br/>
      </w:r>
      <w:r>
        <w:rPr>
          <w:i/>
          <w:iCs/>
        </w:rPr>
        <w:t xml:space="preserve">Leo Tolstoy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continues</w:t>
      </w:r>
      <w:r>
        <w:br/>
      </w:r>
      <w:r>
        <w:t xml:space="preserve">    (b) gets nearer</w:t>
      </w:r>
      <w:r>
        <w:br/>
      </w:r>
      <w:r>
        <w:t xml:space="preserve">    (c) is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avoided</w:t>
      </w:r>
      <w:r>
        <w:br/>
      </w:r>
      <w:r>
        <w:t xml:space="preserve">    (c) complained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, proving the medicine was effective.</w:t>
      </w:r>
      <w:r>
        <w:br/>
      </w:r>
      <w:r>
        <w:t xml:space="preserve">    (a) possible (but unproven)</w:t>
      </w:r>
      <w:r>
        <w:br/>
      </w:r>
      <w:r>
        <w:t xml:space="preserve">    (b) definite (leaving no doubt)</w:t>
      </w:r>
      <w:r>
        <w:br/>
      </w:r>
      <w:r>
        <w:t xml:space="preserve">    (c) early (and uncertain)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translate</w:t>
      </w:r>
      <w:r>
        <w:br/>
      </w:r>
      <w:r>
        <w:t xml:space="preserve">    (c) refute (prove false)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ignore</w:t>
      </w:r>
      <w:r>
        <w:br/>
      </w:r>
      <w:r>
        <w:t xml:space="preserve">    (b) understand</w:t>
      </w:r>
      <w:r>
        <w:br/>
      </w:r>
      <w:r>
        <w:t xml:space="preserve">    (c) insist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very different than what might be expected</w:t>
      </w:r>
      <w:r>
        <w:br/>
      </w:r>
      <w:r>
        <w:t xml:space="preserve">    (b) when what happens is very fitting for the situation</w:t>
      </w:r>
      <w:r>
        <w:br/>
      </w:r>
      <w:r>
        <w:t xml:space="preserve">    (c) when what happens is exactly what usually happens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dripping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as she said, "You look beautiful."</w:t>
      </w:r>
      <w:r>
        <w:br/>
      </w:r>
      <w:r>
        <w:t xml:space="preserve">    (a) kindness</w:t>
      </w:r>
      <w:r>
        <w:br/>
      </w:r>
      <w:r>
        <w:t xml:space="preserve">    (b) sarcasm</w:t>
      </w:r>
      <w:r>
        <w:br/>
      </w:r>
      <w:r>
        <w:t xml:space="preserve">    (c) sincerity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unwilling to spend any money</w:t>
      </w:r>
      <w:r>
        <w:br/>
      </w:r>
      <w:r>
        <w:t xml:space="preserve">    (b) too concerned with wealth and possessions</w:t>
      </w:r>
      <w:r>
        <w:br/>
      </w:r>
      <w:r>
        <w:t xml:space="preserve">    (c) too afraid of risk and uncertainty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as a result of that</w:t>
      </w:r>
      <w:r>
        <w:br/>
      </w:r>
      <w:r>
        <w:t xml:space="preserve">    (c) in contrast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young person</w:t>
      </w:r>
      <w:r>
        <w:br/>
      </w:r>
      <w:r>
        <w:t xml:space="preserve">    (b) city dweller</w:t>
      </w:r>
      <w:r>
        <w:br/>
      </w:r>
      <w:r>
        <w:t xml:space="preserve">    (c) poor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proud of one's actions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remember</w:t>
      </w:r>
      <w:r>
        <w:br/>
      </w:r>
      <w:r>
        <w:t xml:space="preserve">    (b) spell properly</w:t>
      </w:r>
      <w:r>
        <w:br/>
      </w:r>
      <w:r>
        <w:t xml:space="preserve">    (c) pronounce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criticism, 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resolute</w:t>
      </w:r>
      <w:r>
        <w:rPr>
          <w:b/>
          <w:bCs/>
        </w:rPr>
        <w:t xml:space="preserve"> </w:t>
      </w:r>
      <w:r>
        <w:rPr>
          <w:b/>
          <w:bCs/>
        </w:rPr>
        <w:t xml:space="preserve">in her decision to speak out.</w:t>
      </w:r>
      <w:r>
        <w:br/>
      </w:r>
      <w:r>
        <w:t xml:space="preserve">    (a) hopeful</w:t>
      </w:r>
      <w:r>
        <w:br/>
      </w:r>
      <w:r>
        <w:t xml:space="preserve">    (b) out of touch with reality</w:t>
      </w:r>
      <w:r>
        <w:br/>
      </w:r>
      <w:r>
        <w:t xml:space="preserve">    (c) determined and unwavering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unnecessary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belief</w:t>
      </w:r>
      <w:r>
        <w:br/>
      </w:r>
      <w:r>
        <w:t xml:space="preserve">    (b) computer program</w:t>
      </w:r>
      <w:r>
        <w:br/>
      </w:r>
      <w:r>
        <w:t xml:space="preserve">    (c) expense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future</w:t>
      </w:r>
      <w:r>
        <w:br/>
      </w:r>
      <w:r>
        <w:t xml:space="preserve">    (b) unimportant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argued with</w:t>
      </w:r>
      <w:r>
        <w:br/>
      </w:r>
      <w:r>
        <w:t xml:space="preserve">    (b) negotiated with</w:t>
      </w:r>
      <w:r>
        <w:br/>
      </w:r>
      <w:r>
        <w:t xml:space="preserve">    (c) treated without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slowed down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added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2026-07-31T14:39:08Z</dcterms:created>
  <dcterms:modified xsi:type="dcterms:W3CDTF">2026-07-31T14:39:08Z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