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777297f0700cc61b28de8f1ece03c31265d3bb"/>
    <w:p>
      <w:pPr>
        <w:pStyle w:val="Heading1"/>
      </w:pPr>
      <w:r>
        <w:rPr>
          <w:b/>
          <w:bCs/>
        </w:rPr>
        <w:t xml:space="preserve">Anna Karenina</w:t>
      </w:r>
      <w:r>
        <w:br/>
      </w:r>
      <w:r>
        <w:rPr>
          <w:i/>
          <w:iCs/>
        </w:rPr>
        <w:t xml:space="preserve">Leo Tolstoy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British accent turned out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</w:t>
      </w:r>
      <w:r>
        <w:rPr>
          <w:b/>
          <w:bCs/>
        </w:rPr>
        <w:t xml:space="preserve"> </w:t>
      </w:r>
      <w:r>
        <w:rPr>
          <w:b/>
          <w:bCs/>
        </w:rPr>
        <w:t xml:space="preserve">he picked up in college.</w:t>
      </w:r>
      <w:r>
        <w:br/>
      </w:r>
      <w:r>
        <w:t xml:space="preserve">    (a) fake mannerism</w:t>
      </w:r>
      <w:r>
        <w:br/>
      </w:r>
      <w:r>
        <w:t xml:space="preserve">    (b) old hobby</w:t>
      </w:r>
      <w:r>
        <w:br/>
      </w:r>
      <w:r>
        <w:t xml:space="preserve">    (c) honest trait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understand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antagonism</w:t>
      </w:r>
      <w:r>
        <w:rPr>
          <w:b/>
          <w:bCs/>
        </w:rPr>
        <w:t xml:space="preserve"> </w:t>
      </w:r>
      <w:r>
        <w:rPr>
          <w:b/>
          <w:bCs/>
        </w:rPr>
        <w:t xml:space="preserve">toward me.</w:t>
      </w:r>
      <w:r>
        <w:br/>
      </w:r>
      <w:r>
        <w:t xml:space="preserve">    (a) positive attitude</w:t>
      </w:r>
      <w:r>
        <w:br/>
      </w:r>
      <w:r>
        <w:t xml:space="preserve">    (b) hostility</w:t>
      </w:r>
      <w:r>
        <w:br/>
      </w:r>
      <w:r>
        <w:t xml:space="preserve">    (c) kindness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book,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Harry Potter</w:t>
      </w:r>
      <w:r>
        <w:rPr>
          <w:b/>
          <w:bCs/>
        </w:rPr>
        <w:t xml:space="preserve">, Voldemort is Harry's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partner</w:t>
      </w:r>
      <w:r>
        <w:br/>
      </w:r>
      <w:r>
        <w:t xml:space="preserve">    (b) friend</w:t>
      </w:r>
      <w:r>
        <w:br/>
      </w:r>
      <w:r>
        <w:t xml:space="preserve">    (c) enemy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disinterest</w:t>
      </w:r>
      <w:r>
        <w:br/>
      </w:r>
      <w:r>
        <w:t xml:space="preserve">    (b) anger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unfamiliar</w:t>
      </w:r>
      <w:r>
        <w:br/>
      </w:r>
      <w:r>
        <w:t xml:space="preserve">    (b) challenging</w:t>
      </w:r>
      <w:r>
        <w:br/>
      </w:r>
      <w:r>
        <w:t xml:space="preserve">    (c)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flexibility</w:t>
      </w:r>
      <w:r>
        <w:br/>
      </w:r>
      <w:r>
        <w:t xml:space="preserve">    (b) increases</w:t>
      </w:r>
      <w:r>
        <w:br/>
      </w:r>
      <w:r>
        <w:t xml:space="preserve">    (c) limitations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believe him.</w:t>
      </w:r>
      <w:r>
        <w:br/>
      </w:r>
      <w:r>
        <w:t xml:space="preserve">    (a) related to belief in a single God</w:t>
      </w:r>
      <w:r>
        <w:br/>
      </w:r>
      <w:r>
        <w:t xml:space="preserve">    (b) able to be stopped from happening</w:t>
      </w:r>
      <w:r>
        <w:br/>
      </w:r>
      <w:r>
        <w:t xml:space="preserve">    (c) reluctant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Ecclesiastical</w:t>
      </w:r>
      <w:r>
        <w:rPr>
          <w:b/>
          <w:bCs/>
        </w:rPr>
        <w:t xml:space="preserve"> </w:t>
      </w:r>
      <w:r>
        <w:rPr>
          <w:b/>
          <w:bCs/>
        </w:rPr>
        <w:t xml:space="preserve">law governs many church traditions.</w:t>
      </w:r>
      <w:r>
        <w:br/>
      </w:r>
      <w:r>
        <w:t xml:space="preserve">    (a) sports-related</w:t>
      </w:r>
      <w:r>
        <w:br/>
      </w:r>
      <w:r>
        <w:t xml:space="preserve">    (b) kitchen-related</w:t>
      </w:r>
      <w:r>
        <w:br/>
      </w:r>
      <w:r>
        <w:t xml:space="preserve">    (c) church-related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Federal Reserve Chairman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expound</w:t>
      </w:r>
      <w:r>
        <w:rPr>
          <w:b/>
          <w:bCs/>
        </w:rPr>
        <w:t xml:space="preserve"> </w:t>
      </w:r>
      <w:r>
        <w:rPr>
          <w:b/>
          <w:bCs/>
        </w:rPr>
        <w:t xml:space="preserve">on the inflation outlook.</w:t>
      </w:r>
      <w:r>
        <w:br/>
      </w:r>
      <w:r>
        <w:t xml:space="preserve">    (a) ask questions</w:t>
      </w:r>
      <w:r>
        <w:br/>
      </w:r>
      <w:r>
        <w:t xml:space="preserve">    (b) discuss in detail</w:t>
      </w:r>
      <w:r>
        <w:br/>
      </w:r>
      <w:r>
        <w:t xml:space="preserve">    (c) make more excuses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 objected to the prosecutor's introduction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extraneous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irrelevant</w:t>
      </w:r>
      <w:r>
        <w:br/>
      </w:r>
      <w:r>
        <w:t xml:space="preserve">    (b) inflammatory</w:t>
      </w:r>
      <w:r>
        <w:br/>
      </w:r>
      <w:r>
        <w:t xml:space="preserve">    (c) faulty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usual mood is one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irascible</w:t>
      </w:r>
      <w:r>
        <w:rPr>
          <w:b/>
          <w:bCs/>
        </w:rPr>
        <w:t xml:space="preserve"> </w:t>
      </w:r>
      <w:r>
        <w:rPr>
          <w:b/>
          <w:bCs/>
        </w:rPr>
        <w:t xml:space="preserve">impatience.</w:t>
      </w:r>
      <w:r>
        <w:br/>
      </w:r>
      <w:r>
        <w:t xml:space="preserve">    (a) easily angered</w:t>
      </w:r>
      <w:r>
        <w:br/>
      </w:r>
      <w:r>
        <w:t xml:space="preserve">    (b) unable to find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divorce</w:t>
      </w:r>
      <w:r>
        <w:br/>
      </w:r>
      <w:r>
        <w:t xml:space="preserve">    (b) marriage</w:t>
      </w:r>
      <w:r>
        <w:br/>
      </w:r>
      <w:r>
        <w:t xml:space="preserve">    (c) friendship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apology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pacify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make sense to</w:t>
      </w:r>
      <w:r>
        <w:br/>
      </w:r>
      <w:r>
        <w:t xml:space="preserve">    (b) interest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, preventing argument or disagreement.</w:t>
      </w:r>
      <w:r>
        <w:br/>
      </w:r>
      <w:r>
        <w:t xml:space="preserve">    (a) not allowing contradiction or refusal</w:t>
      </w:r>
      <w:r>
        <w:br/>
      </w:r>
      <w:r>
        <w:t xml:space="preserve">    (b) more rushed than usual</w:t>
      </w:r>
      <w:r>
        <w:br/>
      </w:r>
      <w:r>
        <w:t xml:space="preserve">    (c) not in line with her usual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billionaire's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philanthropy</w:t>
      </w:r>
      <w:r>
        <w:rPr>
          <w:b/>
          <w:bCs/>
        </w:rPr>
        <w:t xml:space="preserve"> </w:t>
      </w:r>
      <w:r>
        <w:rPr>
          <w:b/>
          <w:bCs/>
        </w:rPr>
        <w:t xml:space="preserve">supported hospitals around the world.</w:t>
      </w:r>
      <w:r>
        <w:br/>
      </w:r>
      <w:r>
        <w:t xml:space="preserve">    (a) charitable giving</w:t>
      </w:r>
      <w:r>
        <w:br/>
      </w:r>
      <w:r>
        <w:t xml:space="preserve">    (b) selfish hoarding</w:t>
      </w:r>
      <w:r>
        <w:br/>
      </w:r>
      <w:r>
        <w:t xml:space="preserve">    (c) loud boasting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avoidance</w:t>
      </w:r>
      <w:r>
        <w:br/>
      </w:r>
      <w:r>
        <w:t xml:space="preserve">    (b) tendency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 </w:t>
      </w:r>
      <w:r>
        <w:rPr>
          <w:b/>
          <w:bCs/>
        </w:rPr>
        <w:t xml:space="preserve">worked the lord's fields from dawn until dusk for little reward.</w:t>
      </w:r>
      <w:r>
        <w:br/>
      </w:r>
      <w:r>
        <w:t xml:space="preserve">    (a) bound peasant</w:t>
      </w:r>
      <w:r>
        <w:br/>
      </w:r>
      <w:r>
        <w:t xml:space="preserve">    (b) wandering hermit</w:t>
      </w:r>
      <w:r>
        <w:br/>
      </w:r>
      <w:r>
        <w:t xml:space="preserve">    (c) trained knight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magnificent</w:t>
      </w:r>
      <w:r>
        <w:br/>
      </w:r>
      <w:r>
        <w:t xml:space="preserve">    (b) flattering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Scammers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swindle</w:t>
      </w:r>
      <w:r>
        <w:rPr>
          <w:b/>
          <w:bCs/>
        </w:rPr>
        <w:t xml:space="preserve"> </w:t>
      </w:r>
      <w:r>
        <w:rPr>
          <w:b/>
          <w:bCs/>
        </w:rPr>
        <w:t xml:space="preserve">people through fake phone calls.</w:t>
      </w:r>
      <w:r>
        <w:br/>
      </w:r>
      <w:r>
        <w:t xml:space="preserve">    (a) warn or protect</w:t>
      </w:r>
      <w:r>
        <w:br/>
      </w:r>
      <w:r>
        <w:t xml:space="preserve">    (b) pay back fully</w:t>
      </w:r>
      <w:r>
        <w:br/>
      </w:r>
      <w:r>
        <w:t xml:space="preserve">    (c) cheat or defraud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first chapter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whets</w:t>
      </w:r>
      <w:r>
        <w:rPr>
          <w:b/>
          <w:bCs/>
        </w:rPr>
        <w:t xml:space="preserve"> </w:t>
      </w:r>
      <w:r>
        <w:rPr>
          <w:b/>
          <w:bCs/>
        </w:rPr>
        <w:t xml:space="preserve">the reader's curiosity about the mystery.</w:t>
      </w:r>
      <w:r>
        <w:br/>
      </w:r>
      <w:r>
        <w:t xml:space="preserve">    (a) diminishes</w:t>
      </w:r>
      <w:r>
        <w:br/>
      </w:r>
      <w:r>
        <w:t xml:space="preserve">    (b) confuses</w:t>
      </w:r>
      <w:r>
        <w:br/>
      </w:r>
      <w:r>
        <w:t xml:space="preserve">    (c) stimulates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2026-07-31T14:39:09Z</dcterms:created>
  <dcterms:modified xsi:type="dcterms:W3CDTF">2026-07-31T14:39:09Z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