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8cecf10728f012a5c3707772aa73aee40bc4405"/>
    <w:p>
      <w:pPr>
        <w:pStyle w:val="Heading1"/>
      </w:pPr>
      <w:r>
        <w:rPr>
          <w:b/>
          <w:bCs/>
        </w:rPr>
        <w:t xml:space="preserve">Anna Karenina</w:t>
      </w:r>
      <w:r>
        <w:br/>
      </w:r>
      <w:r>
        <w:rPr>
          <w:i/>
          <w:iCs/>
        </w:rPr>
        <w:t xml:space="preserve">Leo Tolstoy</w:t>
      </w:r>
      <w:r>
        <w:br/>
      </w:r>
      <w:r>
        <w:rPr>
          <w:b/>
          <w:bCs/>
        </w:rPr>
        <w:t xml:space="preserve">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In the same way Levin in his heart despised the town mode of life of his friend, and his official duties, which he laughed at, and regarded as</w:t>
      </w:r>
      <w:r>
        <w:rPr>
          <w:b/>
          <w:bCs/>
        </w:rPr>
        <w:t xml:space="preserve"> </w:t>
      </w:r>
      <w:r>
        <w:rPr>
          <w:b/>
          <w:bCs/>
          <w:u w:val="single"/>
        </w:rPr>
        <w:t xml:space="preserve">trifling</w:t>
      </w:r>
      <w:r>
        <w:rPr>
          <w:b/>
          <w:bCs/>
        </w:rPr>
        <w:t xml:space="preserve">.</w:t>
      </w:r>
      <w:r>
        <w:br/>
      </w:r>
      <w:r>
        <w:t xml:space="preserve">    (a) something of small importance; or a small quantity</w:t>
      </w:r>
      <w:r>
        <w:br/>
      </w:r>
      <w:r>
        <w:t xml:space="preserve">    (b) canceling or annulling a formal ruling or contract</w:t>
      </w:r>
      <w:r>
        <w:br/>
      </w:r>
      <w:r>
        <w:t xml:space="preserve">    (c) moving out of an interacting position; or stopping</w:t>
      </w:r>
    </w:p>
    <w:p>
      <w:pPr>
        <w:pStyle w:val="Compact"/>
        <w:numPr>
          <w:ilvl w:val="0"/>
          <w:numId w:val="1001"/>
        </w:numPr>
      </w:pPr>
      <w:r>
        <w:rPr>
          <w:b/>
          <w:bCs/>
        </w:rPr>
        <w:t xml:space="preserve">He doesn't understand that she's one of those women who can't</w:t>
      </w:r>
      <w:r>
        <w:rPr>
          <w:b/>
          <w:bCs/>
        </w:rPr>
        <w:t xml:space="preserve"> </w:t>
      </w:r>
      <w:r>
        <w:rPr>
          <w:b/>
          <w:bCs/>
          <w:u w:val="single"/>
        </w:rPr>
        <w:t xml:space="preserve">trifle with</w:t>
      </w:r>
      <w:r>
        <w:rPr>
          <w:b/>
          <w:bCs/>
        </w:rPr>
        <w:t xml:space="preserve"> </w:t>
      </w:r>
      <w:r>
        <w:rPr>
          <w:b/>
          <w:bCs/>
        </w:rPr>
        <w:t xml:space="preserve">their feelings.</w:t>
      </w:r>
      <w:r>
        <w:br/>
      </w:r>
      <w:r>
        <w:t xml:space="preserve">    (a) treat thoughtlessly or without respect</w:t>
      </w:r>
      <w:r>
        <w:br/>
      </w:r>
      <w:r>
        <w:t xml:space="preserve">    (b) beyond the permitted boundary or limit</w:t>
      </w:r>
      <w:r>
        <w:br/>
      </w:r>
      <w:r>
        <w:t xml:space="preserve">    (c) injured muscles or tendons of the back</w:t>
      </w:r>
    </w:p>
    <w:p>
      <w:pPr>
        <w:pStyle w:val="Compact"/>
        <w:numPr>
          <w:ilvl w:val="0"/>
          <w:numId w:val="1001"/>
        </w:numPr>
      </w:pPr>
      <w:r>
        <w:rPr>
          <w:b/>
          <w:bCs/>
        </w:rPr>
        <w:t xml:space="preserve">The professor was carrying on a hot crusade against</w:t>
      </w:r>
      <w:r>
        <w:rPr>
          <w:b/>
          <w:bCs/>
        </w:rPr>
        <w:t xml:space="preserve"> </w:t>
      </w:r>
      <w:r>
        <w:rPr>
          <w:b/>
          <w:bCs/>
          <w:u w:val="single"/>
        </w:rPr>
        <w:t xml:space="preserve">materialists</w:t>
      </w:r>
      <w:r>
        <w:rPr>
          <w:b/>
          <w:bCs/>
        </w:rPr>
        <w:t xml:space="preserve">.</w:t>
      </w:r>
      <w:r>
        <w:br/>
      </w:r>
      <w:r>
        <w:t xml:space="preserve">    (a) powerful attacks; or sudden and enormous amount of things that must be handled</w:t>
      </w:r>
      <w:r>
        <w:br/>
      </w:r>
      <w:r>
        <w:t xml:space="preserve">    (b) overly concerned with wealth and possessions at the expense of other interests</w:t>
      </w:r>
      <w:r>
        <w:br/>
      </w:r>
      <w:r>
        <w:t xml:space="preserve">    (c) defensive players who line up closest to the sideline to defend against passes</w:t>
      </w:r>
    </w:p>
    <w:p>
      <w:pPr>
        <w:pStyle w:val="Compact"/>
        <w:numPr>
          <w:ilvl w:val="0"/>
          <w:numId w:val="1001"/>
        </w:numPr>
      </w:pPr>
      <w:r>
        <w:rPr>
          <w:b/>
          <w:bCs/>
        </w:rPr>
        <w:t xml:space="preserve">"But how can it be helped?" said Levin</w:t>
      </w:r>
      <w:r>
        <w:rPr>
          <w:b/>
          <w:bCs/>
        </w:rPr>
        <w:t xml:space="preserve"> </w:t>
      </w:r>
      <w:r>
        <w:rPr>
          <w:b/>
          <w:bCs/>
          <w:u w:val="single"/>
        </w:rPr>
        <w:t xml:space="preserve">penitently</w:t>
      </w:r>
      <w:r>
        <w:rPr>
          <w:b/>
          <w:bCs/>
        </w:rPr>
        <w:t xml:space="preserve">.</w:t>
      </w:r>
      <w:r>
        <w:br/>
      </w:r>
      <w:r>
        <w:t xml:space="preserve">    (a) with sorrow and regret for having done wrong</w:t>
      </w:r>
      <w:r>
        <w:br/>
      </w:r>
      <w:r>
        <w:t xml:space="preserve">    (b) in a manner that is capable of being noticed</w:t>
      </w:r>
      <w:r>
        <w:br/>
      </w:r>
      <w:r>
        <w:t xml:space="preserve">    (c) in a manner that is not sensible and careful</w:t>
      </w:r>
    </w:p>
    <w:p>
      <w:pPr>
        <w:pStyle w:val="Compact"/>
        <w:numPr>
          <w:ilvl w:val="0"/>
          <w:numId w:val="1001"/>
        </w:numPr>
      </w:pPr>
      <w:r>
        <w:rPr>
          <w:b/>
          <w:bCs/>
        </w:rPr>
        <w:t xml:space="preserve">A feeling such as his was profaned by talk of the rivalry of some Petersburg officer, of the</w:t>
      </w:r>
      <w:r>
        <w:rPr>
          <w:b/>
          <w:bCs/>
        </w:rPr>
        <w:t xml:space="preserve"> </w:t>
      </w:r>
      <w:r>
        <w:rPr>
          <w:b/>
          <w:bCs/>
          <w:u w:val="single"/>
        </w:rPr>
        <w:t xml:space="preserve">suppositions</w:t>
      </w:r>
      <w:r>
        <w:rPr>
          <w:b/>
          <w:bCs/>
        </w:rPr>
        <w:t xml:space="preserve"> </w:t>
      </w:r>
      <w:r>
        <w:rPr>
          <w:b/>
          <w:bCs/>
        </w:rPr>
        <w:t xml:space="preserve">and the counsels of Stepan Arkadyevitch.</w:t>
      </w:r>
      <w:r>
        <w:br/>
      </w:r>
      <w:r>
        <w:t xml:space="preserve">    (a) chemical substance comprised of the smallest amount of a chemical substance that can exist by itself</w:t>
      </w:r>
      <w:r>
        <w:br/>
      </w:r>
      <w:r>
        <w:t xml:space="preserve">    (b) soccer players who play in the middle third of the field and who assist with both defense and offense</w:t>
      </w:r>
      <w:r>
        <w:br/>
      </w:r>
      <w:r>
        <w:t xml:space="preserve">    (c) something supposed (rather than something known to be so) -- such as a disputed belief or assumption</w:t>
      </w:r>
    </w:p>
    <w:p>
      <w:pPr>
        <w:pStyle w:val="Compact"/>
        <w:numPr>
          <w:ilvl w:val="0"/>
          <w:numId w:val="1001"/>
        </w:numPr>
      </w:pPr>
      <w:r>
        <w:rPr>
          <w:b/>
          <w:bCs/>
        </w:rPr>
        <w:t xml:space="preserve">"Come now, let us talk of you," she added, tossing her head, as though she would physically shake off something</w:t>
      </w:r>
      <w:r>
        <w:rPr>
          <w:b/>
          <w:bCs/>
        </w:rPr>
        <w:t xml:space="preserve"> </w:t>
      </w:r>
      <w:r>
        <w:rPr>
          <w:b/>
          <w:bCs/>
          <w:u w:val="single"/>
        </w:rPr>
        <w:t xml:space="preserve">superfluous</w:t>
      </w:r>
      <w:r>
        <w:rPr>
          <w:b/>
          <w:bCs/>
        </w:rPr>
        <w:t xml:space="preserve"> </w:t>
      </w:r>
      <w:r>
        <w:rPr>
          <w:b/>
          <w:bCs/>
        </w:rPr>
        <w:t xml:space="preserve">oppressing her.</w:t>
      </w:r>
      <w:r>
        <w:br/>
      </w:r>
      <w:r>
        <w:t xml:space="preserve">    (a) without purpose, job, or natural activity</w:t>
      </w:r>
      <w:r>
        <w:br/>
      </w:r>
      <w:r>
        <w:t xml:space="preserve">    (b) more than is needed, desired, or required</w:t>
      </w:r>
      <w:r>
        <w:br/>
      </w:r>
      <w:r>
        <w:t xml:space="preserve">    (c) the quality of being sensible and careful</w:t>
      </w:r>
    </w:p>
    <w:p>
      <w:pPr>
        <w:pStyle w:val="Compact"/>
        <w:numPr>
          <w:ilvl w:val="0"/>
          <w:numId w:val="1001"/>
        </w:numPr>
      </w:pPr>
      <w:r>
        <w:rPr>
          <w:b/>
          <w:bCs/>
        </w:rPr>
        <w:t xml:space="preserve">She went over all her Moscow</w:t>
      </w:r>
      <w:r>
        <w:rPr>
          <w:b/>
          <w:bCs/>
        </w:rPr>
        <w:t xml:space="preserve"> </w:t>
      </w:r>
      <w:r>
        <w:rPr>
          <w:b/>
          <w:bCs/>
          <w:u w:val="single"/>
        </w:rPr>
        <w:t xml:space="preserve">recollections</w:t>
      </w:r>
      <w:r>
        <w:rPr>
          <w:b/>
          <w:bCs/>
        </w:rPr>
        <w:t xml:space="preserve">.</w:t>
      </w:r>
      <w:r>
        <w:br/>
      </w:r>
      <w:r>
        <w:t xml:space="preserve">    (a) restores</w:t>
      </w:r>
      <w:r>
        <w:br/>
      </w:r>
      <w:r>
        <w:t xml:space="preserve">    (b) memories</w:t>
      </w:r>
      <w:r>
        <w:br/>
      </w:r>
      <w:r>
        <w:t xml:space="preserve">    (c) thoughts</w:t>
      </w:r>
    </w:p>
    <w:p>
      <w:pPr>
        <w:pStyle w:val="Compact"/>
        <w:numPr>
          <w:ilvl w:val="0"/>
          <w:numId w:val="1001"/>
        </w:numPr>
      </w:pPr>
      <w:r>
        <w:rPr>
          <w:b/>
          <w:bCs/>
        </w:rPr>
        <w:t xml:space="preserve">...in a tone of</w:t>
      </w:r>
      <w:r>
        <w:rPr>
          <w:b/>
          <w:bCs/>
        </w:rPr>
        <w:t xml:space="preserve"> </w:t>
      </w:r>
      <w:r>
        <w:rPr>
          <w:b/>
          <w:bCs/>
          <w:u w:val="single"/>
        </w:rPr>
        <w:t xml:space="preserve">ironical</w:t>
      </w:r>
      <w:r>
        <w:rPr>
          <w:b/>
          <w:bCs/>
        </w:rPr>
        <w:t xml:space="preserve"> </w:t>
      </w:r>
      <w:r>
        <w:rPr>
          <w:b/>
          <w:bCs/>
        </w:rPr>
        <w:t xml:space="preserve">submission to destiny.</w:t>
      </w:r>
      <w:r>
        <w:br/>
      </w:r>
      <w:r>
        <w:t xml:space="preserve">    (a) the degree to which something is able to change or is different</w:t>
      </w:r>
      <w:r>
        <w:br/>
      </w:r>
      <w:r>
        <w:t xml:space="preserve">    (b) when what is happens is very different than what might be expected</w:t>
      </w:r>
      <w:r>
        <w:br/>
      </w:r>
      <w:r>
        <w:t xml:space="preserve">    (c) capable of being better understood through detailed examination</w:t>
      </w:r>
    </w:p>
    <w:p>
      <w:pPr>
        <w:pStyle w:val="Compact"/>
        <w:numPr>
          <w:ilvl w:val="0"/>
          <w:numId w:val="1001"/>
        </w:numPr>
      </w:pPr>
      <w:r>
        <w:rPr>
          <w:b/>
          <w:bCs/>
        </w:rPr>
        <w:t xml:space="preserve">"Oh, of course, there's no reason whatever," he said, frowning.</w:t>
      </w:r>
      <w:r>
        <w:br/>
      </w:r>
      <w:r>
        <w:rPr>
          <w:b/>
          <w:bCs/>
        </w:rPr>
        <w:t xml:space="preserve">"That's just what I say," she said, willfully refusing to see the</w:t>
      </w:r>
      <w:r>
        <w:rPr>
          <w:b/>
          <w:bCs/>
        </w:rPr>
        <w:t xml:space="preserve"> </w:t>
      </w:r>
      <w:r>
        <w:rPr>
          <w:b/>
          <w:bCs/>
          <w:u w:val="single"/>
        </w:rPr>
        <w:t xml:space="preserve">irony</w:t>
      </w:r>
      <w:r>
        <w:rPr>
          <w:b/>
          <w:bCs/>
        </w:rPr>
        <w:t xml:space="preserve"> </w:t>
      </w:r>
      <w:r>
        <w:rPr>
          <w:b/>
          <w:bCs/>
        </w:rPr>
        <w:t xml:space="preserve">of his tone, and quietly turning back her long, perfumed glove.</w:t>
      </w:r>
      <w:r>
        <w:br/>
      </w:r>
      <w:r>
        <w:t xml:space="preserve">    (a) belief or opinion formed by viewing things a certain way</w:t>
      </w:r>
      <w:r>
        <w:br/>
      </w:r>
      <w:r>
        <w:t xml:space="preserve">    (b) soft leather shoe traditionally worn by Native Americans</w:t>
      </w:r>
      <w:r>
        <w:br/>
      </w:r>
      <w:r>
        <w:t xml:space="preserve">    (c) saying one thing while meaning the opposite</w:t>
      </w:r>
    </w:p>
    <w:p>
      <w:pPr>
        <w:pStyle w:val="Compact"/>
        <w:numPr>
          <w:ilvl w:val="0"/>
          <w:numId w:val="1001"/>
        </w:numPr>
      </w:pPr>
      <w:r>
        <w:rPr>
          <w:b/>
          <w:bCs/>
        </w:rPr>
        <w:t xml:space="preserve">In the habitual conditions of her life she felt again resolute and</w:t>
      </w:r>
      <w:r>
        <w:rPr>
          <w:b/>
          <w:bCs/>
        </w:rPr>
        <w:t xml:space="preserve"> </w:t>
      </w:r>
      <w:r>
        <w:rPr>
          <w:b/>
          <w:bCs/>
          <w:u w:val="single"/>
        </w:rPr>
        <w:t xml:space="preserve">irreproachable</w:t>
      </w:r>
      <w:r>
        <w:rPr>
          <w:b/>
          <w:bCs/>
        </w:rPr>
        <w:t xml:space="preserve">.</w:t>
      </w:r>
      <w:r>
        <w:br/>
      </w:r>
      <w:r>
        <w:t xml:space="preserve">    (a) able to be found</w:t>
      </w:r>
      <w:r>
        <w:br/>
      </w:r>
      <w:r>
        <w:t xml:space="preserve">    (b) beyond criticism</w:t>
      </w:r>
      <w:r>
        <w:br/>
      </w:r>
      <w:r>
        <w:t xml:space="preserve">    (c) unpleasing sound</w:t>
      </w:r>
    </w:p>
    <w:p>
      <w:pPr>
        <w:pStyle w:val="Compact"/>
        <w:numPr>
          <w:ilvl w:val="0"/>
          <w:numId w:val="1001"/>
        </w:numPr>
      </w:pPr>
      <w:r>
        <w:rPr>
          <w:b/>
          <w:bCs/>
          <w:u w:val="single"/>
        </w:rPr>
        <w:t xml:space="preserve">Moreover</w:t>
      </w:r>
      <w:r>
        <w:rPr>
          <w:b/>
          <w:bCs/>
        </w:rPr>
        <w:t xml:space="preserve">, the recollection of the rejection and the part he had played in the affair tortured him with shame.</w:t>
      </w:r>
      <w:r>
        <w:br/>
      </w:r>
      <w:r>
        <w:t xml:space="preserve">    (a) in addition to what has just been said</w:t>
      </w:r>
      <w:r>
        <w:br/>
      </w:r>
      <w:r>
        <w:t xml:space="preserve">    (b) despite that (used to connect contrasting ideas)</w:t>
      </w:r>
      <w:r>
        <w:br/>
      </w:r>
      <w:r>
        <w:t xml:space="preserve">    (c) even though -- used to connect contrasting ideas</w:t>
      </w:r>
    </w:p>
    <w:p>
      <w:pPr>
        <w:pStyle w:val="Compact"/>
        <w:numPr>
          <w:ilvl w:val="0"/>
          <w:numId w:val="1001"/>
        </w:numPr>
      </w:pPr>
      <w:r>
        <w:rPr>
          <w:b/>
          <w:bCs/>
        </w:rPr>
        <w:t xml:space="preserve">I have had to do business with him, 'positively and</w:t>
      </w:r>
      <w:r>
        <w:rPr>
          <w:b/>
          <w:bCs/>
        </w:rPr>
        <w:t xml:space="preserve"> </w:t>
      </w:r>
      <w:r>
        <w:rPr>
          <w:b/>
          <w:bCs/>
          <w:u w:val="single"/>
        </w:rPr>
        <w:t xml:space="preserve">conclusively</w:t>
      </w:r>
      <w:r>
        <w:rPr>
          <w:b/>
          <w:bCs/>
        </w:rPr>
        <w:t xml:space="preserve">.'</w:t>
      </w:r>
      <w:r>
        <w:br/>
      </w:r>
      <w:r>
        <w:t xml:space="preserve">    (a) in a manner that is excessively dry</w:t>
      </w:r>
      <w:r>
        <w:br/>
      </w:r>
      <w:r>
        <w:t xml:space="preserve">    (b) putting an end to doubt or question</w:t>
      </w:r>
      <w:r>
        <w:br/>
      </w:r>
      <w:r>
        <w:t xml:space="preserve">    (c) in a well-known or important manner</w:t>
      </w:r>
    </w:p>
    <w:p>
      <w:pPr>
        <w:pStyle w:val="Compact"/>
        <w:numPr>
          <w:ilvl w:val="0"/>
          <w:numId w:val="1001"/>
        </w:numPr>
      </w:pPr>
      <w:r>
        <w:rPr>
          <w:b/>
          <w:bCs/>
        </w:rPr>
        <w:t xml:space="preserve">Levin felt so</w:t>
      </w:r>
      <w:r>
        <w:rPr>
          <w:b/>
          <w:bCs/>
        </w:rPr>
        <w:t xml:space="preserve"> </w:t>
      </w:r>
      <w:r>
        <w:rPr>
          <w:b/>
          <w:bCs/>
          <w:u w:val="single"/>
        </w:rPr>
        <w:t xml:space="preserve">resolute</w:t>
      </w:r>
      <w:r>
        <w:rPr>
          <w:b/>
          <w:bCs/>
        </w:rPr>
        <w:t xml:space="preserve"> </w:t>
      </w:r>
      <w:r>
        <w:rPr>
          <w:b/>
          <w:bCs/>
        </w:rPr>
        <w:t xml:space="preserve">and serene that no answer, he fancied, could affect him.</w:t>
      </w:r>
      <w:r>
        <w:br/>
      </w:r>
      <w:r>
        <w:t xml:space="preserve">    (a) able to be understood or explained</w:t>
      </w:r>
      <w:r>
        <w:br/>
      </w:r>
      <w:r>
        <w:t xml:space="preserve">    (b) aware or concerned about something</w:t>
      </w:r>
      <w:r>
        <w:br/>
      </w:r>
      <w:r>
        <w:t xml:space="preserve">    (c) firm in purpose, belief, or action</w:t>
      </w:r>
    </w:p>
    <w:p>
      <w:pPr>
        <w:pStyle w:val="Compact"/>
        <w:numPr>
          <w:ilvl w:val="0"/>
          <w:numId w:val="1001"/>
        </w:numPr>
      </w:pPr>
      <w:r>
        <w:rPr>
          <w:b/>
          <w:bCs/>
        </w:rPr>
        <w:t xml:space="preserve">She went up to them, entered into conversation with them, and served as</w:t>
      </w:r>
      <w:r>
        <w:rPr>
          <w:b/>
          <w:bCs/>
        </w:rPr>
        <w:t xml:space="preserve"> </w:t>
      </w:r>
      <w:r>
        <w:rPr>
          <w:b/>
          <w:bCs/>
          <w:u w:val="single"/>
        </w:rPr>
        <w:t xml:space="preserve">interpreter</w:t>
      </w:r>
      <w:r>
        <w:rPr>
          <w:b/>
          <w:bCs/>
        </w:rPr>
        <w:t xml:space="preserve"> </w:t>
      </w:r>
      <w:r>
        <w:rPr>
          <w:b/>
          <w:bCs/>
        </w:rPr>
        <w:t xml:space="preserve">for the woman, who could not speak any foreign language.</w:t>
      </w:r>
      <w:r>
        <w:br/>
      </w:r>
      <w:r>
        <w:t xml:space="preserve">    (a) someone who translates language</w:t>
      </w:r>
      <w:r>
        <w:br/>
      </w:r>
      <w:r>
        <w:t xml:space="preserve">    (b) people who criticize or condemn</w:t>
      </w:r>
      <w:r>
        <w:br/>
      </w:r>
      <w:r>
        <w:t xml:space="preserve">    (c) someone who extensively damages</w:t>
      </w:r>
    </w:p>
    <w:p>
      <w:pPr>
        <w:pStyle w:val="Compact"/>
        <w:numPr>
          <w:ilvl w:val="0"/>
          <w:numId w:val="1001"/>
        </w:numPr>
      </w:pPr>
      <w:r>
        <w:rPr>
          <w:b/>
          <w:bCs/>
        </w:rPr>
        <w:t xml:space="preserve">He was a believer, who was interested in religion primarily in its political aspect, and the new doctrine which ventured upon several new</w:t>
      </w:r>
      <w:r>
        <w:rPr>
          <w:b/>
          <w:bCs/>
        </w:rPr>
        <w:t xml:space="preserve"> </w:t>
      </w:r>
      <w:r>
        <w:rPr>
          <w:b/>
          <w:bCs/>
          <w:u w:val="single"/>
        </w:rPr>
        <w:t xml:space="preserve">interpretations</w:t>
      </w:r>
      <w:r>
        <w:rPr>
          <w:b/>
          <w:bCs/>
        </w:rPr>
        <w:t xml:space="preserve">, just because it paved the way to discussion and analysis, was in principle disagreeable to him.</w:t>
      </w:r>
      <w:r>
        <w:br/>
      </w:r>
      <w:r>
        <w:t xml:space="preserve">    (a) ways of understanding or explaining things</w:t>
      </w:r>
      <w:r>
        <w:br/>
      </w:r>
      <w:r>
        <w:t xml:space="preserve">    (b) quiet voices; or a quiet voice</w:t>
      </w:r>
      <w:r>
        <w:br/>
      </w:r>
      <w:r>
        <w:t xml:space="preserve">    (c) people who express disapproval</w:t>
      </w:r>
    </w:p>
    <w:p>
      <w:pPr>
        <w:pStyle w:val="Compact"/>
        <w:numPr>
          <w:ilvl w:val="0"/>
          <w:numId w:val="1001"/>
        </w:numPr>
      </w:pPr>
      <w:r>
        <w:rPr>
          <w:b/>
          <w:bCs/>
        </w:rPr>
        <w:t xml:space="preserve">Left alone in the room assigned him, lying on a spring mattress that</w:t>
      </w:r>
      <w:r>
        <w:rPr>
          <w:b/>
          <w:bCs/>
        </w:rPr>
        <w:t xml:space="preserve"> </w:t>
      </w:r>
      <w:r>
        <w:rPr>
          <w:b/>
          <w:bCs/>
          <w:u w:val="single"/>
        </w:rPr>
        <w:t xml:space="preserve">yielded</w:t>
      </w:r>
      <w:r>
        <w:rPr>
          <w:b/>
          <w:bCs/>
        </w:rPr>
        <w:t xml:space="preserve"> </w:t>
      </w:r>
      <w:r>
        <w:rPr>
          <w:b/>
          <w:bCs/>
        </w:rPr>
        <w:t xml:space="preserve">unexpectedly at every movement of his arm or his leg, Levin did not fall asleep for a long while.</w:t>
      </w:r>
      <w:r>
        <w:br/>
      </w:r>
      <w:r>
        <w:t xml:space="preserve">    (a) not wanting to do something</w:t>
      </w:r>
      <w:r>
        <w:br/>
      </w:r>
      <w:r>
        <w:t xml:space="preserve">    (b) produced or gave</w:t>
      </w:r>
      <w:r>
        <w:br/>
      </w:r>
      <w:r>
        <w:t xml:space="preserve">    (c) was attractive or desirable</w:t>
      </w:r>
    </w:p>
    <w:p>
      <w:pPr>
        <w:pStyle w:val="Compact"/>
        <w:numPr>
          <w:ilvl w:val="0"/>
          <w:numId w:val="1001"/>
        </w:numPr>
      </w:pPr>
      <w:r>
        <w:rPr>
          <w:b/>
          <w:bCs/>
        </w:rPr>
        <w:t xml:space="preserve">Unconsciously</w:t>
      </w:r>
      <w:r>
        <w:rPr>
          <w:b/>
          <w:bCs/>
        </w:rPr>
        <w:t xml:space="preserve"> </w:t>
      </w:r>
      <w:r>
        <w:rPr>
          <w:b/>
          <w:bCs/>
          <w:u w:val="single"/>
        </w:rPr>
        <w:t xml:space="preserve">yielding</w:t>
      </w:r>
      <w:r>
        <w:rPr>
          <w:b/>
          <w:bCs/>
        </w:rPr>
        <w:t xml:space="preserve"> </w:t>
      </w:r>
      <w:r>
        <w:rPr>
          <w:b/>
          <w:bCs/>
        </w:rPr>
        <w:t xml:space="preserve">to the weakness of Anna—who had surrendered herself up to him utterly, and simply looked to him to decide her fate, ready to submit to anything—he had long ceased to think that their tie might end as he had thought then.</w:t>
      </w:r>
      <w:r>
        <w:br/>
      </w:r>
      <w:r>
        <w:t xml:space="preserve">    (a) placing trust (in someone) by talking about private things</w:t>
      </w:r>
      <w:r>
        <w:br/>
      </w:r>
      <w:r>
        <w:t xml:space="preserve">    (b) showing, demonstrating, determining, or causing acceptance</w:t>
      </w:r>
      <w:r>
        <w:br/>
      </w:r>
      <w:r>
        <w:t xml:space="preserve">    (c) giving in, giving up, or giving way (easily moved or soft)</w:t>
      </w:r>
    </w:p>
    <w:p>
      <w:pPr>
        <w:pStyle w:val="Compact"/>
        <w:numPr>
          <w:ilvl w:val="0"/>
          <w:numId w:val="1001"/>
        </w:numPr>
      </w:pPr>
      <w:r>
        <w:rPr>
          <w:b/>
          <w:bCs/>
        </w:rPr>
        <w:t xml:space="preserve">Instinctively feeling the</w:t>
      </w:r>
      <w:r>
        <w:rPr>
          <w:b/>
          <w:bCs/>
        </w:rPr>
        <w:t xml:space="preserve"> </w:t>
      </w:r>
      <w:r>
        <w:rPr>
          <w:b/>
          <w:bCs/>
          <w:u w:val="single"/>
        </w:rPr>
        <w:t xml:space="preserve">approach</w:t>
      </w:r>
      <w:r>
        <w:rPr>
          <w:b/>
          <w:bCs/>
        </w:rPr>
        <w:t xml:space="preserve"> </w:t>
      </w:r>
      <w:r>
        <w:rPr>
          <w:b/>
          <w:bCs/>
        </w:rPr>
        <w:t xml:space="preserve">of spring, and knowing that there would be days of rough weather too, she built her nest as best she could, and was in haste at the same time to build it and to learn how to do it.</w:t>
      </w:r>
      <w:r>
        <w:br/>
      </w:r>
      <w:r>
        <w:t xml:space="preserve">    (a) coming</w:t>
      </w:r>
      <w:r>
        <w:br/>
      </w:r>
      <w:r>
        <w:t xml:space="preserve">    (b) mirror back (an image)</w:t>
      </w:r>
      <w:r>
        <w:br/>
      </w:r>
      <w:r>
        <w:t xml:space="preserve">    (c) create dramatic change</w:t>
      </w:r>
    </w:p>
    <w:p>
      <w:pPr>
        <w:pStyle w:val="Compact"/>
        <w:numPr>
          <w:ilvl w:val="0"/>
          <w:numId w:val="1001"/>
        </w:numPr>
      </w:pPr>
      <w:r>
        <w:rPr>
          <w:b/>
          <w:bCs/>
        </w:rPr>
        <w:t xml:space="preserve">After that, with an irrepressible smile of tenderness, Kitty recalled her husband's shamefaced embarrassment, his repeated awkward efforts to</w:t>
      </w:r>
      <w:r>
        <w:rPr>
          <w:b/>
          <w:bCs/>
        </w:rPr>
        <w:t xml:space="preserve"> </w:t>
      </w:r>
      <w:r>
        <w:rPr>
          <w:b/>
          <w:bCs/>
          <w:u w:val="single"/>
        </w:rPr>
        <w:t xml:space="preserve">approach</w:t>
      </w:r>
      <w:r>
        <w:rPr>
          <w:b/>
          <w:bCs/>
        </w:rPr>
        <w:t xml:space="preserve"> </w:t>
      </w:r>
      <w:r>
        <w:rPr>
          <w:b/>
          <w:bCs/>
        </w:rPr>
        <w:t xml:space="preserve">the subject, and how at last, having thought of the one means of helping Dolly without wounding her pride, he had suggested to Kitty—what had not occurred to her before—that she should give up her share of the property.</w:t>
      </w:r>
      <w:r>
        <w:br/>
      </w:r>
      <w:r>
        <w:t xml:space="preserve">    (a) begin communication with someone about</w:t>
      </w:r>
      <w:r>
        <w:br/>
      </w:r>
      <w:r>
        <w:t xml:space="preserve">    (b) did not find a condition or substance to be present</w:t>
      </w:r>
      <w:r>
        <w:br/>
      </w:r>
      <w:r>
        <w:t xml:space="preserve">    (c) to support by providing money or other economic aid</w:t>
      </w:r>
    </w:p>
    <w:p>
      <w:pPr>
        <w:pStyle w:val="Compact"/>
        <w:numPr>
          <w:ilvl w:val="0"/>
          <w:numId w:val="1001"/>
        </w:numPr>
      </w:pPr>
      <w:r>
        <w:rPr>
          <w:b/>
          <w:bCs/>
        </w:rPr>
        <w:t xml:space="preserve">Parish clerks, teachers, and one in a thousand of the</w:t>
      </w:r>
      <w:r>
        <w:rPr>
          <w:b/>
          <w:bCs/>
        </w:rPr>
        <w:t xml:space="preserve"> </w:t>
      </w:r>
      <w:r>
        <w:rPr>
          <w:b/>
          <w:bCs/>
          <w:u w:val="single"/>
        </w:rPr>
        <w:t xml:space="preserve">peasants</w:t>
      </w:r>
      <w:r>
        <w:rPr>
          <w:b/>
          <w:bCs/>
        </w:rPr>
        <w:t xml:space="preserve">, maybe, know what it's all about.</w:t>
      </w:r>
      <w:r>
        <w:br/>
      </w:r>
      <w:r>
        <w:t xml:space="preserve">    (a) used historically or possibly in relation to a very poor country:  people of low income, education, and social standing -- especially those who raise crops or livestock</w:t>
      </w:r>
      <w:r>
        <w:br/>
      </w:r>
      <w:r>
        <w:t xml:space="preserve">    (b) members of an artistic movement pioneered by Pablo Picasso and Georges Braque that featured surfaces of geometrical planes to depict three-dimensional organic forms</w:t>
      </w:r>
      <w:r>
        <w:br/>
      </w:r>
      <w:r>
        <w:t xml:space="preserve">    (c) organisms in the early stages of growth prior to birth, hatching, or sprouting; in humans organisms during the first eight weeks of development (prior to the fetal stage)</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2026-07-31T14:39:08Z</dcterms:created>
  <dcterms:modified xsi:type="dcterms:W3CDTF">2026-07-31T14:39:08Z</dcterms:modified>
</cp:coreProperties>
</file>

<file path=docProps/custom.xml><?xml version="1.0" encoding="utf-8"?>
<Properties xmlns="http://schemas.openxmlformats.org/officeDocument/2006/custom-properties" xmlns:vt="http://schemas.openxmlformats.org/officeDocument/2006/docPropsVTypes"/>
</file>