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e6564bae559d430f984c8e6fa93198fa2184ac8"/>
    <w:p>
      <w:pPr>
        <w:pStyle w:val="Heading1"/>
      </w:pPr>
      <w:r>
        <w:rPr>
          <w:b/>
          <w:bCs/>
        </w:rPr>
        <w:t xml:space="preserve">Anna Karenina</w:t>
      </w:r>
      <w:r>
        <w:br/>
      </w:r>
      <w:r>
        <w:rPr>
          <w:i/>
          <w:iCs/>
        </w:rPr>
        <w:t xml:space="preserve">Leo Tolstoy</w:t>
      </w:r>
      <w:r>
        <w:br/>
      </w:r>
      <w:r>
        <w:rPr>
          <w:b/>
          <w:bCs/>
        </w:rPr>
        <w:t xml:space="preserve">Extra Credit 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Darya Alexandrovna meanwhile having</w:t>
      </w:r>
      <w:r>
        <w:rPr>
          <w:b/>
          <w:bCs/>
        </w:rPr>
        <w:t xml:space="preserve"> </w:t>
      </w:r>
      <w:r>
        <w:rPr>
          <w:b/>
          <w:bCs/>
          <w:u w:val="single"/>
        </w:rPr>
        <w:t xml:space="preserve">pacified</w:t>
      </w:r>
      <w:r>
        <w:rPr>
          <w:b/>
          <w:bCs/>
        </w:rPr>
        <w:t xml:space="preserve"> </w:t>
      </w:r>
      <w:r>
        <w:rPr>
          <w:b/>
          <w:bCs/>
        </w:rPr>
        <w:t xml:space="preserve">the child, and knowing from the sound of the carriage that he had gone off, went back again to her bedroom.</w:t>
      </w:r>
      <w:r>
        <w:br/>
      </w:r>
      <w:r>
        <w:t xml:space="preserve">    (a) donated a portion of one's income to a church</w:t>
      </w:r>
      <w:r>
        <w:br/>
      </w:r>
      <w:r>
        <w:t xml:space="preserve">    (b) caused to happen or occurred as a consequence</w:t>
      </w:r>
      <w:r>
        <w:br/>
      </w:r>
      <w:r>
        <w:t xml:space="preserve">    (c) calm someone who is angry; or establish peace</w:t>
      </w:r>
    </w:p>
    <w:p>
      <w:pPr>
        <w:pStyle w:val="Compact"/>
        <w:numPr>
          <w:ilvl w:val="0"/>
          <w:numId w:val="1001"/>
        </w:numPr>
      </w:pPr>
      <w:r>
        <w:rPr>
          <w:b/>
          <w:bCs/>
        </w:rPr>
        <w:t xml:space="preserve">And the celebrated doctor</w:t>
      </w:r>
      <w:r>
        <w:rPr>
          <w:b/>
          <w:bCs/>
        </w:rPr>
        <w:t xml:space="preserve"> </w:t>
      </w:r>
      <w:r>
        <w:rPr>
          <w:b/>
          <w:bCs/>
          <w:u w:val="single"/>
        </w:rPr>
        <w:t xml:space="preserve">expounded</w:t>
      </w:r>
      <w:r>
        <w:rPr>
          <w:b/>
          <w:bCs/>
        </w:rPr>
        <w:t xml:space="preserve"> </w:t>
      </w:r>
      <w:r>
        <w:rPr>
          <w:b/>
          <w:bCs/>
        </w:rPr>
        <w:t xml:space="preserve">his plan of treatment with Soden waters, a remedy obviously prescribed primarily on the ground that they could do no harm.</w:t>
      </w:r>
      <w:r>
        <w:br/>
      </w:r>
      <w:r>
        <w:t xml:space="preserve">    (a) accepted as true (without proof)</w:t>
      </w:r>
      <w:r>
        <w:br/>
      </w:r>
      <w:r>
        <w:t xml:space="preserve">    (b) explained or discussed in detail</w:t>
      </w:r>
      <w:r>
        <w:br/>
      </w:r>
      <w:r>
        <w:t xml:space="preserve">    (c) not found, sought, or researched</w:t>
      </w:r>
    </w:p>
    <w:p>
      <w:pPr>
        <w:pStyle w:val="Compact"/>
        <w:numPr>
          <w:ilvl w:val="0"/>
          <w:numId w:val="1001"/>
        </w:numPr>
      </w:pPr>
      <w:r>
        <w:rPr>
          <w:b/>
          <w:bCs/>
        </w:rPr>
        <w:t xml:space="preserve">The third circle with which Anna had ties was preeminently the fashionable world—the world of balls, of dinners, of</w:t>
      </w:r>
      <w:r>
        <w:rPr>
          <w:b/>
          <w:bCs/>
        </w:rPr>
        <w:t xml:space="preserve"> </w:t>
      </w:r>
      <w:r>
        <w:rPr>
          <w:b/>
          <w:bCs/>
          <w:u w:val="single"/>
        </w:rPr>
        <w:t xml:space="preserve">sumptuous</w:t>
      </w:r>
      <w:r>
        <w:rPr>
          <w:b/>
          <w:bCs/>
        </w:rPr>
        <w:t xml:space="preserve"> </w:t>
      </w:r>
      <w:r>
        <w:rPr>
          <w:b/>
          <w:bCs/>
        </w:rPr>
        <w:t xml:space="preserve">dresses, the world that hung on to the court with one hand, so as to avoid sinking to the level of the demi-monde.</w:t>
      </w:r>
      <w:r>
        <w:br/>
      </w:r>
      <w:r>
        <w:t xml:space="preserve">    (a) magnificent (impressively wonderful) -- often indicating something expensive</w:t>
      </w:r>
      <w:r>
        <w:br/>
      </w:r>
      <w:r>
        <w:t xml:space="preserve">    (b) the state or degree of having the ability to change for different situations</w:t>
      </w:r>
      <w:r>
        <w:br/>
      </w:r>
      <w:r>
        <w:t xml:space="preserve">    (c) the quality of behaving in an instinctive, uninhibited, and unplanned manner</w:t>
      </w:r>
    </w:p>
    <w:p>
      <w:pPr>
        <w:pStyle w:val="Compact"/>
        <w:numPr>
          <w:ilvl w:val="0"/>
          <w:numId w:val="1001"/>
        </w:numPr>
      </w:pPr>
      <w:r>
        <w:rPr>
          <w:b/>
          <w:bCs/>
        </w:rPr>
        <w:t xml:space="preserve">Everyone had something to say in</w:t>
      </w:r>
      <w:r>
        <w:rPr>
          <w:b/>
          <w:bCs/>
        </w:rPr>
        <w:t xml:space="preserve"> </w:t>
      </w:r>
      <w:r>
        <w:rPr>
          <w:b/>
          <w:bCs/>
          <w:u w:val="single"/>
        </w:rPr>
        <w:t xml:space="preserve">censure</w:t>
      </w:r>
      <w:r>
        <w:rPr>
          <w:b/>
          <w:bCs/>
        </w:rPr>
        <w:t xml:space="preserve"> </w:t>
      </w:r>
      <w:r>
        <w:rPr>
          <w:b/>
          <w:bCs/>
        </w:rPr>
        <w:t xml:space="preserve">or ridicule of the luckless Madame Maltishtcheva,</w:t>
      </w:r>
      <w:r>
        <w:br/>
      </w:r>
      <w:r>
        <w:t xml:space="preserve">    (a) being a boundary or limit</w:t>
      </w:r>
      <w:r>
        <w:br/>
      </w:r>
      <w:r>
        <w:t xml:space="preserve">    (b) criticism</w:t>
      </w:r>
      <w:r>
        <w:br/>
      </w:r>
      <w:r>
        <w:t xml:space="preserve">    (c) find, search, or research</w:t>
      </w:r>
    </w:p>
    <w:p>
      <w:pPr>
        <w:pStyle w:val="Compact"/>
        <w:numPr>
          <w:ilvl w:val="0"/>
          <w:numId w:val="1001"/>
        </w:numPr>
      </w:pPr>
      <w:r>
        <w:rPr>
          <w:b/>
          <w:bCs/>
        </w:rPr>
        <w:t xml:space="preserve">And some people said that Madame Stahl had made her social position as a</w:t>
      </w:r>
      <w:r>
        <w:rPr>
          <w:b/>
          <w:bCs/>
        </w:rPr>
        <w:t xml:space="preserve"> </w:t>
      </w:r>
      <w:r>
        <w:rPr>
          <w:b/>
          <w:bCs/>
          <w:u w:val="single"/>
        </w:rPr>
        <w:t xml:space="preserve">philanthropic</w:t>
      </w:r>
      <w:r>
        <w:rPr>
          <w:b/>
          <w:bCs/>
        </w:rPr>
        <w:t xml:space="preserve">, highly religious woman;</w:t>
      </w:r>
      <w:r>
        <w:br/>
      </w:r>
      <w:r>
        <w:t xml:space="preserve">    (a) unable to find</w:t>
      </w:r>
      <w:r>
        <w:br/>
      </w:r>
      <w:r>
        <w:t xml:space="preserve">    (b) representative</w:t>
      </w:r>
      <w:r>
        <w:br/>
      </w:r>
      <w:r>
        <w:t xml:space="preserve">    (c) helping others -- especially by donating money</w:t>
      </w:r>
    </w:p>
    <w:p>
      <w:pPr>
        <w:pStyle w:val="Compact"/>
        <w:numPr>
          <w:ilvl w:val="0"/>
          <w:numId w:val="1001"/>
        </w:numPr>
      </w:pPr>
      <w:r>
        <w:rPr>
          <w:b/>
          <w:bCs/>
        </w:rPr>
        <w:t xml:space="preserve">Behind him came a peasant, and he too was evidently tired, for he stopped at once without waiting to mow up to Levin, and began</w:t>
      </w:r>
      <w:r>
        <w:rPr>
          <w:b/>
          <w:bCs/>
        </w:rPr>
        <w:t xml:space="preserve"> </w:t>
      </w:r>
      <w:r>
        <w:rPr>
          <w:b/>
          <w:bCs/>
          <w:u w:val="single"/>
        </w:rPr>
        <w:t xml:space="preserve">whetting</w:t>
      </w:r>
      <w:r>
        <w:rPr>
          <w:b/>
          <w:bCs/>
        </w:rPr>
        <w:t xml:space="preserve"> </w:t>
      </w:r>
      <w:r>
        <w:rPr>
          <w:b/>
          <w:bCs/>
        </w:rPr>
        <w:t xml:space="preserve">his scythe.</w:t>
      </w:r>
      <w:r>
        <w:br/>
      </w:r>
      <w:r>
        <w:t xml:space="preserve">    (a) sticking out, attracting more attention than desired, or imposing on others</w:t>
      </w:r>
      <w:r>
        <w:br/>
      </w:r>
      <w:r>
        <w:t xml:space="preserve">    (b) changing to multiple areas of control or concentration (rather than just 1)</w:t>
      </w:r>
      <w:r>
        <w:br/>
      </w:r>
      <w:r>
        <w:t xml:space="preserve">    (c) to increase a sense or desire</w:t>
      </w:r>
      <w:r>
        <w:br/>
      </w:r>
      <w:r>
        <w:br/>
      </w:r>
      <w:r>
        <w:t xml:space="preserve">or: to sharpen a knife or other cutting edge</w:t>
      </w:r>
    </w:p>
    <w:p>
      <w:pPr>
        <w:pStyle w:val="Compact"/>
        <w:numPr>
          <w:ilvl w:val="0"/>
          <w:numId w:val="1001"/>
        </w:numPr>
      </w:pPr>
      <w:r>
        <w:rPr>
          <w:b/>
          <w:bCs/>
        </w:rPr>
        <w:t xml:space="preserve">Levin sat down by them; he felt</w:t>
      </w:r>
      <w:r>
        <w:rPr>
          <w:b/>
          <w:bCs/>
        </w:rPr>
        <w:t xml:space="preserve"> </w:t>
      </w:r>
      <w:r>
        <w:rPr>
          <w:b/>
          <w:bCs/>
          <w:u w:val="single"/>
        </w:rPr>
        <w:t xml:space="preserve">disinclined</w:t>
      </w:r>
      <w:r>
        <w:rPr>
          <w:b/>
          <w:bCs/>
        </w:rPr>
        <w:t xml:space="preserve"> </w:t>
      </w:r>
      <w:r>
        <w:rPr>
          <w:b/>
          <w:bCs/>
        </w:rPr>
        <w:t xml:space="preserve">to go away.</w:t>
      </w:r>
      <w:r>
        <w:br/>
      </w:r>
      <w:r>
        <w:t xml:space="preserve">    (a) related to belief in a single God</w:t>
      </w:r>
      <w:r>
        <w:br/>
      </w:r>
      <w:r>
        <w:t xml:space="preserve">    (b) feeling reluctant to do something</w:t>
      </w:r>
      <w:r>
        <w:br/>
      </w:r>
      <w:r>
        <w:t xml:space="preserve">    (c) able to be stopped from happening</w:t>
      </w:r>
    </w:p>
    <w:p>
      <w:pPr>
        <w:pStyle w:val="Compact"/>
        <w:numPr>
          <w:ilvl w:val="0"/>
          <w:numId w:val="1001"/>
        </w:numPr>
      </w:pPr>
      <w:r>
        <w:rPr>
          <w:b/>
          <w:bCs/>
        </w:rPr>
        <w:t xml:space="preserve">All</w:t>
      </w:r>
      <w:r>
        <w:rPr>
          <w:b/>
          <w:bCs/>
        </w:rPr>
        <w:t xml:space="preserve"> </w:t>
      </w:r>
      <w:r>
        <w:rPr>
          <w:b/>
          <w:bCs/>
          <w:u w:val="single"/>
        </w:rPr>
        <w:t xml:space="preserve">constraint</w:t>
      </w:r>
      <w:r>
        <w:rPr>
          <w:b/>
          <w:bCs/>
        </w:rPr>
        <w:t xml:space="preserve"> </w:t>
      </w:r>
      <w:r>
        <w:rPr>
          <w:b/>
          <w:bCs/>
        </w:rPr>
        <w:t xml:space="preserve">with the master had disappeared long ago.</w:t>
      </w:r>
      <w:r>
        <w:br/>
      </w:r>
      <w:r>
        <w:t xml:space="preserve">    (a) lacking experience or sophistication</w:t>
      </w:r>
      <w:r>
        <w:br/>
      </w:r>
      <w:r>
        <w:t xml:space="preserve">    (b) something that limits something else</w:t>
      </w:r>
      <w:r>
        <w:br/>
      </w:r>
      <w:r>
        <w:t xml:space="preserve">    (c) a Muslim religious teacher or leader</w:t>
      </w:r>
    </w:p>
    <w:p>
      <w:pPr>
        <w:pStyle w:val="Compact"/>
        <w:numPr>
          <w:ilvl w:val="0"/>
          <w:numId w:val="1001"/>
        </w:numPr>
      </w:pPr>
      <w:r>
        <w:rPr>
          <w:b/>
          <w:bCs/>
        </w:rPr>
        <w:t xml:space="preserve">They had cut the whole of the big meadow, which had, in the years of</w:t>
      </w:r>
      <w:r>
        <w:rPr>
          <w:b/>
          <w:bCs/>
        </w:rPr>
        <w:t xml:space="preserve"> </w:t>
      </w:r>
      <w:r>
        <w:rPr>
          <w:b/>
          <w:bCs/>
          <w:u w:val="single"/>
        </w:rPr>
        <w:t xml:space="preserve">serf</w:t>
      </w:r>
      <w:r>
        <w:rPr>
          <w:b/>
          <w:bCs/>
        </w:rPr>
        <w:t xml:space="preserve"> </w:t>
      </w:r>
      <w:r>
        <w:rPr>
          <w:b/>
          <w:bCs/>
        </w:rPr>
        <w:t xml:space="preserve">labor, taken thirty scythes two days to mow.</w:t>
      </w:r>
      <w:r>
        <w:br/>
      </w:r>
      <w:r>
        <w:t xml:space="preserve">    (a) Middle Ages Europe:  a person who is bound to the land and owned with the land by the feudal lord</w:t>
      </w:r>
      <w:r>
        <w:br/>
      </w:r>
      <w:r>
        <w:t xml:space="preserve">    (b) a person who uses seemingly believable, but invalid arguments that display ingenuity in reasoning</w:t>
      </w:r>
      <w:r>
        <w:br/>
      </w:r>
      <w:r>
        <w:t xml:space="preserve">    (c) a person who tries to flatter or please someone in authority in order to gain personal advantage</w:t>
      </w:r>
    </w:p>
    <w:p>
      <w:pPr>
        <w:pStyle w:val="Compact"/>
        <w:numPr>
          <w:ilvl w:val="0"/>
          <w:numId w:val="1001"/>
        </w:numPr>
      </w:pPr>
      <w:r>
        <w:rPr>
          <w:b/>
          <w:bCs/>
        </w:rPr>
        <w:t xml:space="preserve">And besides, hard though it was for the mother to bear the dread of illness, the illnesses themselves, and the grief of seeing signs of evil</w:t>
      </w:r>
      <w:r>
        <w:rPr>
          <w:b/>
          <w:bCs/>
        </w:rPr>
        <w:t xml:space="preserve"> </w:t>
      </w:r>
      <w:r>
        <w:rPr>
          <w:b/>
          <w:bCs/>
          <w:u w:val="single"/>
        </w:rPr>
        <w:t xml:space="preserve">propensities</w:t>
      </w:r>
      <w:r>
        <w:rPr>
          <w:b/>
          <w:bCs/>
        </w:rPr>
        <w:t xml:space="preserve"> </w:t>
      </w:r>
      <w:r>
        <w:rPr>
          <w:b/>
          <w:bCs/>
        </w:rPr>
        <w:t xml:space="preserve">in her children—the children themselves were even now repaying her in small joys for her sufferings.</w:t>
      </w:r>
      <w:r>
        <w:br/>
      </w:r>
      <w:r>
        <w:t xml:space="preserve">    (a) tendency or inclination</w:t>
      </w:r>
      <w:r>
        <w:br/>
      </w:r>
      <w:r>
        <w:t xml:space="preserve">    (b) positively charged ions</w:t>
      </w:r>
      <w:r>
        <w:br/>
      </w:r>
      <w:r>
        <w:t xml:space="preserve">    (c) drawings or photographs</w:t>
      </w:r>
    </w:p>
    <w:p>
      <w:pPr>
        <w:pStyle w:val="Compact"/>
        <w:numPr>
          <w:ilvl w:val="0"/>
          <w:numId w:val="1001"/>
        </w:numPr>
      </w:pPr>
      <w:r>
        <w:rPr>
          <w:b/>
          <w:bCs/>
        </w:rPr>
        <w:t xml:space="preserve">Alexey Alexandrovitch, with the same expression of indifference, given him by his lifted eyebrows, sat down beside Darya Alexandrovna, and smiled</w:t>
      </w:r>
      <w:r>
        <w:rPr>
          <w:b/>
          <w:bCs/>
        </w:rPr>
        <w:t xml:space="preserve"> </w:t>
      </w:r>
      <w:r>
        <w:rPr>
          <w:b/>
          <w:bCs/>
          <w:u w:val="single"/>
        </w:rPr>
        <w:t xml:space="preserve">affectedly</w:t>
      </w:r>
      <w:r>
        <w:rPr>
          <w:b/>
          <w:bCs/>
        </w:rPr>
        <w:t xml:space="preserve">.</w:t>
      </w:r>
      <w:r>
        <w:br/>
      </w:r>
      <w:r>
        <w:t xml:space="preserve">    (a) in an artificial manner to make an impression</w:t>
      </w:r>
      <w:r>
        <w:br/>
      </w:r>
      <w:r>
        <w:t xml:space="preserve">    (b) in a manner that is engaging and enthusiastic</w:t>
      </w:r>
      <w:r>
        <w:br/>
      </w:r>
      <w:r>
        <w:t xml:space="preserve">    (c) to almost be so, but not so strictly speaking</w:t>
      </w:r>
    </w:p>
    <w:p>
      <w:pPr>
        <w:pStyle w:val="Compact"/>
        <w:numPr>
          <w:ilvl w:val="0"/>
          <w:numId w:val="1001"/>
        </w:numPr>
      </w:pPr>
      <w:r>
        <w:rPr>
          <w:b/>
          <w:bCs/>
        </w:rPr>
        <w:t xml:space="preserve">Stepan Arkadyevitch would have been the companion most</w:t>
      </w:r>
      <w:r>
        <w:rPr>
          <w:b/>
          <w:bCs/>
        </w:rPr>
        <w:t xml:space="preserve"> </w:t>
      </w:r>
      <w:r>
        <w:rPr>
          <w:b/>
          <w:bCs/>
          <w:u w:val="single"/>
        </w:rPr>
        <w:t xml:space="preserve">congenial</w:t>
      </w:r>
      <w:r>
        <w:rPr>
          <w:b/>
          <w:bCs/>
        </w:rPr>
        <w:t xml:space="preserve"> </w:t>
      </w:r>
      <w:r>
        <w:rPr>
          <w:b/>
          <w:bCs/>
        </w:rPr>
        <w:t xml:space="preserve">to him, but he was going out, he said, to a</w:t>
      </w:r>
      <w:r>
        <w:rPr>
          <w:b/>
          <w:bCs/>
        </w:rPr>
        <w:t xml:space="preserve"> </w:t>
      </w:r>
      <w:r>
        <w:rPr>
          <w:b/>
          <w:bCs/>
          <w:i/>
          <w:iCs/>
        </w:rPr>
        <w:t xml:space="preserve">soiree</w:t>
      </w:r>
      <w:r>
        <w:rPr>
          <w:b/>
          <w:bCs/>
        </w:rPr>
        <w:t xml:space="preserve">, in reality to the ballet.</w:t>
      </w:r>
      <w:r>
        <w:br/>
      </w:r>
      <w:r>
        <w:t xml:space="preserve">    (a) not sensible or careful</w:t>
      </w:r>
      <w:r>
        <w:br/>
      </w:r>
      <w:r>
        <w:t xml:space="preserve">    (b) unable to get closer to</w:t>
      </w:r>
      <w:r>
        <w:br/>
      </w:r>
      <w:r>
        <w:t xml:space="preserve">    (c) agreeable or compatible</w:t>
      </w:r>
    </w:p>
    <w:p>
      <w:pPr>
        <w:pStyle w:val="Compact"/>
        <w:numPr>
          <w:ilvl w:val="0"/>
          <w:numId w:val="1001"/>
        </w:numPr>
      </w:pPr>
      <w:r>
        <w:rPr>
          <w:b/>
          <w:bCs/>
        </w:rPr>
        <w:t xml:space="preserve">In the next room they were talking about some sort of machines, and</w:t>
      </w:r>
      <w:r>
        <w:rPr>
          <w:b/>
          <w:bCs/>
        </w:rPr>
        <w:t xml:space="preserve"> </w:t>
      </w:r>
      <w:r>
        <w:rPr>
          <w:b/>
          <w:bCs/>
          <w:u w:val="single"/>
        </w:rPr>
        <w:t xml:space="preserve">swindling</w:t>
      </w:r>
      <w:r>
        <w:rPr>
          <w:b/>
          <w:bCs/>
        </w:rPr>
        <w:t xml:space="preserve">, and coughing their morning coughs.</w:t>
      </w:r>
      <w:r>
        <w:br/>
      </w:r>
      <w:r>
        <w:t xml:space="preserve">    (a) controlling in advance (how something will turn out)</w:t>
      </w:r>
      <w:r>
        <w:br/>
      </w:r>
      <w:r>
        <w:t xml:space="preserve">    (b) holding together (connecting or uniting) or wrapping</w:t>
      </w:r>
      <w:r>
        <w:br/>
      </w:r>
      <w:r>
        <w:t xml:space="preserve">    (c) tricking or cheating someone -- usually to get money</w:t>
      </w:r>
    </w:p>
    <w:p>
      <w:pPr>
        <w:pStyle w:val="Compact"/>
        <w:numPr>
          <w:ilvl w:val="0"/>
          <w:numId w:val="1001"/>
        </w:numPr>
      </w:pPr>
      <w:r>
        <w:rPr>
          <w:b/>
          <w:bCs/>
        </w:rPr>
        <w:t xml:space="preserve">"Make haste with the ice!" the doctor's</w:t>
      </w:r>
      <w:r>
        <w:rPr>
          <w:b/>
          <w:bCs/>
        </w:rPr>
        <w:t xml:space="preserve"> </w:t>
      </w:r>
      <w:r>
        <w:rPr>
          <w:b/>
          <w:bCs/>
          <w:u w:val="single"/>
        </w:rPr>
        <w:t xml:space="preserve">peremptory</w:t>
      </w:r>
      <w:r>
        <w:rPr>
          <w:b/>
          <w:bCs/>
        </w:rPr>
        <w:t xml:space="preserve"> </w:t>
      </w:r>
      <w:r>
        <w:rPr>
          <w:b/>
          <w:bCs/>
        </w:rPr>
        <w:t xml:space="preserve">voice said from the bedroom.</w:t>
      </w:r>
      <w:r>
        <w:br/>
      </w:r>
      <w:r>
        <w:t xml:space="preserve">    (a) not allowing contradiction or refusal</w:t>
      </w:r>
      <w:r>
        <w:br/>
      </w:r>
      <w:r>
        <w:t xml:space="preserve">    (b) able to be restored to good condition</w:t>
      </w:r>
      <w:r>
        <w:br/>
      </w:r>
      <w:r>
        <w:t xml:space="preserve">    (c) not bouncing back light/heat/sound...</w:t>
      </w:r>
    </w:p>
    <w:p>
      <w:pPr>
        <w:pStyle w:val="Compact"/>
        <w:numPr>
          <w:ilvl w:val="0"/>
          <w:numId w:val="1001"/>
        </w:numPr>
      </w:pPr>
      <w:r>
        <w:rPr>
          <w:b/>
          <w:bCs/>
        </w:rPr>
        <w:t xml:space="preserve">But to think of anything</w:t>
      </w:r>
      <w:r>
        <w:rPr>
          <w:b/>
          <w:bCs/>
        </w:rPr>
        <w:t xml:space="preserve"> </w:t>
      </w:r>
      <w:r>
        <w:rPr>
          <w:b/>
          <w:bCs/>
          <w:u w:val="single"/>
        </w:rPr>
        <w:t xml:space="preserve">extraneous</w:t>
      </w:r>
      <w:r>
        <w:rPr>
          <w:b/>
          <w:bCs/>
        </w:rPr>
        <w:t xml:space="preserve"> </w:t>
      </w:r>
      <w:r>
        <w:rPr>
          <w:b/>
          <w:bCs/>
        </w:rPr>
        <w:t xml:space="preserve">was an agonizing effort.</w:t>
      </w:r>
      <w:r>
        <w:br/>
      </w:r>
      <w:r>
        <w:t xml:space="preserve">    (a) not relevant or important to the matter under consideration</w:t>
      </w:r>
      <w:r>
        <w:br/>
      </w:r>
      <w:r>
        <w:t xml:space="preserve">    (b) the degree or quality of being exactly vertical or straight</w:t>
      </w:r>
      <w:r>
        <w:br/>
      </w:r>
      <w:r>
        <w:t xml:space="preserve">    (c) tendency to be direct in a disagreeable, insensitive manner</w:t>
      </w:r>
    </w:p>
    <w:p>
      <w:pPr>
        <w:pStyle w:val="Compact"/>
        <w:numPr>
          <w:ilvl w:val="0"/>
          <w:numId w:val="1001"/>
        </w:numPr>
      </w:pPr>
      <w:r>
        <w:rPr>
          <w:b/>
          <w:bCs/>
        </w:rPr>
        <w:t xml:space="preserve">"A more determined enemy of</w:t>
      </w:r>
      <w:r>
        <w:rPr>
          <w:b/>
          <w:bCs/>
        </w:rPr>
        <w:t xml:space="preserve"> </w:t>
      </w:r>
      <w:r>
        <w:rPr>
          <w:b/>
          <w:bCs/>
          <w:u w:val="single"/>
        </w:rPr>
        <w:t xml:space="preserve">matrimony</w:t>
      </w:r>
      <w:r>
        <w:rPr>
          <w:b/>
          <w:bCs/>
        </w:rPr>
        <w:t xml:space="preserve"> </w:t>
      </w:r>
      <w:r>
        <w:rPr>
          <w:b/>
          <w:bCs/>
        </w:rPr>
        <w:t xml:space="preserve">than you I never saw," said Sergey Ivanovitch.</w:t>
      </w:r>
      <w:r>
        <w:br/>
      </w:r>
      <w:r>
        <w:t xml:space="preserve">    (a) disorder</w:t>
      </w:r>
      <w:r>
        <w:br/>
      </w:r>
      <w:r>
        <w:t xml:space="preserve">    (b) marriage</w:t>
      </w:r>
      <w:r>
        <w:br/>
      </w:r>
      <w:r>
        <w:t xml:space="preserve">    (c) reporter</w:t>
      </w:r>
    </w:p>
    <w:p>
      <w:pPr>
        <w:pStyle w:val="Compact"/>
        <w:numPr>
          <w:ilvl w:val="0"/>
          <w:numId w:val="1001"/>
        </w:numPr>
      </w:pPr>
      <w:r>
        <w:rPr>
          <w:b/>
          <w:bCs/>
        </w:rPr>
        <w:t xml:space="preserve">But Vronsky was startled and annoyed by the nervous</w:t>
      </w:r>
      <w:r>
        <w:rPr>
          <w:b/>
          <w:bCs/>
        </w:rPr>
        <w:t xml:space="preserve"> </w:t>
      </w:r>
      <w:r>
        <w:rPr>
          <w:b/>
          <w:bCs/>
          <w:u w:val="single"/>
        </w:rPr>
        <w:t xml:space="preserve">irascibility</w:t>
      </w:r>
      <w:r>
        <w:rPr>
          <w:b/>
          <w:bCs/>
        </w:rPr>
        <w:t xml:space="preserve"> </w:t>
      </w:r>
      <w:r>
        <w:rPr>
          <w:b/>
          <w:bCs/>
        </w:rPr>
        <w:t xml:space="preserve">with which Golenishtchev talked of the subject that engrossed him.</w:t>
      </w:r>
      <w:r>
        <w:br/>
      </w:r>
      <w:r>
        <w:t xml:space="preserve">    (a) small kitchens</w:t>
      </w:r>
      <w:r>
        <w:br/>
      </w:r>
      <w:r>
        <w:t xml:space="preserve">    (b) easily angered</w:t>
      </w:r>
      <w:r>
        <w:br/>
      </w:r>
      <w:r>
        <w:t xml:space="preserve">    (c) gets closer to</w:t>
      </w:r>
    </w:p>
    <w:p>
      <w:pPr>
        <w:pStyle w:val="Compact"/>
        <w:numPr>
          <w:ilvl w:val="0"/>
          <w:numId w:val="1001"/>
        </w:numPr>
      </w:pPr>
      <w:r>
        <w:rPr>
          <w:b/>
          <w:bCs/>
        </w:rPr>
        <w:t xml:space="preserve">He had hitherto taken up a cold and even</w:t>
      </w:r>
      <w:r>
        <w:rPr>
          <w:b/>
          <w:bCs/>
        </w:rPr>
        <w:t xml:space="preserve"> </w:t>
      </w:r>
      <w:r>
        <w:rPr>
          <w:b/>
          <w:bCs/>
          <w:u w:val="single"/>
        </w:rPr>
        <w:t xml:space="preserve">antagonistic</w:t>
      </w:r>
      <w:r>
        <w:rPr>
          <w:b/>
          <w:bCs/>
        </w:rPr>
        <w:t xml:space="preserve"> </w:t>
      </w:r>
      <w:r>
        <w:rPr>
          <w:b/>
          <w:bCs/>
        </w:rPr>
        <w:t xml:space="preserve">attitude to this new doctrine, and with Countess Lidia Ivanovna, who had been carried away by it, he had never argued, but by silence had assiduously parried her attempts to provoke him into argument.</w:t>
      </w:r>
      <w:r>
        <w:br/>
      </w:r>
      <w:r>
        <w:t xml:space="preserve">    (a) without boundaries or limits</w:t>
      </w:r>
      <w:r>
        <w:br/>
      </w:r>
      <w:r>
        <w:t xml:space="preserve">    (b) not good at making decisions</w:t>
      </w:r>
      <w:r>
        <w:br/>
      </w:r>
      <w:r>
        <w:t xml:space="preserve">    (c) with opposition or hostility</w:t>
      </w:r>
    </w:p>
    <w:p>
      <w:pPr>
        <w:pStyle w:val="Compact"/>
        <w:numPr>
          <w:ilvl w:val="0"/>
          <w:numId w:val="1001"/>
        </w:numPr>
      </w:pPr>
      <w:r>
        <w:rPr>
          <w:b/>
          <w:bCs/>
        </w:rPr>
        <w:t xml:space="preserve">You're over the</w:t>
      </w:r>
      <w:r>
        <w:rPr>
          <w:b/>
          <w:bCs/>
        </w:rPr>
        <w:t xml:space="preserve"> </w:t>
      </w:r>
      <w:r>
        <w:rPr>
          <w:b/>
          <w:bCs/>
          <w:u w:val="single"/>
        </w:rPr>
        <w:t xml:space="preserve">ecclesiastical</w:t>
      </w:r>
      <w:r>
        <w:rPr>
          <w:b/>
          <w:bCs/>
        </w:rPr>
        <w:t xml:space="preserve"> </w:t>
      </w:r>
      <w:r>
        <w:rPr>
          <w:b/>
          <w:bCs/>
        </w:rPr>
        <w:t xml:space="preserve">department.</w:t>
      </w:r>
      <w:r>
        <w:br/>
      </w:r>
      <w:r>
        <w:t xml:space="preserve">    (a) the state of being awake</w:t>
      </w:r>
      <w:r>
        <w:br/>
      </w:r>
      <w:r>
        <w:t xml:space="preserve">    (b) associated with a church</w:t>
      </w:r>
      <w:r>
        <w:br/>
      </w:r>
      <w:r>
        <w:t xml:space="preserve">    (c) able to take on or adopt</w:t>
      </w:r>
    </w:p>
    <w:p>
      <w:pPr>
        <w:pStyle w:val="Compact"/>
        <w:numPr>
          <w:ilvl w:val="0"/>
          <w:numId w:val="1001"/>
        </w:numPr>
      </w:pPr>
      <w:r>
        <w:rPr>
          <w:b/>
          <w:bCs/>
        </w:rPr>
        <w:t xml:space="preserve">She did not want strife, she blamed him for wanting to quarrel, but unconsciously put herself into an attitude of</w:t>
      </w:r>
      <w:r>
        <w:rPr>
          <w:b/>
          <w:bCs/>
        </w:rPr>
        <w:t xml:space="preserve"> </w:t>
      </w:r>
      <w:r>
        <w:rPr>
          <w:b/>
          <w:bCs/>
          <w:u w:val="single"/>
        </w:rPr>
        <w:t xml:space="preserve">antagonism</w:t>
      </w:r>
      <w:r>
        <w:rPr>
          <w:b/>
          <w:bCs/>
        </w:rPr>
        <w:t xml:space="preserve">.</w:t>
      </w:r>
      <w:r>
        <w:br/>
      </w:r>
      <w:r>
        <w:t xml:space="preserve">    (a) hostility or opposition</w:t>
      </w:r>
      <w:r>
        <w:br/>
      </w:r>
      <w:r>
        <w:t xml:space="preserve">    (b) positive attitude</w:t>
      </w:r>
      <w:r>
        <w:br/>
      </w:r>
      <w:r>
        <w:t xml:space="preserve">    (c) kindness</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2026-07-31T14:39:09Z</dcterms:created>
  <dcterms:modified xsi:type="dcterms:W3CDTF">2026-07-31T14:39:09Z</dcterms:modified>
</cp:coreProperties>
</file>

<file path=docProps/custom.xml><?xml version="1.0" encoding="utf-8"?>
<Properties xmlns="http://schemas.openxmlformats.org/officeDocument/2006/custom-properties" xmlns:vt="http://schemas.openxmlformats.org/officeDocument/2006/docPropsVTypes"/>
</file>