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b188b6b94f4b234aa8f74eea907bac12d708071"/>
    <w:p>
      <w:pPr>
        <w:pStyle w:val="Heading1"/>
      </w:pPr>
      <w:r>
        <w:rPr>
          <w:b/>
          <w:bCs/>
        </w:rPr>
        <w:t xml:space="preserve">Animal Farm</w:t>
      </w:r>
      <w:r>
        <w:br/>
      </w:r>
      <w:r>
        <w:rPr>
          <w:i/>
          <w:iCs/>
        </w:rPr>
        <w:t xml:space="preserve">George Orwell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advocates</w:t>
      </w:r>
      <w:r>
        <w:rPr>
          <w:b/>
          <w:bCs/>
        </w:rPr>
        <w:t xml:space="preserve"> </w:t>
      </w:r>
      <w:r>
        <w:rPr>
          <w:b/>
          <w:bCs/>
        </w:rPr>
        <w:t xml:space="preserve">giving all students the opportunity to attend school in the summer too.</w:t>
      </w:r>
      <w:r>
        <w:br/>
      </w:r>
      <w:r>
        <w:t xml:space="preserve">    (a) researches</w:t>
      </w:r>
      <w:r>
        <w:br/>
      </w:r>
      <w:r>
        <w:t xml:space="preserve">    (b) is against</w:t>
      </w:r>
      <w:r>
        <w:br/>
      </w:r>
      <w:r>
        <w:t xml:space="preserve">    (c) supports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detective had no concrete evidence, but he began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assume</w:t>
      </w:r>
      <w:r>
        <w:rPr>
          <w:b/>
          <w:bCs/>
        </w:rPr>
        <w:t xml:space="preserve"> </w:t>
      </w:r>
      <w:r>
        <w:rPr>
          <w:b/>
          <w:bCs/>
        </w:rPr>
        <w:t xml:space="preserve">the suspect was hiding something based on his evasive answers.</w:t>
      </w:r>
      <w:r>
        <w:br/>
      </w:r>
      <w:r>
        <w:t xml:space="preserve">    (a) wonder if</w:t>
      </w:r>
      <w:r>
        <w:br/>
      </w:r>
      <w:r>
        <w:t xml:space="preserve">    (b) prove</w:t>
      </w:r>
      <w:r>
        <w:br/>
      </w:r>
      <w:r>
        <w:t xml:space="preserve">    (c) believe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 she adopted the baby boy, 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assumed</w:t>
      </w:r>
      <w:r>
        <w:rPr>
          <w:b/>
          <w:bCs/>
        </w:rPr>
        <w:t xml:space="preserve"> </w:t>
      </w:r>
      <w:r>
        <w:rPr>
          <w:b/>
          <w:bCs/>
        </w:rPr>
        <w:t xml:space="preserve">responsibility for taking care of him.</w:t>
      </w:r>
      <w:r>
        <w:br/>
      </w:r>
      <w:r>
        <w:t xml:space="preserve">    (a) investigated</w:t>
      </w:r>
      <w:r>
        <w:br/>
      </w:r>
      <w:r>
        <w:t xml:space="preserve">    (b) took</w:t>
      </w:r>
      <w:r>
        <w:br/>
      </w:r>
      <w:r>
        <w:t xml:space="preserve">    (c) ignored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use an electronic keyboard to help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compose</w:t>
      </w:r>
      <w:r>
        <w:rPr>
          <w:b/>
          <w:bCs/>
        </w:rPr>
        <w:t xml:space="preserve"> </w:t>
      </w:r>
      <w:r>
        <w:rPr>
          <w:b/>
          <w:bCs/>
        </w:rPr>
        <w:t xml:space="preserve">music.</w:t>
      </w:r>
      <w:r>
        <w:br/>
      </w:r>
      <w:r>
        <w:t xml:space="preserve">    (a) play</w:t>
      </w:r>
      <w:r>
        <w:br/>
      </w:r>
      <w:r>
        <w:t xml:space="preserve">    (b) listen to</w:t>
      </w:r>
      <w:r>
        <w:br/>
      </w:r>
      <w:r>
        <w:t xml:space="preserve">    (c) write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We're trying to choose between two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contrary</w:t>
      </w:r>
      <w:r>
        <w:rPr>
          <w:b/>
          <w:bCs/>
        </w:rPr>
        <w:t xml:space="preserve"> </w:t>
      </w:r>
      <w:r>
        <w:rPr>
          <w:b/>
          <w:bCs/>
        </w:rPr>
        <w:t xml:space="preserve">solutions.</w:t>
      </w:r>
      <w:r>
        <w:br/>
      </w:r>
      <w:r>
        <w:t xml:space="preserve">    (a) imperfect</w:t>
      </w:r>
      <w:r>
        <w:br/>
      </w:r>
      <w:r>
        <w:t xml:space="preserve">    (b) different</w:t>
      </w:r>
      <w:r>
        <w:br/>
      </w:r>
      <w:r>
        <w:t xml:space="preserve">    (c) unfriendly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will not allow members to act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contrary to</w:t>
      </w:r>
      <w:r>
        <w:rPr>
          <w:b/>
          <w:bCs/>
        </w:rPr>
        <w:t xml:space="preserve"> </w:t>
      </w:r>
      <w:r>
        <w:rPr>
          <w:b/>
          <w:bCs/>
        </w:rPr>
        <w:t xml:space="preserve">our code of ethics.</w:t>
      </w:r>
      <w:r>
        <w:br/>
      </w:r>
      <w:r>
        <w:t xml:space="preserve">    (a) prior to creating</w:t>
      </w:r>
      <w:r>
        <w:br/>
      </w:r>
      <w:r>
        <w:t xml:space="preserve">    (b) in opposition to</w:t>
      </w:r>
      <w:r>
        <w:br/>
      </w:r>
      <w:r>
        <w:t xml:space="preserve">    (c) without understanding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will not pay you for the work.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On the contrary</w:t>
      </w:r>
      <w:r>
        <w:rPr>
          <w:b/>
          <w:bCs/>
        </w:rPr>
        <w:t xml:space="preserve">, I may sue you for damages.</w:t>
      </w:r>
      <w:r>
        <w:br/>
      </w:r>
      <w:r>
        <w:t xml:space="preserve">    (a) not only that (strengthening denial of payment)</w:t>
      </w:r>
      <w:r>
        <w:br/>
      </w:r>
      <w:r>
        <w:t xml:space="preserve">    (b) in spite of that (even though not paying)</w:t>
      </w:r>
      <w:r>
        <w:br/>
      </w:r>
      <w:r>
        <w:t xml:space="preserve">    (c) regardless of that (unrelated to not paying)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medal is given only to a few who have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demonstrated</w:t>
      </w:r>
      <w:r>
        <w:rPr>
          <w:b/>
          <w:bCs/>
        </w:rPr>
        <w:t xml:space="preserve"> </w:t>
      </w:r>
      <w:r>
        <w:rPr>
          <w:b/>
          <w:bCs/>
        </w:rPr>
        <w:t xml:space="preserve">extraordinary courage while defending their country.</w:t>
      </w:r>
      <w:r>
        <w:br/>
      </w:r>
      <w:r>
        <w:t xml:space="preserve">    (a) protested</w:t>
      </w:r>
      <w:r>
        <w:br/>
      </w:r>
      <w:r>
        <w:t xml:space="preserve">    (b) shown</w:t>
      </w:r>
      <w:r>
        <w:br/>
      </w:r>
      <w:r>
        <w:t xml:space="preserve">    (c) encouraged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students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demonstrated</w:t>
      </w:r>
      <w:r>
        <w:rPr>
          <w:b/>
          <w:bCs/>
        </w:rPr>
        <w:t xml:space="preserve"> </w:t>
      </w:r>
      <w:r>
        <w:rPr>
          <w:b/>
          <w:bCs/>
        </w:rPr>
        <w:t xml:space="preserve">against limitations on free speech.</w:t>
      </w:r>
      <w:r>
        <w:br/>
      </w:r>
      <w:r>
        <w:t xml:space="preserve">    (a) protested</w:t>
      </w:r>
      <w:r>
        <w:br/>
      </w:r>
      <w:r>
        <w:t xml:space="preserve">    (b) signed petitions</w:t>
      </w:r>
      <w:r>
        <w:br/>
      </w:r>
      <w:r>
        <w:t xml:space="preserve">    (c) spoke eloquently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determined</w:t>
      </w:r>
      <w:r>
        <w:rPr>
          <w:b/>
          <w:bCs/>
        </w:rPr>
        <w:t xml:space="preserve"> </w:t>
      </w:r>
      <w:r>
        <w:rPr>
          <w:b/>
          <w:bCs/>
        </w:rPr>
        <w:t xml:space="preserve">to find a cure for the disease.</w:t>
      </w:r>
      <w:r>
        <w:br/>
      </w:r>
      <w:r>
        <w:t xml:space="preserve">    (a) without hope</w:t>
      </w:r>
      <w:r>
        <w:br/>
      </w:r>
      <w:r>
        <w:t xml:space="preserve">    (b) hoping</w:t>
      </w:r>
      <w:r>
        <w:br/>
      </w:r>
      <w:r>
        <w:t xml:space="preserve">    (c) firmly planning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determined</w:t>
      </w:r>
      <w:r>
        <w:rPr>
          <w:b/>
          <w:bCs/>
        </w:rPr>
        <w:t xml:space="preserve"> </w:t>
      </w:r>
      <w:r>
        <w:rPr>
          <w:b/>
          <w:bCs/>
        </w:rPr>
        <w:t xml:space="preserve">that there was an error in the calculation.</w:t>
      </w:r>
      <w:r>
        <w:br/>
      </w:r>
      <w:r>
        <w:t xml:space="preserve">    (a) discovered</w:t>
      </w:r>
      <w:r>
        <w:br/>
      </w:r>
      <w:r>
        <w:t xml:space="preserve">    (b) incorrectly believed</w:t>
      </w:r>
      <w:r>
        <w:br/>
      </w:r>
      <w:r>
        <w:t xml:space="preserve">    (c) insisted stubbornly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her behavior does not improve, she could face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expulsion</w:t>
      </w:r>
      <w:r>
        <w:rPr>
          <w:b/>
          <w:bCs/>
        </w:rPr>
        <w:t xml:space="preserve"> </w:t>
      </w:r>
      <w:r>
        <w:rPr>
          <w:b/>
          <w:bCs/>
        </w:rPr>
        <w:t xml:space="preserve">from school.</w:t>
      </w:r>
      <w:r>
        <w:br/>
      </w:r>
      <w:r>
        <w:t xml:space="preserve">    (a) serious punishment</w:t>
      </w:r>
      <w:r>
        <w:br/>
      </w:r>
      <w:r>
        <w:t xml:space="preserve">    (b) having to repeat a grade</w:t>
      </w:r>
      <w:r>
        <w:br/>
      </w:r>
      <w:r>
        <w:t xml:space="preserve">    (c) being forcing to leave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incident led to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ignominious</w:t>
      </w:r>
      <w:r>
        <w:rPr>
          <w:b/>
          <w:bCs/>
        </w:rPr>
        <w:t xml:space="preserve"> </w:t>
      </w:r>
      <w:r>
        <w:rPr>
          <w:b/>
          <w:bCs/>
        </w:rPr>
        <w:t xml:space="preserve">departure from political office.</w:t>
      </w:r>
      <w:r>
        <w:br/>
      </w:r>
      <w:r>
        <w:t xml:space="preserve">    (a) disgraceful</w:t>
      </w:r>
      <w:r>
        <w:br/>
      </w:r>
      <w:r>
        <w:t xml:space="preserve">    (b) quick</w:t>
      </w:r>
      <w:r>
        <w:br/>
      </w:r>
      <w:r>
        <w:t xml:space="preserve">    (c) eventual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loves him.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Nevertheless</w:t>
      </w:r>
      <w:r>
        <w:rPr>
          <w:b/>
          <w:bCs/>
        </w:rPr>
        <w:t xml:space="preserve">, she is determined to stop seeing him unless he stops drinking.</w:t>
      </w:r>
      <w:r>
        <w:br/>
      </w:r>
      <w:r>
        <w:t xml:space="preserve">    (a) despite that</w:t>
      </w:r>
      <w:r>
        <w:br/>
      </w:r>
      <w:r>
        <w:t xml:space="preserve">    (b) in addition</w:t>
      </w:r>
      <w:r>
        <w:br/>
      </w:r>
      <w:r>
        <w:t xml:space="preserve">    (c) also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Attending a funeral helps me to put life into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perspective</w:t>
      </w:r>
      <w:r>
        <w:rPr>
          <w:b/>
          <w:bCs/>
        </w:rPr>
        <w:t xml:space="preserve"> </w:t>
      </w:r>
      <w:r>
        <w:rPr>
          <w:b/>
          <w:bCs/>
        </w:rPr>
        <w:t xml:space="preserve">and to separate the important things from those that are less important.</w:t>
      </w:r>
      <w:r>
        <w:br/>
      </w:r>
      <w:r>
        <w:t xml:space="preserve">    (a) a limited view</w:t>
      </w:r>
      <w:r>
        <w:br/>
      </w:r>
      <w:r>
        <w:t xml:space="preserve">    (b) a sensible view</w:t>
      </w:r>
      <w:r>
        <w:br/>
      </w:r>
      <w:r>
        <w:t xml:space="preserve">    (c) a positive view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During the Second World War, products such as food and gasoline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rationed</w:t>
      </w:r>
      <w:r>
        <w:rPr>
          <w:b/>
          <w:bCs/>
        </w:rPr>
        <w:t xml:space="preserve"> </w:t>
      </w:r>
      <w:r>
        <w:rPr>
          <w:b/>
          <w:bCs/>
        </w:rPr>
        <w:t xml:space="preserve">in the United States, so more resources could be devoted to the war effort.</w:t>
      </w:r>
      <w:r>
        <w:br/>
      </w:r>
      <w:r>
        <w:t xml:space="preserve">    (a) imported in small amounts from many countries</w:t>
      </w:r>
      <w:r>
        <w:br/>
      </w:r>
      <w:r>
        <w:t xml:space="preserve">    (b) set at a high price only the military could afford</w:t>
      </w:r>
      <w:r>
        <w:br/>
      </w:r>
      <w:r>
        <w:t xml:space="preserve">    (c) restricted in the amount each person could have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Congress passed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resolution</w:t>
      </w:r>
      <w:r>
        <w:rPr>
          <w:b/>
          <w:bCs/>
        </w:rPr>
        <w:t xml:space="preserve"> </w:t>
      </w:r>
      <w:r>
        <w:rPr>
          <w:b/>
          <w:bCs/>
        </w:rPr>
        <w:t xml:space="preserve">supporting the country's right to defend itself.</w:t>
      </w:r>
      <w:r>
        <w:br/>
      </w:r>
      <w:r>
        <w:t xml:space="preserve">    (a) law</w:t>
      </w:r>
      <w:r>
        <w:br/>
      </w:r>
      <w:r>
        <w:t xml:space="preserve">    (b) budget allocation</w:t>
      </w:r>
      <w:r>
        <w:br/>
      </w:r>
      <w:r>
        <w:t xml:space="preserve">    (c) statement of opinion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Through many years and hardships,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resolution</w:t>
      </w:r>
      <w:r>
        <w:rPr>
          <w:b/>
          <w:bCs/>
        </w:rPr>
        <w:t xml:space="preserve"> </w:t>
      </w:r>
      <w:r>
        <w:rPr>
          <w:b/>
          <w:bCs/>
        </w:rPr>
        <w:t xml:space="preserve">to serve the poor never wavered.</w:t>
      </w:r>
      <w:r>
        <w:br/>
      </w:r>
      <w:r>
        <w:t xml:space="preserve">    (a) way (solution)</w:t>
      </w:r>
      <w:r>
        <w:br/>
      </w:r>
      <w:r>
        <w:t xml:space="preserve">    (b) ability</w:t>
      </w:r>
      <w:r>
        <w:br/>
      </w:r>
      <w:r>
        <w:t xml:space="preserve">    (c) determination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loss she felt when her husband died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tempered</w:t>
      </w:r>
      <w:r>
        <w:rPr>
          <w:b/>
          <w:bCs/>
        </w:rPr>
        <w:t xml:space="preserve"> </w:t>
      </w:r>
      <w:r>
        <w:rPr>
          <w:b/>
          <w:bCs/>
        </w:rPr>
        <w:t xml:space="preserve">by the joy of her new grandchild.</w:t>
      </w:r>
      <w:r>
        <w:br/>
      </w:r>
      <w:r>
        <w:t xml:space="preserve">    (a) forgotten</w:t>
      </w:r>
      <w:r>
        <w:br/>
      </w:r>
      <w:r>
        <w:t xml:space="preserve">    (b) contrasted</w:t>
      </w:r>
      <w:r>
        <w:br/>
      </w:r>
      <w:r>
        <w:t xml:space="preserve">    (c) made less extreme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traced</w:t>
      </w:r>
      <w:r>
        <w:rPr>
          <w:b/>
          <w:bCs/>
        </w:rPr>
        <w:t xml:space="preserve"> </w:t>
      </w:r>
      <w:r>
        <w:rPr>
          <w:b/>
          <w:bCs/>
        </w:rPr>
        <w:t xml:space="preserve">the illnesses back to a single restaurant.</w:t>
      </w:r>
      <w:r>
        <w:br/>
      </w:r>
      <w:r>
        <w:t xml:space="preserve">    (a) followed</w:t>
      </w:r>
      <w:r>
        <w:br/>
      </w:r>
      <w:r>
        <w:t xml:space="preserve">    (b) turned</w:t>
      </w:r>
      <w:r>
        <w:br/>
      </w:r>
      <w:r>
        <w:t xml:space="preserve">    (c) pushed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2026-07-31T14:19:49Z</dcterms:created>
  <dcterms:modified xsi:type="dcterms:W3CDTF">2026-07-31T14:19:49Z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