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e7421c883418293c3038394cebb2674e1dd333"/>
    <w:p>
      <w:pPr>
        <w:pStyle w:val="Heading1"/>
      </w:pPr>
      <w:r>
        <w:rPr>
          <w:b/>
          <w:bCs/>
        </w:rPr>
        <w:t xml:space="preserve">Animal Farm</w:t>
      </w:r>
      <w:r>
        <w:br/>
      </w:r>
      <w:r>
        <w:rPr>
          <w:i/>
          <w:iCs/>
        </w:rPr>
        <w:t xml:space="preserve">George Orwell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Until she learned to motivate herself,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led to bad grades.</w:t>
      </w:r>
      <w:r>
        <w:br/>
      </w:r>
      <w:r>
        <w:t xml:space="preserve">    (a) lack of interest</w:t>
      </w:r>
      <w:r>
        <w:br/>
      </w:r>
      <w:r>
        <w:t xml:space="preserve">    (b) lack of ability</w:t>
      </w:r>
      <w:r>
        <w:br/>
      </w:r>
      <w:r>
        <w:t xml:space="preserve">    (c) distraction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 </w:t>
      </w:r>
      <w:r>
        <w:rPr>
          <w:b/>
          <w:bCs/>
        </w:rPr>
        <w:t xml:space="preserve">her success to hard work.</w:t>
      </w:r>
      <w:r>
        <w:br/>
      </w:r>
      <w:r>
        <w:t xml:space="preserve">    (a) gives money for</w:t>
      </w:r>
      <w:r>
        <w:br/>
      </w:r>
      <w:r>
        <w:t xml:space="preserve">    (b) gives credit for</w:t>
      </w:r>
      <w:r>
        <w:br/>
      </w:r>
      <w:r>
        <w:t xml:space="preserve">    (c) gives help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her usual unworried,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blithe</w:t>
      </w:r>
      <w:r>
        <w:rPr>
          <w:b/>
          <w:bCs/>
        </w:rPr>
        <w:t xml:space="preserve"> </w:t>
      </w:r>
      <w:r>
        <w:rPr>
          <w:b/>
          <w:bCs/>
        </w:rPr>
        <w:t xml:space="preserve">self.</w:t>
      </w:r>
      <w:r>
        <w:br/>
      </w:r>
      <w:r>
        <w:t xml:space="preserve">    (a) busy and distracted</w:t>
      </w:r>
      <w:r>
        <w:br/>
      </w:r>
      <w:r>
        <w:t xml:space="preserve">    (b) carefree and happy</w:t>
      </w:r>
      <w:r>
        <w:br/>
      </w:r>
      <w:r>
        <w:t xml:space="preserve">    (c) sleepy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compromise that was announced, amounted to complete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capitulation</w:t>
      </w:r>
      <w:r>
        <w:rPr>
          <w:b/>
          <w:bCs/>
        </w:rPr>
        <w:t xml:space="preserve"> </w:t>
      </w:r>
      <w:r>
        <w:rPr>
          <w:b/>
          <w:bCs/>
        </w:rPr>
        <w:t xml:space="preserve">on the part of the company.</w:t>
      </w:r>
      <w:r>
        <w:br/>
      </w:r>
      <w:r>
        <w:t xml:space="preserve">    (a) victory</w:t>
      </w:r>
      <w:r>
        <w:br/>
      </w:r>
      <w:r>
        <w:t xml:space="preserve">    (b) compromise</w:t>
      </w:r>
      <w:r>
        <w:br/>
      </w:r>
      <w:r>
        <w:t xml:space="preserve">    (c) surrender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spite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of her colleagues, she believed she had done the right thing.</w:t>
      </w:r>
      <w:r>
        <w:br/>
      </w:r>
      <w:r>
        <w:t xml:space="preserve">    (a) criticism</w:t>
      </w:r>
      <w:r>
        <w:br/>
      </w:r>
      <w:r>
        <w:t xml:space="preserve">    (b) disinterest</w:t>
      </w:r>
      <w:r>
        <w:br/>
      </w:r>
      <w:r>
        <w:t xml:space="preserve">    (c)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suspect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complicity</w:t>
      </w:r>
      <w:r>
        <w:rPr>
          <w:b/>
          <w:bCs/>
        </w:rPr>
        <w:t xml:space="preserve"> </w:t>
      </w:r>
      <w:r>
        <w:rPr>
          <w:b/>
          <w:bCs/>
        </w:rPr>
        <w:t xml:space="preserve">of top officials.</w:t>
      </w:r>
      <w:r>
        <w:br/>
      </w:r>
      <w:r>
        <w:t xml:space="preserve">    (a) involvement</w:t>
      </w:r>
      <w:r>
        <w:br/>
      </w:r>
      <w:r>
        <w:t xml:space="preserve">    (b) ignorance</w:t>
      </w:r>
      <w:r>
        <w:br/>
      </w:r>
      <w:r>
        <w:t xml:space="preserve">    (c) innocence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contemptible</w:t>
      </w:r>
      <w:r>
        <w:rPr>
          <w:b/>
          <w:bCs/>
        </w:rPr>
        <w:t xml:space="preserve"> </w:t>
      </w:r>
      <w:r>
        <w:rPr>
          <w:b/>
          <w:bCs/>
        </w:rPr>
        <w:t xml:space="preserve">liar.</w:t>
      </w:r>
      <w:r>
        <w:br/>
      </w:r>
      <w:r>
        <w:t xml:space="preserve">    (a) good (at pretending)</w:t>
      </w:r>
      <w:r>
        <w:br/>
      </w:r>
      <w:r>
        <w:t xml:space="preserve">    (b) unreliable</w:t>
      </w:r>
      <w:r>
        <w:br/>
      </w:r>
      <w:r>
        <w:t xml:space="preserve">    (c) deserving no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harbors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towards her ex-husband.</w:t>
      </w:r>
      <w:r>
        <w:br/>
      </w:r>
      <w:r>
        <w:t xml:space="preserve">    (a) hatred</w:t>
      </w:r>
      <w:r>
        <w:br/>
      </w:r>
      <w:r>
        <w:t xml:space="preserve">    (b) love</w:t>
      </w:r>
      <w:r>
        <w:br/>
      </w:r>
      <w:r>
        <w:t xml:space="preserve">    (c) disrespect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found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ensconced</w:t>
      </w:r>
      <w:r>
        <w:rPr>
          <w:b/>
          <w:bCs/>
        </w:rPr>
        <w:t xml:space="preserve"> </w:t>
      </w:r>
      <w:r>
        <w:rPr>
          <w:b/>
          <w:bCs/>
        </w:rPr>
        <w:t xml:space="preserve">in her new offices at the United Nations.</w:t>
      </w:r>
      <w:r>
        <w:br/>
      </w:r>
      <w:r>
        <w:t xml:space="preserve">    (a) working hard</w:t>
      </w:r>
      <w:r>
        <w:br/>
      </w:r>
      <w:r>
        <w:t xml:space="preserve">    (b) hiding</w:t>
      </w:r>
      <w:r>
        <w:br/>
      </w:r>
      <w:r>
        <w:t xml:space="preserve">    (c) settled comfortably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Federal Reserve Chairman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</w:t>
      </w:r>
      <w:r>
        <w:rPr>
          <w:b/>
          <w:bCs/>
        </w:rPr>
        <w:t xml:space="preserve"> </w:t>
      </w:r>
      <w:r>
        <w:rPr>
          <w:b/>
          <w:bCs/>
        </w:rPr>
        <w:t xml:space="preserve">on the inflation outlook.</w:t>
      </w:r>
      <w:r>
        <w:br/>
      </w:r>
      <w:r>
        <w:t xml:space="preserve">    (a) discuss in detail</w:t>
      </w:r>
      <w:r>
        <w:br/>
      </w:r>
      <w:r>
        <w:t xml:space="preserve">    (b) make more excuses</w:t>
      </w:r>
      <w:r>
        <w:br/>
      </w:r>
      <w:r>
        <w:t xml:space="preserve">    (c) ask questions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raised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frugal</w:t>
      </w:r>
      <w:r>
        <w:rPr>
          <w:b/>
          <w:bCs/>
        </w:rPr>
        <w:t xml:space="preserve"> </w:t>
      </w:r>
      <w:r>
        <w:rPr>
          <w:b/>
          <w:bCs/>
        </w:rPr>
        <w:t xml:space="preserve">habits and always orders tap water to drink at a restaurant.</w:t>
      </w:r>
      <w:r>
        <w:br/>
      </w:r>
      <w:r>
        <w:t xml:space="preserve">    (a) environmentally-conscious</w:t>
      </w:r>
      <w:r>
        <w:br/>
      </w:r>
      <w:r>
        <w:t xml:space="preserve">    (b) health-promoting</w:t>
      </w:r>
      <w:r>
        <w:br/>
      </w:r>
      <w:r>
        <w:t xml:space="preserve">    (c) money-saving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incumbent</w:t>
      </w:r>
      <w:r>
        <w:rPr>
          <w:b/>
          <w:bCs/>
        </w:rPr>
        <w:t xml:space="preserve"> </w:t>
      </w:r>
      <w:r>
        <w:rPr>
          <w:b/>
          <w:bCs/>
        </w:rPr>
        <w:t xml:space="preserve">on them to pay their own debts.</w:t>
      </w:r>
      <w:r>
        <w:br/>
      </w:r>
      <w:r>
        <w:t xml:space="preserve">    (a) an option</w:t>
      </w:r>
      <w:r>
        <w:br/>
      </w:r>
      <w:r>
        <w:t xml:space="preserve">    (b) a burden</w:t>
      </w:r>
      <w:r>
        <w:br/>
      </w:r>
      <w:r>
        <w:t xml:space="preserve">    (c) a duty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annoyed at something unjust</w:t>
      </w:r>
      <w:r>
        <w:br/>
      </w:r>
      <w:r>
        <w:t xml:space="preserve">    (b) defensive about being suspected</w:t>
      </w:r>
      <w:r>
        <w:br/>
      </w:r>
      <w:r>
        <w:t xml:space="preserve">    (c) surprised at the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witness said he paid the bribe to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intermediary</w:t>
      </w:r>
      <w:r>
        <w:rPr>
          <w:b/>
          <w:bCs/>
        </w:rPr>
        <w:t xml:space="preserve"> </w:t>
      </w:r>
      <w:r>
        <w:rPr>
          <w:b/>
          <w:bCs/>
        </w:rPr>
        <w:t xml:space="preserve">and never spoke with the congressman.</w:t>
      </w:r>
      <w:r>
        <w:br/>
      </w:r>
      <w:r>
        <w:t xml:space="preserve">    (a) middleman</w:t>
      </w:r>
      <w:r>
        <w:br/>
      </w:r>
      <w:r>
        <w:t xml:space="preserve">    (b) banker</w:t>
      </w:r>
      <w:r>
        <w:br/>
      </w:r>
      <w:r>
        <w:t xml:space="preserve">    (c) foreign account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you're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literate</w:t>
      </w:r>
      <w:r>
        <w:rPr>
          <w:b/>
          <w:bCs/>
        </w:rPr>
        <w:t xml:space="preserve"> </w:t>
      </w:r>
      <w:r>
        <w:rPr>
          <w:b/>
          <w:bCs/>
        </w:rPr>
        <w:t xml:space="preserve">and can access the Internet, you can get answers to millions of questions.</w:t>
      </w:r>
      <w:r>
        <w:br/>
      </w:r>
      <w:r>
        <w:t xml:space="preserve">    (a) patient</w:t>
      </w:r>
      <w:r>
        <w:br/>
      </w:r>
      <w:r>
        <w:t xml:space="preserve">    (b) curious</w:t>
      </w:r>
      <w:r>
        <w:br/>
      </w:r>
      <w:r>
        <w:t xml:space="preserve">    (c) able to read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actions conflict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maxim</w:t>
      </w:r>
      <w:r>
        <w:rPr>
          <w:b/>
          <w:bCs/>
        </w:rPr>
        <w:t xml:space="preserve"> </w:t>
      </w:r>
      <w:r>
        <w:rPr>
          <w:b/>
          <w:bCs/>
        </w:rPr>
        <w:t xml:space="preserve">that we don't negotiate with terrorists.</w:t>
      </w:r>
      <w:r>
        <w:br/>
      </w:r>
      <w:r>
        <w:t xml:space="preserve">    (a) saying</w:t>
      </w:r>
      <w:r>
        <w:br/>
      </w:r>
      <w:r>
        <w:t xml:space="preserve">    (b) observation</w:t>
      </w:r>
      <w:r>
        <w:br/>
      </w:r>
      <w:r>
        <w:t xml:space="preserve">    (c) goal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morose</w:t>
      </w:r>
      <w:r>
        <w:rPr>
          <w:b/>
          <w:bCs/>
        </w:rPr>
        <w:t xml:space="preserve"> </w:t>
      </w:r>
      <w:r>
        <w:rPr>
          <w:b/>
          <w:bCs/>
        </w:rPr>
        <w:t xml:space="preserve">and unsociable.</w:t>
      </w:r>
      <w:r>
        <w:br/>
      </w:r>
      <w:r>
        <w:t xml:space="preserve">    (a) unhappy</w:t>
      </w:r>
      <w:r>
        <w:br/>
      </w:r>
      <w:r>
        <w:t xml:space="preserve">    (b) angry</w:t>
      </w:r>
      <w:r>
        <w:br/>
      </w:r>
      <w:r>
        <w:t xml:space="preserve">    (c) frustrated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fight, he turned himself in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own mind</w:t>
      </w:r>
      <w:r>
        <w:br/>
      </w:r>
      <w:r>
        <w:t xml:space="preserve">    (b) own fear</w:t>
      </w:r>
      <w:r>
        <w:br/>
      </w:r>
      <w:r>
        <w:t xml:space="preserve">    (c) own safety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 bit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taciturn</w:t>
      </w:r>
      <w:r>
        <w:rPr>
          <w:b/>
          <w:bCs/>
        </w:rPr>
        <w:t xml:space="preserve"> </w:t>
      </w:r>
      <w:r>
        <w:rPr>
          <w:b/>
          <w:bCs/>
        </w:rPr>
        <w:t xml:space="preserve">by nature, but before breakfast you'd think she is deaf and mute.</w:t>
      </w:r>
      <w:r>
        <w:br/>
      </w:r>
      <w:r>
        <w:t xml:space="preserve">    (a) reserved</w:t>
      </w:r>
      <w:r>
        <w:br/>
      </w:r>
      <w:r>
        <w:t xml:space="preserve">    (b) outgoing</w:t>
      </w:r>
      <w:r>
        <w:br/>
      </w:r>
      <w:r>
        <w:t xml:space="preserve">    (c) low-energy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high school senior who has captured the nations heart.</w:t>
      </w:r>
      <w:r>
        <w:br/>
      </w:r>
      <w:r>
        <w:t xml:space="preserve">    (a) kind and attractive</w:t>
      </w:r>
      <w:r>
        <w:br/>
      </w:r>
      <w:r>
        <w:t xml:space="preserve">    (b) smart and well-spoken</w:t>
      </w:r>
      <w:r>
        <w:br/>
      </w:r>
      <w:r>
        <w:t xml:space="preserve">    (c) engaging and lively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2026-07-31T14:19:50Z</dcterms:created>
  <dcterms:modified xsi:type="dcterms:W3CDTF">2026-07-31T14:19:50Z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