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084a5958008c61da008268e49a181cd4860000"/>
    <w:p>
      <w:pPr>
        <w:pStyle w:val="Heading1"/>
      </w:pPr>
      <w:r>
        <w:rPr>
          <w:b/>
          <w:bCs/>
        </w:rPr>
        <w:t xml:space="preserve">Animal Farm</w:t>
      </w:r>
      <w:r>
        <w:br/>
      </w:r>
      <w:r>
        <w:rPr>
          <w:i/>
          <w:iCs/>
        </w:rPr>
        <w:t xml:space="preserve">George Orwell</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And remember, comrades, your</w:t>
      </w:r>
      <w:r>
        <w:rPr>
          <w:b/>
          <w:bCs/>
        </w:rPr>
        <w:t xml:space="preserve"> </w:t>
      </w:r>
      <w:r>
        <w:rPr>
          <w:b/>
          <w:bCs/>
          <w:u w:val="single"/>
        </w:rPr>
        <w:t xml:space="preserve">resolution</w:t>
      </w:r>
      <w:r>
        <w:rPr>
          <w:b/>
          <w:bCs/>
        </w:rPr>
        <w:t xml:space="preserve"> </w:t>
      </w:r>
      <w:r>
        <w:rPr>
          <w:b/>
          <w:bCs/>
        </w:rPr>
        <w:t xml:space="preserve">must never falter. No argument must lead you astray.</w:t>
      </w:r>
      <w:r>
        <w:br/>
      </w:r>
      <w:r>
        <w:t xml:space="preserve">    (a) determination</w:t>
      </w:r>
      <w:r>
        <w:br/>
      </w:r>
      <w:r>
        <w:t xml:space="preserve">    (b) vision</w:t>
      </w:r>
      <w:r>
        <w:br/>
      </w:r>
      <w:r>
        <w:t xml:space="preserve">    (c) ability</w:t>
      </w:r>
    </w:p>
    <w:p>
      <w:pPr>
        <w:pStyle w:val="Compact"/>
        <w:numPr>
          <w:ilvl w:val="0"/>
          <w:numId w:val="1001"/>
        </w:numPr>
      </w:pPr>
      <w:r>
        <w:rPr>
          <w:b/>
          <w:bCs/>
        </w:rPr>
        <w:t xml:space="preserve">A unanimous</w:t>
      </w:r>
      <w:r>
        <w:rPr>
          <w:b/>
          <w:bCs/>
        </w:rPr>
        <w:t xml:space="preserve"> </w:t>
      </w:r>
      <w:r>
        <w:rPr>
          <w:b/>
          <w:bCs/>
          <w:u w:val="single"/>
        </w:rPr>
        <w:t xml:space="preserve">resolution</w:t>
      </w:r>
      <w:r>
        <w:rPr>
          <w:b/>
          <w:bCs/>
        </w:rPr>
        <w:t xml:space="preserve"> </w:t>
      </w:r>
      <w:r>
        <w:rPr>
          <w:b/>
          <w:bCs/>
        </w:rPr>
        <w:t xml:space="preserve">was passed on the spot that the farmhouse should be preserved as a museum.</w:t>
      </w:r>
      <w:r>
        <w:br/>
      </w:r>
      <w:r>
        <w:t xml:space="preserve">    (a) decision</w:t>
      </w:r>
      <w:r>
        <w:br/>
      </w:r>
      <w:r>
        <w:t xml:space="preserve">    (b) question</w:t>
      </w:r>
      <w:r>
        <w:br/>
      </w:r>
      <w:r>
        <w:t xml:space="preserve">    (c) retreat</w:t>
      </w:r>
    </w:p>
    <w:p>
      <w:pPr>
        <w:pStyle w:val="Compact"/>
        <w:numPr>
          <w:ilvl w:val="0"/>
          <w:numId w:val="1001"/>
        </w:numPr>
      </w:pPr>
      <w:r>
        <w:rPr>
          <w:b/>
          <w:bCs/>
        </w:rPr>
        <w:t xml:space="preserve">Jones was</w:t>
      </w:r>
      <w:r>
        <w:rPr>
          <w:b/>
          <w:bCs/>
        </w:rPr>
        <w:t xml:space="preserve"> </w:t>
      </w:r>
      <w:r>
        <w:rPr>
          <w:b/>
          <w:bCs/>
          <w:u w:val="single"/>
        </w:rPr>
        <w:t xml:space="preserve">expelled</w:t>
      </w:r>
      <w:r>
        <w:rPr>
          <w:b/>
          <w:bCs/>
        </w:rPr>
        <w:t xml:space="preserve">, and the Manor Farm was theirs.</w:t>
      </w:r>
      <w:r>
        <w:br/>
      </w:r>
      <w:r>
        <w:t xml:space="preserve">    (a) forced to leave</w:t>
      </w:r>
      <w:r>
        <w:br/>
      </w:r>
      <w:r>
        <w:t xml:space="preserve">    (b) treated badly</w:t>
      </w:r>
      <w:r>
        <w:br/>
      </w:r>
      <w:r>
        <w:t xml:space="preserve">    (c) forced to sell</w:t>
      </w:r>
    </w:p>
    <w:p>
      <w:pPr>
        <w:pStyle w:val="Compact"/>
        <w:numPr>
          <w:ilvl w:val="0"/>
          <w:numId w:val="1001"/>
        </w:numPr>
      </w:pPr>
      <w:r>
        <w:rPr>
          <w:b/>
          <w:bCs/>
        </w:rPr>
        <w:t xml:space="preserve">With their superior knowledge it was natural that they should</w:t>
      </w:r>
      <w:r>
        <w:rPr>
          <w:b/>
          <w:bCs/>
        </w:rPr>
        <w:t xml:space="preserve"> </w:t>
      </w:r>
      <w:r>
        <w:rPr>
          <w:b/>
          <w:bCs/>
          <w:u w:val="single"/>
        </w:rPr>
        <w:t xml:space="preserve">assume</w:t>
      </w:r>
      <w:r>
        <w:rPr>
          <w:b/>
          <w:bCs/>
        </w:rPr>
        <w:t xml:space="preserve"> </w:t>
      </w:r>
      <w:r>
        <w:rPr>
          <w:b/>
          <w:bCs/>
        </w:rPr>
        <w:t xml:space="preserve">the leadership.</w:t>
      </w:r>
      <w:r>
        <w:br/>
      </w:r>
      <w:r>
        <w:t xml:space="preserve">    (a) believe</w:t>
      </w:r>
      <w:r>
        <w:br/>
      </w:r>
      <w:r>
        <w:t xml:space="preserve">    (b) ask about</w:t>
      </w:r>
      <w:r>
        <w:br/>
      </w:r>
      <w:r>
        <w:t xml:space="preserve">    (c) take on</w:t>
      </w:r>
    </w:p>
    <w:p>
      <w:pPr>
        <w:pStyle w:val="Compact"/>
        <w:numPr>
          <w:ilvl w:val="0"/>
          <w:numId w:val="1001"/>
        </w:numPr>
      </w:pPr>
      <w:r>
        <w:rPr>
          <w:b/>
          <w:bCs/>
        </w:rPr>
        <w:t xml:space="preserve">The animals had</w:t>
      </w:r>
      <w:r>
        <w:rPr>
          <w:b/>
          <w:bCs/>
        </w:rPr>
        <w:t xml:space="preserve"> </w:t>
      </w:r>
      <w:r>
        <w:rPr>
          <w:b/>
          <w:bCs/>
          <w:u w:val="single"/>
        </w:rPr>
        <w:t xml:space="preserve">assumed</w:t>
      </w:r>
      <w:r>
        <w:rPr>
          <w:b/>
          <w:bCs/>
        </w:rPr>
        <w:t xml:space="preserve"> </w:t>
      </w:r>
      <w:r>
        <w:rPr>
          <w:b/>
          <w:bCs/>
        </w:rPr>
        <w:t xml:space="preserve">as a matter of course that these would be shared out equally; one day, however, the order went forth that all the windfalls were to be collected and brought to the harness-room for the use of the pigs.</w:t>
      </w:r>
      <w:r>
        <w:br/>
      </w:r>
      <w:r>
        <w:t xml:space="preserve">    (a) wondered if</w:t>
      </w:r>
      <w:r>
        <w:br/>
      </w:r>
      <w:r>
        <w:t xml:space="preserve">    (b) believed</w:t>
      </w:r>
      <w:r>
        <w:br/>
      </w:r>
      <w:r>
        <w:t xml:space="preserve">    (c) knew</w:t>
      </w:r>
    </w:p>
    <w:p>
      <w:pPr>
        <w:pStyle w:val="Compact"/>
        <w:numPr>
          <w:ilvl w:val="0"/>
          <w:numId w:val="1001"/>
        </w:numPr>
      </w:pPr>
      <w:r>
        <w:rPr>
          <w:b/>
          <w:bCs/>
        </w:rPr>
        <w:t xml:space="preserve">And so within five minutes of their invasion they were in</w:t>
      </w:r>
      <w:r>
        <w:rPr>
          <w:b/>
          <w:bCs/>
        </w:rPr>
        <w:t xml:space="preserve"> </w:t>
      </w:r>
      <w:r>
        <w:rPr>
          <w:b/>
          <w:bCs/>
          <w:u w:val="single"/>
        </w:rPr>
        <w:t xml:space="preserve">ignominious</w:t>
      </w:r>
      <w:r>
        <w:rPr>
          <w:b/>
          <w:bCs/>
        </w:rPr>
        <w:t xml:space="preserve"> </w:t>
      </w:r>
      <w:r>
        <w:rPr>
          <w:b/>
          <w:bCs/>
        </w:rPr>
        <w:t xml:space="preserve">retreat by the same way as they had come, with a flock of geese hissing after them and pecking at their calves all the way.</w:t>
      </w:r>
      <w:r>
        <w:br/>
      </w:r>
      <w:r>
        <w:t xml:space="preserve">    (a) careful</w:t>
      </w:r>
      <w:r>
        <w:br/>
      </w:r>
      <w:r>
        <w:t xml:space="preserve">    (b) rapid</w:t>
      </w:r>
      <w:r>
        <w:br/>
      </w:r>
      <w:r>
        <w:t xml:space="preserve">    (c) shameful</w:t>
      </w:r>
    </w:p>
    <w:p>
      <w:pPr>
        <w:pStyle w:val="Compact"/>
        <w:numPr>
          <w:ilvl w:val="0"/>
          <w:numId w:val="1001"/>
        </w:numPr>
      </w:pPr>
      <w:r>
        <w:rPr>
          <w:b/>
          <w:bCs/>
        </w:rPr>
        <w:t xml:space="preserve">It was fully realized that though the human beings had been defeated in the Battle of the Cowshed they might make another and more</w:t>
      </w:r>
      <w:r>
        <w:rPr>
          <w:b/>
          <w:bCs/>
        </w:rPr>
        <w:t xml:space="preserve"> </w:t>
      </w:r>
      <w:r>
        <w:rPr>
          <w:b/>
          <w:bCs/>
          <w:u w:val="single"/>
        </w:rPr>
        <w:t xml:space="preserve">determined</w:t>
      </w:r>
      <w:r>
        <w:rPr>
          <w:b/>
          <w:bCs/>
        </w:rPr>
        <w:t xml:space="preserve"> </w:t>
      </w:r>
      <w:r>
        <w:rPr>
          <w:b/>
          <w:bCs/>
        </w:rPr>
        <w:t xml:space="preserve">attempt to recapture the farm and reinstate Mr. Jones.</w:t>
      </w:r>
      <w:r>
        <w:br/>
      </w:r>
      <w:r>
        <w:t xml:space="preserve">    (a) firm in purpose</w:t>
      </w:r>
      <w:r>
        <w:br/>
      </w:r>
      <w:r>
        <w:t xml:space="preserve">    (b) complex</w:t>
      </w:r>
      <w:r>
        <w:br/>
      </w:r>
      <w:r>
        <w:t xml:space="preserve">    (c) figured out</w:t>
      </w:r>
    </w:p>
    <w:p>
      <w:pPr>
        <w:pStyle w:val="Compact"/>
        <w:numPr>
          <w:ilvl w:val="0"/>
          <w:numId w:val="1001"/>
        </w:numPr>
      </w:pPr>
      <w:r>
        <w:rPr>
          <w:b/>
          <w:bCs/>
        </w:rPr>
        <w:t xml:space="preserve">Sometimes the older ones among them racked their dim memories and tried to</w:t>
      </w:r>
      <w:r>
        <w:rPr>
          <w:b/>
          <w:bCs/>
        </w:rPr>
        <w:t xml:space="preserve"> </w:t>
      </w:r>
      <w:r>
        <w:rPr>
          <w:b/>
          <w:bCs/>
          <w:u w:val="single"/>
        </w:rPr>
        <w:t xml:space="preserve">determine</w:t>
      </w:r>
      <w:r>
        <w:rPr>
          <w:b/>
          <w:bCs/>
        </w:rPr>
        <w:t xml:space="preserve"> </w:t>
      </w:r>
      <w:r>
        <w:rPr>
          <w:b/>
          <w:bCs/>
        </w:rPr>
        <w:t xml:space="preserve">whether in the early days of the Rebellion, when Jones's expulsion was still recent, things had been better or worse than now.</w:t>
      </w:r>
      <w:r>
        <w:br/>
      </w:r>
      <w:r>
        <w:t xml:space="preserve">    (a) figure out</w:t>
      </w:r>
      <w:r>
        <w:br/>
      </w:r>
      <w:r>
        <w:t xml:space="preserve">    (b) change</w:t>
      </w:r>
      <w:r>
        <w:br/>
      </w:r>
      <w:r>
        <w:t xml:space="preserve">    (c) pretend</w:t>
      </w:r>
    </w:p>
    <w:p>
      <w:pPr>
        <w:pStyle w:val="Compact"/>
        <w:numPr>
          <w:ilvl w:val="0"/>
          <w:numId w:val="1001"/>
        </w:numPr>
      </w:pPr>
      <w:r>
        <w:rPr>
          <w:b/>
          <w:bCs/>
        </w:rPr>
        <w:t xml:space="preserve">When the animals had assembled in the big barn, Snowball stood up and, though occasionally interrupted by bleating from the sheep, set forth his reasons for</w:t>
      </w:r>
      <w:r>
        <w:rPr>
          <w:b/>
          <w:bCs/>
        </w:rPr>
        <w:t xml:space="preserve"> </w:t>
      </w:r>
      <w:r>
        <w:rPr>
          <w:b/>
          <w:bCs/>
          <w:u w:val="single"/>
        </w:rPr>
        <w:t xml:space="preserve">advocating</w:t>
      </w:r>
      <w:r>
        <w:rPr>
          <w:b/>
          <w:bCs/>
        </w:rPr>
        <w:t xml:space="preserve"> </w:t>
      </w:r>
      <w:r>
        <w:rPr>
          <w:b/>
          <w:bCs/>
        </w:rPr>
        <w:t xml:space="preserve">the building of the windmill.</w:t>
      </w:r>
      <w:r>
        <w:br/>
      </w:r>
      <w:r>
        <w:t xml:space="preserve">    (a) opposing</w:t>
      </w:r>
      <w:r>
        <w:br/>
      </w:r>
      <w:r>
        <w:t xml:space="preserve">    (b) recommending</w:t>
      </w:r>
      <w:r>
        <w:br/>
      </w:r>
      <w:r>
        <w:t xml:space="preserve">    (c) postponing</w:t>
      </w:r>
    </w:p>
    <w:p>
      <w:pPr>
        <w:pStyle w:val="Compact"/>
        <w:numPr>
          <w:ilvl w:val="0"/>
          <w:numId w:val="1001"/>
        </w:numPr>
      </w:pPr>
      <w:r>
        <w:rPr>
          <w:b/>
          <w:bCs/>
        </w:rPr>
        <w:t xml:space="preserve">Do not imagine, comrades, that leadership is a pleasure!</w:t>
      </w:r>
      <w:r>
        <w:rPr>
          <w:b/>
          <w:bCs/>
        </w:rPr>
        <w:t xml:space="preserve"> </w:t>
      </w:r>
      <w:r>
        <w:rPr>
          <w:b/>
          <w:bCs/>
          <w:u w:val="single"/>
        </w:rPr>
        <w:t xml:space="preserve">On the contrary</w:t>
      </w:r>
      <w:r>
        <w:rPr>
          <w:b/>
          <w:bCs/>
        </w:rPr>
        <w:t xml:space="preserve">, it is a deep and heavy responsibility.</w:t>
      </w:r>
      <w:r>
        <w:br/>
      </w:r>
      <w:r>
        <w:t xml:space="preserve">    (a) regardless of that (unrelated to its not being a pleasure)</w:t>
      </w:r>
      <w:r>
        <w:br/>
      </w:r>
      <w:r>
        <w:t xml:space="preserve">    (b) in spite of that (even though it is not a pleasure)</w:t>
      </w:r>
      <w:r>
        <w:br/>
      </w:r>
      <w:r>
        <w:t xml:space="preserve">    (c) not only that (strengthening denial of its being a pleasure)</w:t>
      </w:r>
    </w:p>
    <w:p>
      <w:pPr>
        <w:pStyle w:val="Compact"/>
        <w:numPr>
          <w:ilvl w:val="0"/>
          <w:numId w:val="1001"/>
        </w:numPr>
      </w:pPr>
      <w:r>
        <w:rPr>
          <w:b/>
          <w:bCs/>
        </w:rPr>
        <w:t xml:space="preserve">Napoleon was well aware of the bad results that might follow if the real facts of the food situation were known, and he decided to make use of Mr. Whymper to spread a</w:t>
      </w:r>
      <w:r>
        <w:rPr>
          <w:b/>
          <w:bCs/>
        </w:rPr>
        <w:t xml:space="preserve"> </w:t>
      </w:r>
      <w:r>
        <w:rPr>
          <w:b/>
          <w:bCs/>
          <w:u w:val="single"/>
        </w:rPr>
        <w:t xml:space="preserve">contrary</w:t>
      </w:r>
      <w:r>
        <w:rPr>
          <w:b/>
          <w:bCs/>
        </w:rPr>
        <w:t xml:space="preserve"> </w:t>
      </w:r>
      <w:r>
        <w:rPr>
          <w:b/>
          <w:bCs/>
        </w:rPr>
        <w:t xml:space="preserve">impression.</w:t>
      </w:r>
      <w:r>
        <w:br/>
      </w:r>
      <w:r>
        <w:t xml:space="preserve">    (a) unfriendly</w:t>
      </w:r>
      <w:r>
        <w:br/>
      </w:r>
      <w:r>
        <w:t xml:space="preserve">    (b) different</w:t>
      </w:r>
      <w:r>
        <w:br/>
      </w:r>
      <w:r>
        <w:t xml:space="preserve">    (c) false</w:t>
      </w:r>
    </w:p>
    <w:p>
      <w:pPr>
        <w:pStyle w:val="Compact"/>
        <w:numPr>
          <w:ilvl w:val="0"/>
          <w:numId w:val="1001"/>
        </w:numPr>
      </w:pPr>
      <w:r>
        <w:rPr>
          <w:b/>
          <w:bCs/>
        </w:rPr>
        <w:t xml:space="preserve">A too rigid equality in rations, Squealer explained, would have been</w:t>
      </w:r>
      <w:r>
        <w:rPr>
          <w:b/>
          <w:bCs/>
        </w:rPr>
        <w:t xml:space="preserve"> </w:t>
      </w:r>
      <w:r>
        <w:rPr>
          <w:b/>
          <w:bCs/>
          <w:u w:val="single"/>
        </w:rPr>
        <w:t xml:space="preserve">contrary to</w:t>
      </w:r>
      <w:r>
        <w:rPr>
          <w:b/>
          <w:bCs/>
        </w:rPr>
        <w:t xml:space="preserve"> </w:t>
      </w:r>
      <w:r>
        <w:rPr>
          <w:b/>
          <w:bCs/>
        </w:rPr>
        <w:t xml:space="preserve">the principles of Animalism.</w:t>
      </w:r>
      <w:r>
        <w:br/>
      </w:r>
      <w:r>
        <w:t xml:space="preserve">    (a) in the spirit of</w:t>
      </w:r>
      <w:r>
        <w:br/>
      </w:r>
      <w:r>
        <w:t xml:space="preserve">    (b) in opposition to</w:t>
      </w:r>
      <w:r>
        <w:br/>
      </w:r>
      <w:r>
        <w:t xml:space="preserve">    (c) confusing to</w:t>
      </w:r>
    </w:p>
    <w:p>
      <w:pPr>
        <w:pStyle w:val="Compact"/>
        <w:numPr>
          <w:ilvl w:val="0"/>
          <w:numId w:val="1001"/>
        </w:numPr>
      </w:pPr>
      <w:r>
        <w:rPr>
          <w:b/>
          <w:bCs/>
        </w:rPr>
        <w:t xml:space="preserve">And again, since no animal now stole, it was unnecessary to fence off pasture from arable land, which saved a lot of labor on the upkeep of hedges and gates.</w:t>
      </w:r>
      <w:r>
        <w:rPr>
          <w:b/>
          <w:bCs/>
        </w:rPr>
        <w:t xml:space="preserve"> </w:t>
      </w:r>
      <w:r>
        <w:rPr>
          <w:b/>
          <w:bCs/>
          <w:u w:val="single"/>
        </w:rPr>
        <w:t xml:space="preserve">Nevertheless</w:t>
      </w:r>
      <w:r>
        <w:rPr>
          <w:b/>
          <w:bCs/>
        </w:rPr>
        <w:t xml:space="preserve">, as the summer wore on, various unforeseen shortages began to make them selves felt.</w:t>
      </w:r>
      <w:r>
        <w:br/>
      </w:r>
      <w:r>
        <w:t xml:space="preserve">    (a) in addition</w:t>
      </w:r>
      <w:r>
        <w:br/>
      </w:r>
      <w:r>
        <w:t xml:space="preserve">    (b) despite that</w:t>
      </w:r>
      <w:r>
        <w:br/>
      </w:r>
      <w:r>
        <w:t xml:space="preserve">    (c) because of that</w:t>
      </w:r>
    </w:p>
    <w:p>
      <w:pPr>
        <w:pStyle w:val="Compact"/>
        <w:numPr>
          <w:ilvl w:val="0"/>
          <w:numId w:val="1001"/>
        </w:numPr>
      </w:pPr>
      <w:r>
        <w:rPr>
          <w:b/>
          <w:bCs/>
        </w:rPr>
        <w:t xml:space="preserve">It was pure imagination, probably</w:t>
      </w:r>
      <w:r>
        <w:rPr>
          <w:b/>
          <w:bCs/>
        </w:rPr>
        <w:t xml:space="preserve"> </w:t>
      </w:r>
      <w:r>
        <w:rPr>
          <w:b/>
          <w:bCs/>
          <w:u w:val="single"/>
        </w:rPr>
        <w:t xml:space="preserve">traceable</w:t>
      </w:r>
      <w:r>
        <w:rPr>
          <w:b/>
          <w:bCs/>
        </w:rPr>
        <w:t xml:space="preserve"> </w:t>
      </w:r>
      <w:r>
        <w:rPr>
          <w:b/>
          <w:bCs/>
        </w:rPr>
        <w:t xml:space="preserve">in the beginning to lies circulated by Snowball.</w:t>
      </w:r>
      <w:r>
        <w:br/>
      </w:r>
      <w:r>
        <w:t xml:space="preserve">    (a) able to be pushed</w:t>
      </w:r>
      <w:r>
        <w:br/>
      </w:r>
      <w:r>
        <w:t xml:space="preserve">    (b) able to be turned</w:t>
      </w:r>
      <w:r>
        <w:br/>
      </w:r>
      <w:r>
        <w:t xml:space="preserve">    (c) able to be followed</w:t>
      </w:r>
    </w:p>
    <w:p>
      <w:pPr>
        <w:pStyle w:val="Compact"/>
        <w:numPr>
          <w:ilvl w:val="0"/>
          <w:numId w:val="1001"/>
        </w:numPr>
      </w:pPr>
      <w:r>
        <w:rPr>
          <w:b/>
          <w:bCs/>
        </w:rPr>
        <w:t xml:space="preserve">And Squealer, who happened to be passing at this moment, attended by two or three dogs, was able to put the whole matter in its proper</w:t>
      </w:r>
      <w:r>
        <w:rPr>
          <w:b/>
          <w:bCs/>
        </w:rPr>
        <w:t xml:space="preserve"> </w:t>
      </w:r>
      <w:r>
        <w:rPr>
          <w:b/>
          <w:bCs/>
          <w:u w:val="single"/>
        </w:rPr>
        <w:t xml:space="preserve">perspective</w:t>
      </w:r>
      <w:r>
        <w:rPr>
          <w:b/>
          <w:bCs/>
        </w:rPr>
        <w:t xml:space="preserve">.</w:t>
      </w:r>
      <w:r>
        <w:br/>
      </w:r>
      <w:r>
        <w:t xml:space="preserve">    (a) proper view</w:t>
      </w:r>
      <w:r>
        <w:br/>
      </w:r>
      <w:r>
        <w:t xml:space="preserve">    (b) positive view</w:t>
      </w:r>
      <w:r>
        <w:br/>
      </w:r>
      <w:r>
        <w:t xml:space="preserve">    (c) critical view</w:t>
      </w:r>
    </w:p>
    <w:p>
      <w:pPr>
        <w:pStyle w:val="Compact"/>
        <w:numPr>
          <w:ilvl w:val="0"/>
          <w:numId w:val="1001"/>
        </w:numPr>
      </w:pPr>
      <w:r>
        <w:rPr>
          <w:b/>
          <w:bCs/>
        </w:rPr>
        <w:t xml:space="preserve">In its place Minimus, the poet, had</w:t>
      </w:r>
      <w:r>
        <w:rPr>
          <w:b/>
          <w:bCs/>
        </w:rPr>
        <w:t xml:space="preserve"> </w:t>
      </w:r>
      <w:r>
        <w:rPr>
          <w:b/>
          <w:bCs/>
          <w:u w:val="single"/>
        </w:rPr>
        <w:t xml:space="preserve">composed</w:t>
      </w:r>
      <w:r>
        <w:rPr>
          <w:b/>
          <w:bCs/>
        </w:rPr>
        <w:t xml:space="preserve"> </w:t>
      </w:r>
      <w:r>
        <w:rPr>
          <w:b/>
          <w:bCs/>
        </w:rPr>
        <w:t xml:space="preserve">another song which began:</w:t>
      </w:r>
      <w:r>
        <w:rPr>
          <w:b/>
          <w:bCs/>
        </w:rPr>
        <w:t xml:space="preserve"> </w:t>
      </w:r>
      <w:r>
        <w:rPr>
          <w:b/>
          <w:bCs/>
          <w:i/>
          <w:iCs/>
        </w:rPr>
        <w:t xml:space="preserve">Animal Farm, Animal Farm, Never through me shalt thou come to harm!</w:t>
      </w:r>
      <w:r>
        <w:br/>
      </w:r>
      <w:r>
        <w:t xml:space="preserve">    (a) sung</w:t>
      </w:r>
      <w:r>
        <w:br/>
      </w:r>
      <w:r>
        <w:t xml:space="preserve">    (b) calmed</w:t>
      </w:r>
      <w:r>
        <w:br/>
      </w:r>
      <w:r>
        <w:t xml:space="preserve">    (c) written</w:t>
      </w:r>
    </w:p>
    <w:p>
      <w:pPr>
        <w:pStyle w:val="Compact"/>
        <w:numPr>
          <w:ilvl w:val="0"/>
          <w:numId w:val="1001"/>
        </w:numPr>
      </w:pPr>
      <w:r>
        <w:rPr>
          <w:b/>
          <w:bCs/>
        </w:rPr>
        <w:t xml:space="preserve">Once again all</w:t>
      </w:r>
      <w:r>
        <w:rPr>
          <w:b/>
          <w:bCs/>
        </w:rPr>
        <w:t xml:space="preserve"> </w:t>
      </w:r>
      <w:r>
        <w:rPr>
          <w:b/>
          <w:bCs/>
          <w:u w:val="single"/>
        </w:rPr>
        <w:t xml:space="preserve">rations</w:t>
      </w:r>
      <w:r>
        <w:rPr>
          <w:b/>
          <w:bCs/>
        </w:rPr>
        <w:t xml:space="preserve"> </w:t>
      </w:r>
      <w:r>
        <w:rPr>
          <w:b/>
          <w:bCs/>
        </w:rPr>
        <w:t xml:space="preserve">were reduced, except those of the pigs and the dogs.</w:t>
      </w:r>
      <w:r>
        <w:br/>
      </w:r>
      <w:r>
        <w:t xml:space="preserve">    (a) luxuries</w:t>
      </w:r>
      <w:r>
        <w:br/>
      </w:r>
      <w:r>
        <w:t xml:space="preserve">    (b) work requirements</w:t>
      </w:r>
      <w:r>
        <w:br/>
      </w:r>
      <w:r>
        <w:t xml:space="preserve">    (c) portions of food</w:t>
      </w:r>
    </w:p>
    <w:p>
      <w:pPr>
        <w:pStyle w:val="Compact"/>
        <w:numPr>
          <w:ilvl w:val="0"/>
          <w:numId w:val="1001"/>
        </w:numPr>
      </w:pPr>
      <w:r>
        <w:rPr>
          <w:b/>
          <w:bCs/>
        </w:rPr>
        <w:t xml:space="preserve">Napoleon had commanded that once a week there should be held something called a Spontaneous</w:t>
      </w:r>
      <w:r>
        <w:rPr>
          <w:b/>
          <w:bCs/>
        </w:rPr>
        <w:t xml:space="preserve"> </w:t>
      </w:r>
      <w:r>
        <w:rPr>
          <w:b/>
          <w:bCs/>
          <w:u w:val="single"/>
        </w:rPr>
        <w:t xml:space="preserve">Demonstration</w:t>
      </w:r>
      <w:r>
        <w:rPr>
          <w:b/>
          <w:bCs/>
        </w:rPr>
        <w:t xml:space="preserve">, the object of which was to celebrate the struggles and triumphs of Animal Farm.</w:t>
      </w:r>
      <w:r>
        <w:br/>
      </w:r>
      <w:r>
        <w:t xml:space="preserve">    (a) public display of support</w:t>
      </w:r>
      <w:r>
        <w:br/>
      </w:r>
      <w:r>
        <w:t xml:space="preserve">    (b) musical performance</w:t>
      </w:r>
      <w:r>
        <w:br/>
      </w:r>
      <w:r>
        <w:t xml:space="preserve">    (c) large fire</w:t>
      </w:r>
    </w:p>
    <w:p>
      <w:pPr>
        <w:pStyle w:val="Compact"/>
        <w:numPr>
          <w:ilvl w:val="0"/>
          <w:numId w:val="1001"/>
        </w:numPr>
      </w:pPr>
      <w:r>
        <w:rPr>
          <w:b/>
          <w:bCs/>
        </w:rPr>
        <w:t xml:space="preserve">There was nothing with which they could compare their present lives: they had nothing to go upon except Squealer's lists of figures, which invariably</w:t>
      </w:r>
      <w:r>
        <w:rPr>
          <w:b/>
          <w:bCs/>
        </w:rPr>
        <w:t xml:space="preserve"> </w:t>
      </w:r>
      <w:r>
        <w:rPr>
          <w:b/>
          <w:bCs/>
          <w:u w:val="single"/>
        </w:rPr>
        <w:t xml:space="preserve">demonstrated</w:t>
      </w:r>
      <w:r>
        <w:rPr>
          <w:b/>
          <w:bCs/>
        </w:rPr>
        <w:t xml:space="preserve"> </w:t>
      </w:r>
      <w:r>
        <w:rPr>
          <w:b/>
          <w:bCs/>
        </w:rPr>
        <w:t xml:space="preserve">that everything was getting better and better.</w:t>
      </w:r>
      <w:r>
        <w:br/>
      </w:r>
      <w:r>
        <w:t xml:space="preserve">    (a) protested</w:t>
      </w:r>
      <w:r>
        <w:br/>
      </w:r>
      <w:r>
        <w:t xml:space="preserve">    (b) questioned</w:t>
      </w:r>
      <w:r>
        <w:br/>
      </w:r>
      <w:r>
        <w:t xml:space="preserve">    (c) showed</w:t>
      </w:r>
    </w:p>
    <w:p>
      <w:pPr>
        <w:pStyle w:val="Compact"/>
        <w:numPr>
          <w:ilvl w:val="0"/>
          <w:numId w:val="1001"/>
        </w:numPr>
      </w:pPr>
      <w:r>
        <w:rPr>
          <w:b/>
          <w:bCs/>
        </w:rPr>
        <w:t xml:space="preserve">And when Squealer went on to give further graphic details of Boxer's death-bed, the admirable care he had received, and the expensive medicines for which Napoleon had paid without a thought as to the cost, their last doubts disappeared and the sorrow that they felt for their comrade's death was</w:t>
      </w:r>
      <w:r>
        <w:rPr>
          <w:b/>
          <w:bCs/>
        </w:rPr>
        <w:t xml:space="preserve"> </w:t>
      </w:r>
      <w:r>
        <w:rPr>
          <w:b/>
          <w:bCs/>
          <w:u w:val="single"/>
        </w:rPr>
        <w:t xml:space="preserve">tempered</w:t>
      </w:r>
      <w:r>
        <w:rPr>
          <w:b/>
          <w:bCs/>
        </w:rPr>
        <w:t xml:space="preserve"> </w:t>
      </w:r>
      <w:r>
        <w:rPr>
          <w:b/>
          <w:bCs/>
        </w:rPr>
        <w:t xml:space="preserve">by the thought that at least he had died happy.</w:t>
      </w:r>
      <w:r>
        <w:br/>
      </w:r>
      <w:r>
        <w:t xml:space="preserve">    (a) made less extreme</w:t>
      </w:r>
      <w:r>
        <w:br/>
      </w:r>
      <w:r>
        <w:t xml:space="preserve">    (b) made worse</w:t>
      </w:r>
      <w:r>
        <w:br/>
      </w:r>
      <w:r>
        <w:t xml:space="preserve">    (c) forgotten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2026-07-31T14:19:49Z</dcterms:created>
  <dcterms:modified xsi:type="dcterms:W3CDTF">2026-07-31T14:19:49Z</dcterms:modified>
</cp:coreProperties>
</file>

<file path=docProps/custom.xml><?xml version="1.0" encoding="utf-8"?>
<Properties xmlns="http://schemas.openxmlformats.org/officeDocument/2006/custom-properties" xmlns:vt="http://schemas.openxmlformats.org/officeDocument/2006/docPropsVTypes"/>
</file>