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0e5e5c7eef080d527975b5f713a0592dd46781b"/>
    <w:p>
      <w:pPr>
        <w:pStyle w:val="Heading1"/>
      </w:pPr>
      <w:r>
        <w:rPr>
          <w:b/>
          <w:bCs/>
        </w:rPr>
        <w:t xml:space="preserve">Animal Farm</w:t>
      </w:r>
      <w:r>
        <w:br/>
      </w:r>
      <w:r>
        <w:rPr>
          <w:i/>
          <w:iCs/>
        </w:rPr>
        <w:t xml:space="preserve">George Orwell</w:t>
      </w:r>
      <w:r>
        <w:br/>
      </w:r>
      <w:r>
        <w:rPr>
          <w:b/>
          <w:bCs/>
        </w:rPr>
        <w:t xml:space="preserve">Extra Credit 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one end of the big barn, on a sort of raised platform, Major was already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ensconced</w:t>
      </w:r>
      <w:r>
        <w:rPr>
          <w:b/>
          <w:bCs/>
        </w:rPr>
        <w:t xml:space="preserve"> </w:t>
      </w:r>
      <w:r>
        <w:rPr>
          <w:b/>
          <w:bCs/>
        </w:rPr>
        <w:t xml:space="preserve">on his bed of straw, under a lantern which hung from a beam.</w:t>
      </w:r>
      <w:r>
        <w:br/>
      </w:r>
      <w:r>
        <w:t xml:space="preserve">    (a) tied into</w:t>
      </w:r>
      <w:r>
        <w:br/>
      </w:r>
      <w:r>
        <w:t xml:space="preserve">    (b) settled comfortably</w:t>
      </w:r>
      <w:r>
        <w:br/>
      </w:r>
      <w:r>
        <w:t xml:space="preserve">    (c) coming up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...remember always your duty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enmity</w:t>
      </w:r>
      <w:r>
        <w:rPr>
          <w:b/>
          <w:bCs/>
        </w:rPr>
        <w:t xml:space="preserve"> </w:t>
      </w:r>
      <w:r>
        <w:rPr>
          <w:b/>
          <w:bCs/>
        </w:rPr>
        <w:t xml:space="preserve">towards Man and all his ways.</w:t>
      </w:r>
      <w:r>
        <w:br/>
      </w:r>
      <w:r>
        <w:t xml:space="preserve">    (a) hatred</w:t>
      </w:r>
      <w:r>
        <w:br/>
      </w:r>
      <w:r>
        <w:t xml:space="preserve">    (b) love</w:t>
      </w:r>
      <w:r>
        <w:br/>
      </w:r>
      <w:r>
        <w:t xml:space="preserve">    (c) disrespect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Snowball was a more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vivacious</w:t>
      </w:r>
      <w:r>
        <w:rPr>
          <w:b/>
          <w:bCs/>
        </w:rPr>
        <w:t xml:space="preserve"> </w:t>
      </w:r>
      <w:r>
        <w:rPr>
          <w:b/>
          <w:bCs/>
        </w:rPr>
        <w:t xml:space="preserve">pig than Napoleon, quicker in speech and more inventive, but was not considered to have the same depth of character.</w:t>
      </w:r>
      <w:r>
        <w:br/>
      </w:r>
      <w:r>
        <w:t xml:space="preserve">    (a) thoughtful</w:t>
      </w:r>
      <w:r>
        <w:br/>
      </w:r>
      <w:r>
        <w:t xml:space="preserve">    (b) popular</w:t>
      </w:r>
      <w:r>
        <w:br/>
      </w:r>
      <w:r>
        <w:t xml:space="preserve">    (c) lively and engaging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Several nights a week, after Mr. Jones was asleep, they held secret meetings in the barn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expounded</w:t>
      </w:r>
      <w:r>
        <w:rPr>
          <w:b/>
          <w:bCs/>
        </w:rPr>
        <w:t xml:space="preserve"> </w:t>
      </w:r>
      <w:r>
        <w:rPr>
          <w:b/>
          <w:bCs/>
        </w:rPr>
        <w:t xml:space="preserve">the principles of Animalism to the others.</w:t>
      </w:r>
      <w:r>
        <w:br/>
      </w:r>
      <w:r>
        <w:t xml:space="preserve">    (a) glorified or honored</w:t>
      </w:r>
      <w:r>
        <w:br/>
      </w:r>
      <w:r>
        <w:t xml:space="preserve">    (b) debated</w:t>
      </w:r>
      <w:r>
        <w:br/>
      </w:r>
      <w:r>
        <w:t xml:space="preserve">    (c) explained in detail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At the beginning they met with much stupidity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apathy</w:t>
      </w:r>
      <w:r>
        <w:rPr>
          <w:b/>
          <w:bCs/>
        </w:rPr>
        <w:t xml:space="preserve">.</w:t>
      </w:r>
      <w:r>
        <w:br/>
      </w:r>
      <w:r>
        <w:t xml:space="preserve">    (a) lack of interest</w:t>
      </w:r>
      <w:r>
        <w:br/>
      </w:r>
      <w:r>
        <w:t xml:space="preserve">    (b) action without thought</w:t>
      </w:r>
      <w:r>
        <w:br/>
      </w:r>
      <w:r>
        <w:t xml:space="preserve">    (c) fighting amongst participants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one accord</w:t>
      </w:r>
      <w:r>
        <w:rPr>
          <w:b/>
          <w:bCs/>
        </w:rPr>
        <w:t xml:space="preserve">, though nothing of the kind had been planned beforehand, they flung themselves upon their tormentors.</w:t>
      </w:r>
      <w:r>
        <w:br/>
      </w:r>
      <w:r>
        <w:t xml:space="preserve">    (a) one mind</w:t>
      </w:r>
      <w:r>
        <w:br/>
      </w:r>
      <w:r>
        <w:t xml:space="preserve">    (b) opposition</w:t>
      </w:r>
      <w:r>
        <w:br/>
      </w:r>
      <w:r>
        <w:t xml:space="preserve">    (c) a long rope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By the autumn almost every animal on the farm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literate</w:t>
      </w:r>
      <w:r>
        <w:rPr>
          <w:b/>
          <w:bCs/>
        </w:rPr>
        <w:t xml:space="preserve"> </w:t>
      </w:r>
      <w:r>
        <w:rPr>
          <w:b/>
          <w:bCs/>
        </w:rPr>
        <w:t xml:space="preserve">in some degree.</w:t>
      </w:r>
      <w:r>
        <w:br/>
      </w:r>
      <w:r>
        <w:t xml:space="preserve">    (a) well-read</w:t>
      </w:r>
      <w:r>
        <w:br/>
      </w:r>
      <w:r>
        <w:t xml:space="preserve">    (b) able to follow orders</w:t>
      </w:r>
      <w:r>
        <w:br/>
      </w:r>
      <w:r>
        <w:t xml:space="preserve">    (c) able to read and write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much thought Snowball declared that the Seven Commandments could in effect be reduced to a single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maxim</w:t>
      </w:r>
      <w:r>
        <w:rPr>
          <w:b/>
          <w:bCs/>
        </w:rPr>
        <w:t xml:space="preserve">, namely: 'Four legs good, two legs bad.'</w:t>
      </w:r>
      <w:r>
        <w:br/>
      </w:r>
      <w:r>
        <w:t xml:space="preserve">    (a) banner</w:t>
      </w:r>
      <w:r>
        <w:br/>
      </w:r>
      <w:r>
        <w:t xml:space="preserve">    (b) observation</w:t>
      </w:r>
      <w:r>
        <w:br/>
      </w:r>
      <w:r>
        <w:t xml:space="preserve">    (c) saying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One day, as Mollie strolled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blithely</w:t>
      </w:r>
      <w:r>
        <w:rPr>
          <w:b/>
          <w:bCs/>
        </w:rPr>
        <w:t xml:space="preserve"> </w:t>
      </w:r>
      <w:r>
        <w:rPr>
          <w:b/>
          <w:bCs/>
        </w:rPr>
        <w:t xml:space="preserve">into the yard, flirting her long tail and chewing at a stalk of hay, Clover took her aside.</w:t>
      </w:r>
      <w:r>
        <w:br/>
      </w:r>
      <w:r>
        <w:t xml:space="preserve">    (a) absent mindedly</w:t>
      </w:r>
      <w:r>
        <w:br/>
      </w:r>
      <w:r>
        <w:t xml:space="preserve">    (b) with fear or concern</w:t>
      </w:r>
      <w:r>
        <w:br/>
      </w:r>
      <w:r>
        <w:t xml:space="preserve">    (c) in a carefree manner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Mr. Whymper, a solicitor living in Willingdon, had agreed to act 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intermediary</w:t>
      </w:r>
      <w:r>
        <w:rPr>
          <w:b/>
          <w:bCs/>
        </w:rPr>
        <w:t xml:space="preserve"> </w:t>
      </w:r>
      <w:r>
        <w:rPr>
          <w:b/>
          <w:bCs/>
        </w:rPr>
        <w:t xml:space="preserve">between Animal Farm and the outside world, and would visit the farm every Monday morning to receive his instructions.</w:t>
      </w:r>
      <w:r>
        <w:br/>
      </w:r>
      <w:r>
        <w:t xml:space="preserve">    (a) middleman</w:t>
      </w:r>
      <w:r>
        <w:br/>
      </w:r>
      <w:r>
        <w:t xml:space="preserve">    (b) spokesperson</w:t>
      </w:r>
      <w:r>
        <w:br/>
      </w:r>
      <w:r>
        <w:t xml:space="preserve">    (c) banker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was a cry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indignation</w:t>
      </w:r>
      <w:r>
        <w:rPr>
          <w:b/>
          <w:bCs/>
        </w:rPr>
        <w:t xml:space="preserve">, and everyone began thinking out ways of catching Snowball if he should ever come back.</w:t>
      </w:r>
      <w:r>
        <w:br/>
      </w:r>
      <w:r>
        <w:t xml:space="preserve">    (a) general agreement</w:t>
      </w:r>
      <w:r>
        <w:br/>
      </w:r>
      <w:r>
        <w:t xml:space="preserve">    (b) shocked surprise</w:t>
      </w:r>
      <w:r>
        <w:br/>
      </w:r>
      <w:r>
        <w:t xml:space="preserve">    (c) anger at injustice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For five days the hens held out, then they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capitulated</w:t>
      </w:r>
      <w:r>
        <w:rPr>
          <w:b/>
          <w:bCs/>
        </w:rPr>
        <w:t xml:space="preserve"> </w:t>
      </w:r>
      <w:r>
        <w:rPr>
          <w:b/>
          <w:bCs/>
        </w:rPr>
        <w:t xml:space="preserve">and went back to their nesting boxes.</w:t>
      </w:r>
      <w:r>
        <w:br/>
      </w:r>
      <w:r>
        <w:t xml:space="preserve">    (a) gave up</w:t>
      </w:r>
      <w:r>
        <w:br/>
      </w:r>
      <w:r>
        <w:t xml:space="preserve">    (b) were victorious</w:t>
      </w:r>
      <w:r>
        <w:br/>
      </w:r>
      <w:r>
        <w:t xml:space="preserve">    (c) reached an agreement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Whenever anything went wrong it became usual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attribute</w:t>
      </w:r>
      <w:r>
        <w:rPr>
          <w:b/>
          <w:bCs/>
        </w:rPr>
        <w:t xml:space="preserve"> </w:t>
      </w:r>
      <w:r>
        <w:rPr>
          <w:b/>
          <w:bCs/>
        </w:rPr>
        <w:t xml:space="preserve">it to Snowball.</w:t>
      </w:r>
      <w:r>
        <w:br/>
      </w:r>
      <w:r>
        <w:t xml:space="preserve">    (a) politely call for help about</w:t>
      </w:r>
      <w:r>
        <w:br/>
      </w:r>
      <w:r>
        <w:t xml:space="preserve">    (b) credit (in this case with blame)</w:t>
      </w:r>
      <w:r>
        <w:br/>
      </w:r>
      <w:r>
        <w:t xml:space="preserve">    (c) ask about (in a demanding way)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 far from being decorated, he had been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censured</w:t>
      </w:r>
      <w:r>
        <w:rPr>
          <w:b/>
          <w:bCs/>
        </w:rPr>
        <w:t xml:space="preserve"> </w:t>
      </w:r>
      <w:r>
        <w:rPr>
          <w:b/>
          <w:bCs/>
        </w:rPr>
        <w:t xml:space="preserve">for showing cowardice in the battle.</w:t>
      </w:r>
      <w:r>
        <w:br/>
      </w:r>
      <w:r>
        <w:t xml:space="preserve">    (a) formally criticized</w:t>
      </w:r>
      <w:r>
        <w:br/>
      </w:r>
      <w:r>
        <w:t xml:space="preserve">    (b) very embarrassed</w:t>
      </w:r>
      <w:r>
        <w:br/>
      </w:r>
      <w:r>
        <w:t xml:space="preserve">    (c) stripped of a responsibility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fear and despair they had felt a moment earlier were drowned in their rage against this vile,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contemptible</w:t>
      </w:r>
      <w:r>
        <w:rPr>
          <w:b/>
          <w:bCs/>
        </w:rPr>
        <w:t xml:space="preserve"> </w:t>
      </w:r>
      <w:r>
        <w:rPr>
          <w:b/>
          <w:bCs/>
        </w:rPr>
        <w:t xml:space="preserve">act.</w:t>
      </w:r>
      <w:r>
        <w:br/>
      </w:r>
      <w:r>
        <w:t xml:space="preserve">    (a) very surprising</w:t>
      </w:r>
      <w:r>
        <w:br/>
      </w:r>
      <w:r>
        <w:t xml:space="preserve">    (b) very bad</w:t>
      </w:r>
      <w:r>
        <w:br/>
      </w:r>
      <w:r>
        <w:t xml:space="preserve">    (c) very angering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 the same day it was given out that fresh documents had been discovered which revealed further details about Snowball's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complicity</w:t>
      </w:r>
      <w:r>
        <w:rPr>
          <w:b/>
          <w:bCs/>
        </w:rPr>
        <w:t xml:space="preserve"> </w:t>
      </w:r>
      <w:r>
        <w:rPr>
          <w:b/>
          <w:bCs/>
        </w:rPr>
        <w:t xml:space="preserve">with Jones.</w:t>
      </w:r>
      <w:r>
        <w:br/>
      </w:r>
      <w:r>
        <w:t xml:space="preserve">    (a) cleverness in negotiation</w:t>
      </w:r>
      <w:r>
        <w:br/>
      </w:r>
      <w:r>
        <w:t xml:space="preserve">    (b) bravery in battle</w:t>
      </w:r>
      <w:r>
        <w:br/>
      </w:r>
      <w:r>
        <w:t xml:space="preserve">    (c) guilt as an accomplice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Only old Benjamin was much the same as ever, except for being a little grayer about the muzzle, and, since Boxer's death, more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morose</w:t>
      </w:r>
      <w:r>
        <w:rPr>
          <w:b/>
          <w:bCs/>
        </w:rPr>
        <w:t xml:space="preserve"> </w:t>
      </w:r>
      <w:r>
        <w:rPr>
          <w:b/>
          <w:bCs/>
        </w:rPr>
        <w:t xml:space="preserve">and taciturn than ever.</w:t>
      </w:r>
      <w:r>
        <w:br/>
      </w:r>
      <w:r>
        <w:t xml:space="preserve">    (a) very unhappy</w:t>
      </w:r>
      <w:r>
        <w:br/>
      </w:r>
      <w:r>
        <w:t xml:space="preserve">    (b) very angry</w:t>
      </w:r>
      <w:r>
        <w:br/>
      </w:r>
      <w:r>
        <w:t xml:space="preserve">    (c) very impatient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Only old Benjamin was much the same as ever, except for being a little grayer about the muzzle, and, since Boxer's death, more morose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taciturn</w:t>
      </w:r>
      <w:r>
        <w:rPr>
          <w:b/>
          <w:bCs/>
        </w:rPr>
        <w:t xml:space="preserve"> </w:t>
      </w:r>
      <w:r>
        <w:rPr>
          <w:b/>
          <w:bCs/>
        </w:rPr>
        <w:t xml:space="preserve">than ever.</w:t>
      </w:r>
      <w:r>
        <w:br/>
      </w:r>
      <w:r>
        <w:t xml:space="preserve">    (a) quiet</w:t>
      </w:r>
      <w:r>
        <w:br/>
      </w:r>
      <w:r>
        <w:t xml:space="preserve">    (b) stubborn</w:t>
      </w:r>
      <w:r>
        <w:br/>
      </w:r>
      <w:r>
        <w:t xml:space="preserve">    (c) sleepy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truest happiness, he said, lay in working hard and living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frugally</w:t>
      </w:r>
      <w:r>
        <w:rPr>
          <w:b/>
          <w:bCs/>
        </w:rPr>
        <w:t xml:space="preserve">.</w:t>
      </w:r>
      <w:r>
        <w:br/>
      </w:r>
      <w:r>
        <w:t xml:space="preserve">    (a) independently</w:t>
      </w:r>
      <w:r>
        <w:br/>
      </w:r>
      <w:r>
        <w:t xml:space="preserve">    (b) with hard work</w:t>
      </w:r>
      <w:r>
        <w:br/>
      </w:r>
      <w:r>
        <w:t xml:space="preserve">    (c) without waste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before doing so, there were a few words that he felt it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incumbent</w:t>
      </w:r>
      <w:r>
        <w:rPr>
          <w:b/>
          <w:bCs/>
        </w:rPr>
        <w:t xml:space="preserve"> </w:t>
      </w:r>
      <w:r>
        <w:rPr>
          <w:b/>
          <w:bCs/>
        </w:rPr>
        <w:t xml:space="preserve">upon him to say.</w:t>
      </w:r>
      <w:r>
        <w:br/>
      </w:r>
      <w:r>
        <w:t xml:space="preserve">    (a) rehearsed</w:t>
      </w:r>
      <w:r>
        <w:br/>
      </w:r>
      <w:r>
        <w:t xml:space="preserve">    (b) required</w:t>
      </w:r>
      <w:r>
        <w:br/>
      </w:r>
      <w:r>
        <w:t xml:space="preserve">    (c) inspired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2026-07-31T14:19:50Z</dcterms:created>
  <dcterms:modified xsi:type="dcterms:W3CDTF">2026-07-31T14:19:50Z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