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a2aa43ec351ee55aceb611ffaac89790afa612"/>
    <w:p>
      <w:pPr>
        <w:pStyle w:val="Heading1"/>
      </w:pPr>
      <w:r>
        <w:rPr>
          <w:b/>
          <w:bCs/>
        </w:rPr>
        <w:t xml:space="preserve">Angels &amp; Demons</w:t>
      </w:r>
      <w:r>
        <w:br/>
      </w:r>
      <w:r>
        <w:rPr>
          <w:i/>
          <w:iCs/>
        </w:rPr>
        <w:t xml:space="preserve">Dan Brown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Flowers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rPr>
          <w:b/>
          <w:bCs/>
        </w:rPr>
        <w:t xml:space="preserve"> </w:t>
      </w:r>
      <w:r>
        <w:rPr>
          <w:b/>
          <w:bCs/>
        </w:rPr>
        <w:t xml:space="preserve">all the tables.</w:t>
      </w:r>
      <w:r>
        <w:br/>
      </w:r>
      <w:r>
        <w:t xml:space="preserve">    (a) obscured (hid)</w:t>
      </w:r>
      <w:r>
        <w:br/>
      </w:r>
      <w:r>
        <w:t xml:space="preserve">    (b) decorated</w:t>
      </w:r>
      <w:r>
        <w:br/>
      </w:r>
      <w:r>
        <w:t xml:space="preserve">    (c) grew under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tested the letter to prove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.</w:t>
      </w:r>
      <w:r>
        <w:br/>
      </w:r>
      <w:r>
        <w:t xml:space="preserve">    (a) being expensive</w:t>
      </w:r>
      <w:r>
        <w:br/>
      </w:r>
      <w:r>
        <w:t xml:space="preserve">    (b) being genuine</w:t>
      </w:r>
      <w:r>
        <w:br/>
      </w:r>
      <w:r>
        <w:t xml:space="preserve">    (c) being colorful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rules are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bastion</w:t>
      </w:r>
      <w:r>
        <w:rPr>
          <w:b/>
          <w:bCs/>
        </w:rPr>
        <w:t xml:space="preserve"> </w:t>
      </w:r>
      <w:r>
        <w:rPr>
          <w:b/>
          <w:bCs/>
        </w:rPr>
        <w:t xml:space="preserve">against corruption.</w:t>
      </w:r>
      <w:r>
        <w:br/>
      </w:r>
      <w:r>
        <w:t xml:space="preserve">    (a) defensive fortification</w:t>
      </w:r>
      <w:r>
        <w:br/>
      </w:r>
      <w:r>
        <w:t xml:space="preserve">    (b) weak spot</w:t>
      </w:r>
      <w:r>
        <w:br/>
      </w:r>
      <w:r>
        <w:t xml:space="preserve">    (c) prime example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thinks of herself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benevolent</w:t>
      </w:r>
      <w:r>
        <w:rPr>
          <w:b/>
          <w:bCs/>
        </w:rPr>
        <w:t xml:space="preserve"> </w:t>
      </w:r>
      <w:r>
        <w:rPr>
          <w:b/>
          <w:bCs/>
        </w:rPr>
        <w:t xml:space="preserve">dictator.</w:t>
      </w:r>
      <w:r>
        <w:br/>
      </w:r>
      <w:r>
        <w:t xml:space="preserve">    (a) calm</w:t>
      </w:r>
      <w:r>
        <w:br/>
      </w:r>
      <w:r>
        <w:t xml:space="preserve">    (b) ruthless</w:t>
      </w:r>
      <w:r>
        <w:br/>
      </w:r>
      <w:r>
        <w:t xml:space="preserve">    (c)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approached the impressive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doors.</w:t>
      </w:r>
      <w:r>
        <w:br/>
      </w:r>
      <w:r>
        <w:t xml:space="preserve">    (a) made of a high-quality wood</w:t>
      </w:r>
      <w:r>
        <w:br/>
      </w:r>
      <w:r>
        <w:t xml:space="preserve">    (b) notably large and appearing heavy</w:t>
      </w:r>
      <w:r>
        <w:br/>
      </w:r>
      <w:r>
        <w:t xml:space="preserve">    (c) made of a type of high-quality metal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 works are displayed to show technique in a way that ordinary regional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chronological</w:t>
      </w:r>
      <w:r>
        <w:rPr>
          <w:b/>
          <w:bCs/>
        </w:rPr>
        <w:t xml:space="preserve"> </w:t>
      </w:r>
      <w:r>
        <w:rPr>
          <w:b/>
          <w:bCs/>
        </w:rPr>
        <w:t xml:space="preserve">display wouldn't permit.</w:t>
      </w:r>
      <w:r>
        <w:br/>
      </w:r>
      <w:r>
        <w:t xml:space="preserve">    (a) by artist</w:t>
      </w:r>
      <w:r>
        <w:br/>
      </w:r>
      <w:r>
        <w:t xml:space="preserve">    (b) by date</w:t>
      </w:r>
      <w:r>
        <w:br/>
      </w:r>
      <w:r>
        <w:t xml:space="preserve">    (c) by region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judge praised the witnesses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clarity</w:t>
      </w:r>
      <w:r>
        <w:rPr>
          <w:b/>
          <w:bCs/>
        </w:rPr>
        <w:t xml:space="preserve"> </w:t>
      </w:r>
      <w:r>
        <w:rPr>
          <w:b/>
          <w:bCs/>
        </w:rPr>
        <w:t xml:space="preserve">of their testimony.</w:t>
      </w:r>
      <w:r>
        <w:br/>
      </w:r>
      <w:r>
        <w:t xml:space="preserve">    (a) courage</w:t>
      </w:r>
      <w:r>
        <w:br/>
      </w:r>
      <w:r>
        <w:t xml:space="preserve">    (b) briefness</w:t>
      </w:r>
      <w:r>
        <w:br/>
      </w:r>
      <w:r>
        <w:t xml:space="preserve">    (c) clearness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inclined to believe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 </w:t>
      </w:r>
      <w:r>
        <w:rPr>
          <w:b/>
          <w:bCs/>
        </w:rPr>
        <w:t xml:space="preserve">theories.</w:t>
      </w:r>
      <w:r>
        <w:br/>
      </w:r>
      <w:r>
        <w:t xml:space="preserve">    (a) scientific</w:t>
      </w:r>
      <w:r>
        <w:br/>
      </w:r>
      <w:r>
        <w:t xml:space="preserve">    (b) unproven</w:t>
      </w:r>
      <w:r>
        <w:br/>
      </w:r>
      <w:r>
        <w:t xml:space="preserve">    (c) secret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policy has widespread legal and political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implications</w:t>
      </w:r>
      <w:r>
        <w:rPr>
          <w:b/>
          <w:bCs/>
        </w:rPr>
        <w:t xml:space="preserve">.</w:t>
      </w:r>
      <w:r>
        <w:br/>
      </w:r>
      <w:r>
        <w:t xml:space="preserve">    (a) effects</w:t>
      </w:r>
      <w:r>
        <w:br/>
      </w:r>
      <w:r>
        <w:t xml:space="preserve">    (b) advantages</w:t>
      </w:r>
      <w:r>
        <w:br/>
      </w:r>
      <w:r>
        <w:t xml:space="preserve">    (c) disadvantages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fault clearly lies with the manufacturer, but we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lawsuit because our company installed their equipment.</w:t>
      </w:r>
      <w:r>
        <w:br/>
      </w:r>
      <w:r>
        <w:t xml:space="preserve">    (a) found guilty</w:t>
      </w:r>
      <w:r>
        <w:br/>
      </w:r>
      <w:r>
        <w:t xml:space="preserve">    (b) involved</w:t>
      </w:r>
      <w:r>
        <w:br/>
      </w:r>
      <w:r>
        <w:t xml:space="preserve">    (c) victorious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ancient Egyptians erected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obelisks</w:t>
      </w:r>
      <w:r>
        <w:rPr>
          <w:b/>
          <w:bCs/>
        </w:rPr>
        <w:t xml:space="preserve"> </w:t>
      </w:r>
      <w:r>
        <w:rPr>
          <w:b/>
          <w:bCs/>
        </w:rPr>
        <w:t xml:space="preserve">as symbols of the sun god Ra, and many of these impressive structures still stand today.</w:t>
      </w:r>
      <w:r>
        <w:br/>
      </w:r>
      <w:r>
        <w:t xml:space="preserve">    (a) life-like statutes made of stone</w:t>
      </w:r>
      <w:r>
        <w:br/>
      </w:r>
      <w:r>
        <w:t xml:space="preserve">    (b) stone pillars with a pyramidal tops</w:t>
      </w:r>
      <w:r>
        <w:br/>
      </w:r>
      <w:r>
        <w:t xml:space="preserve">    (c) circular stone structures used for astronomical observations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old phone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obsolete</w:t>
      </w:r>
      <w:r>
        <w:rPr>
          <w:b/>
          <w:bCs/>
        </w:rPr>
        <w:t xml:space="preserve">.</w:t>
      </w:r>
      <w:r>
        <w:br/>
      </w:r>
      <w:r>
        <w:t xml:space="preserve">    (a) outdated</w:t>
      </w:r>
      <w:r>
        <w:br/>
      </w:r>
      <w:r>
        <w:t xml:space="preserve">    (b) broken</w:t>
      </w:r>
      <w:r>
        <w:br/>
      </w:r>
      <w:r>
        <w:t xml:space="preserve">    (c) classic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book was called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Omnipotent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Government</w:t>
      </w:r>
      <w:r>
        <w:rPr>
          <w:b/>
          <w:bCs/>
        </w:rPr>
        <w:t xml:space="preserve">.</w:t>
      </w:r>
      <w:r>
        <w:br/>
      </w:r>
      <w:r>
        <w:t xml:space="preserve">    (a) present everywhere</w:t>
      </w:r>
      <w:r>
        <w:br/>
      </w:r>
      <w:r>
        <w:t xml:space="preserve">    (b) knowing everything</w:t>
      </w:r>
      <w:r>
        <w:br/>
      </w:r>
      <w:r>
        <w:t xml:space="preserve">    (c) all powerful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ornate</w:t>
      </w:r>
      <w:r>
        <w:rPr>
          <w:b/>
          <w:bCs/>
        </w:rPr>
        <w:t xml:space="preserve"> </w:t>
      </w:r>
      <w:r>
        <w:rPr>
          <w:b/>
          <w:bCs/>
        </w:rPr>
        <w:t xml:space="preserve">building I've ever seen.</w:t>
      </w:r>
      <w:r>
        <w:br/>
      </w:r>
      <w:r>
        <w:t xml:space="preserve">    (a) ancient</w:t>
      </w:r>
      <w:r>
        <w:br/>
      </w:r>
      <w:r>
        <w:t xml:space="preserve">    (b) boring</w:t>
      </w:r>
      <w:r>
        <w:br/>
      </w:r>
      <w:r>
        <w:t xml:space="preserve">    (c) decorated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displayed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pagan</w:t>
      </w:r>
      <w:r>
        <w:rPr>
          <w:b/>
          <w:bCs/>
        </w:rPr>
        <w:t xml:space="preserve"> </w:t>
      </w:r>
      <w:r>
        <w:rPr>
          <w:b/>
          <w:bCs/>
        </w:rPr>
        <w:t xml:space="preserve">statues from ancient Europe.</w:t>
      </w:r>
      <w:r>
        <w:br/>
      </w:r>
      <w:r>
        <w:t xml:space="preserve">    (a) ancient political</w:t>
      </w:r>
      <w:r>
        <w:br/>
      </w:r>
      <w:r>
        <w:t xml:space="preserve">    (b) non-mainstream religious</w:t>
      </w:r>
      <w:r>
        <w:br/>
      </w:r>
      <w:r>
        <w:t xml:space="preserve">    (c) highly religious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became interested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physics</w:t>
      </w:r>
      <w:r>
        <w:rPr>
          <w:b/>
          <w:bCs/>
        </w:rPr>
        <w:t xml:space="preserve"> </w:t>
      </w:r>
      <w:r>
        <w:rPr>
          <w:b/>
          <w:bCs/>
        </w:rPr>
        <w:t xml:space="preserve">after building a model rocket that launched using air pressure.</w:t>
      </w:r>
      <w:r>
        <w:br/>
      </w:r>
      <w:r>
        <w:t xml:space="preserve">    (a) study of human cultures</w:t>
      </w:r>
      <w:r>
        <w:br/>
      </w:r>
      <w:r>
        <w:t xml:space="preserve">    (b) science of matter and energy</w:t>
      </w:r>
      <w:r>
        <w:br/>
      </w:r>
      <w:r>
        <w:t xml:space="preserve">    (c) study of living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Thomas Edison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prolific</w:t>
      </w:r>
      <w:r>
        <w:rPr>
          <w:b/>
          <w:bCs/>
        </w:rPr>
        <w:t xml:space="preserve"> </w:t>
      </w:r>
      <w:r>
        <w:rPr>
          <w:b/>
          <w:bCs/>
        </w:rPr>
        <w:t xml:space="preserve">inventor, holding over a thousand US patents.</w:t>
      </w:r>
      <w:r>
        <w:br/>
      </w:r>
      <w:r>
        <w:t xml:space="preserve">    (a) producing abundantly</w:t>
      </w:r>
      <w:r>
        <w:br/>
      </w:r>
      <w:r>
        <w:t xml:space="preserve">    (b) highly creative</w:t>
      </w:r>
      <w:r>
        <w:br/>
      </w:r>
      <w:r>
        <w:t xml:space="preserve">    (c) little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collection includes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specimens</w:t>
      </w:r>
      <w:r>
        <w:rPr>
          <w:b/>
          <w:bCs/>
        </w:rPr>
        <w:t xml:space="preserve"> </w:t>
      </w:r>
      <w:r>
        <w:rPr>
          <w:b/>
          <w:bCs/>
        </w:rPr>
        <w:t xml:space="preserve">from all over the world.</w:t>
      </w:r>
      <w:r>
        <w:br/>
      </w:r>
      <w:r>
        <w:t xml:space="preserve">    (a) shells</w:t>
      </w:r>
      <w:r>
        <w:br/>
      </w:r>
      <w:r>
        <w:t xml:space="preserve">    (b) insects</w:t>
      </w:r>
      <w:r>
        <w:br/>
      </w:r>
      <w:r>
        <w:t xml:space="preserve">    (c) examples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2026-07-31T15:12:49Z</dcterms:created>
  <dcterms:modified xsi:type="dcterms:W3CDTF">2026-07-31T15:12:49Z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