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68a4d849c386d107babca597345e5a1d239575"/>
    <w:p>
      <w:pPr>
        <w:pStyle w:val="Heading1"/>
      </w:pPr>
      <w:r>
        <w:rPr>
          <w:b/>
          <w:bCs/>
        </w:rPr>
        <w:t xml:space="preserve">Angels &amp; Demons</w:t>
      </w:r>
      <w:r>
        <w:br/>
      </w:r>
      <w:r>
        <w:rPr>
          <w:i/>
          <w:iCs/>
        </w:rPr>
        <w:t xml:space="preserve">Dan Brown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 created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amorphous</w:t>
      </w:r>
      <w:r>
        <w:rPr>
          <w:b/>
          <w:bCs/>
        </w:rPr>
        <w:t xml:space="preserve"> </w:t>
      </w:r>
      <w:r>
        <w:rPr>
          <w:b/>
          <w:bCs/>
        </w:rPr>
        <w:t xml:space="preserve">sculpture that defied easy labels.</w:t>
      </w:r>
      <w:r>
        <w:br/>
      </w:r>
      <w:r>
        <w:t xml:space="preserve">    (a) shapeless or vague</w:t>
      </w:r>
      <w:r>
        <w:br/>
      </w:r>
      <w:r>
        <w:t xml:space="preserve">    (b) perfectly round</w:t>
      </w:r>
      <w:r>
        <w:br/>
      </w:r>
      <w:r>
        <w:t xml:space="preserve">    (c) sharply defined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the song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her popularity.</w:t>
      </w:r>
      <w:r>
        <w:br/>
      </w:r>
      <w:r>
        <w:t xml:space="preserve">    (a) highest point</w:t>
      </w:r>
      <w:r>
        <w:br/>
      </w:r>
      <w:r>
        <w:t xml:space="preserve">    (b) lowest point</w:t>
      </w:r>
      <w:r>
        <w:br/>
      </w:r>
      <w:r>
        <w:t xml:space="preserve">    (c) beginning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covered in dust</w:t>
      </w:r>
      <w:r>
        <w:br/>
      </w:r>
      <w:r>
        <w:t xml:space="preserve">    (c) alone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sensor needs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calibrated</w:t>
      </w:r>
      <w:r>
        <w:rPr>
          <w:b/>
          <w:bCs/>
        </w:rPr>
        <w:t xml:space="preserve"> </w:t>
      </w:r>
      <w:r>
        <w:rPr>
          <w:b/>
          <w:bCs/>
        </w:rPr>
        <w:t xml:space="preserve">in extreme weather.</w:t>
      </w:r>
      <w:r>
        <w:br/>
      </w:r>
      <w:r>
        <w:t xml:space="preserve">    (a) protected</w:t>
      </w:r>
      <w:r>
        <w:br/>
      </w:r>
      <w:r>
        <w:t xml:space="preserve">    (b) used carefully</w:t>
      </w:r>
      <w:r>
        <w:br/>
      </w:r>
      <w:r>
        <w:t xml:space="preserve">    (c) finely adjusted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someone on this committee to play the role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devil's advocate</w:t>
      </w:r>
      <w:r>
        <w:rPr>
          <w:b/>
          <w:bCs/>
        </w:rPr>
        <w:t xml:space="preserve">.</w:t>
      </w:r>
      <w:r>
        <w:br/>
      </w:r>
      <w:r>
        <w:t xml:space="preserve">    (a) a person who takes an unpopular position to encourage debate or test ideas</w:t>
      </w:r>
      <w:r>
        <w:br/>
      </w:r>
      <w:r>
        <w:t xml:space="preserve">    (b) someone who believes in the devil and practices satanic rituals</w:t>
      </w:r>
      <w:r>
        <w:br/>
      </w:r>
      <w:r>
        <w:t xml:space="preserve">    (c) someone who identifies and argues against ideas that are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 </w:t>
      </w:r>
      <w:r>
        <w:rPr>
          <w:b/>
          <w:bCs/>
        </w:rPr>
        <w:t xml:space="preserve">extends as far as they eye can see.</w:t>
      </w:r>
      <w:r>
        <w:br/>
      </w:r>
      <w:r>
        <w:t xml:space="preserve">    (a) authority</w:t>
      </w:r>
      <w:r>
        <w:br/>
      </w:r>
      <w:r>
        <w:t xml:space="preserve">    (b) enemies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Salaries of mid-</w:t>
      </w:r>
      <w:r>
        <w:rPr>
          <w:b/>
          <w:bCs/>
          <w:u w:val="single"/>
        </w:rPr>
        <w:t xml:space="preserve">echelon</w:t>
      </w:r>
      <w:r>
        <w:rPr>
          <w:b/>
          <w:bCs/>
        </w:rPr>
        <w:t xml:space="preserve"> </w:t>
      </w:r>
      <w:r>
        <w:rPr>
          <w:b/>
          <w:bCs/>
        </w:rPr>
        <w:t xml:space="preserve">executives rose an average of 2%.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level of a hierarchy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production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challenge</w:t>
      </w:r>
      <w:r>
        <w:br/>
      </w:r>
      <w:r>
        <w:t xml:space="preserve">    (b) success</w:t>
      </w:r>
      <w:r>
        <w:br/>
      </w:r>
      <w:r>
        <w:t xml:space="preserve">    (c) failure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monetary</w:t>
      </w:r>
      <w:r>
        <w:rPr>
          <w:b/>
          <w:bCs/>
        </w:rPr>
        <w:t xml:space="preserve"> </w:t>
      </w:r>
      <w:r>
        <w:rPr>
          <w:b/>
          <w:bCs/>
        </w:rPr>
        <w:t xml:space="preserve">value of the brooch does not reflect its sentimental value to me.</w:t>
      </w:r>
      <w:r>
        <w:br/>
      </w:r>
      <w:r>
        <w:t xml:space="preserve">    (a) money</w:t>
      </w:r>
      <w:r>
        <w:br/>
      </w:r>
      <w:r>
        <w:t xml:space="preserve">    (b) low</w:t>
      </w:r>
      <w:r>
        <w:br/>
      </w:r>
      <w:r>
        <w:t xml:space="preserve">    (c) auction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Particle physics</w:t>
      </w:r>
      <w:r>
        <w:rPr>
          <w:b/>
          <w:bCs/>
        </w:rPr>
        <w:t xml:space="preserve"> </w:t>
      </w:r>
      <w:r>
        <w:rPr>
          <w:b/>
          <w:bCs/>
        </w:rPr>
        <w:t xml:space="preserve">is also called high energy physics, because many particles are created through the high-speed collision of larger particles.</w:t>
      </w:r>
      <w:r>
        <w:br/>
      </w:r>
      <w:r>
        <w:t xml:space="preserve">    (a) 3-dimensional X-ray images of parts of the body using computerized tomography</w:t>
      </w:r>
      <w:r>
        <w:br/>
      </w:r>
      <w:r>
        <w:t xml:space="preserve">    (b) the branch of physics that studies subatomic particles and their interactions</w:t>
      </w:r>
      <w:r>
        <w:br/>
      </w:r>
      <w:r>
        <w:t xml:space="preserve">    (c) grammatical technique of telling a story using the pronouns "they" and "them"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favor for political support</w:t>
      </w:r>
      <w:r>
        <w:br/>
      </w:r>
      <w:r>
        <w:t xml:space="preserve">    (b) high-ranking and high-paying</w:t>
      </w:r>
      <w:r>
        <w:br/>
      </w:r>
      <w:r>
        <w:t xml:space="preserve">    (c) civil service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Hollywood is always pressing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profane</w:t>
      </w:r>
      <w:r>
        <w:rPr>
          <w:b/>
          <w:bCs/>
        </w:rPr>
        <w:t xml:space="preserve"> </w:t>
      </w:r>
      <w:r>
        <w:rPr>
          <w:b/>
          <w:bCs/>
        </w:rPr>
        <w:t xml:space="preserve">limits.</w:t>
      </w:r>
      <w:r>
        <w:br/>
      </w:r>
      <w:r>
        <w:t xml:space="preserve">    (a) creative</w:t>
      </w:r>
      <w:r>
        <w:br/>
      </w:r>
      <w:r>
        <w:t xml:space="preserve">    (b) funding</w:t>
      </w:r>
      <w:r>
        <w:br/>
      </w:r>
      <w:r>
        <w:t xml:space="preserve">    (c)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Spirometry (measuring breathing capacity) is the most common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pulmonary</w:t>
      </w:r>
      <w:r>
        <w:rPr>
          <w:b/>
          <w:bCs/>
        </w:rPr>
        <w:t xml:space="preserve"> </w:t>
      </w:r>
      <w:r>
        <w:rPr>
          <w:b/>
          <w:bCs/>
        </w:rPr>
        <w:t xml:space="preserve">function tests.</w:t>
      </w:r>
      <w:r>
        <w:br/>
      </w:r>
      <w:r>
        <w:t xml:space="preserve">    (a) relating to the bones</w:t>
      </w:r>
      <w:r>
        <w:br/>
      </w:r>
      <w:r>
        <w:t xml:space="preserve">    (b) relating to the skin</w:t>
      </w:r>
      <w:r>
        <w:br/>
      </w:r>
      <w:r>
        <w:t xml:space="preserve">    (c) relating to the lungs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discovered that protons and neutrons are not indivisible—each is made of three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quarks</w:t>
      </w:r>
      <w:r>
        <w:rPr>
          <w:b/>
          <w:bCs/>
        </w:rPr>
        <w:t xml:space="preserve"> </w:t>
      </w:r>
      <w:r>
        <w:rPr>
          <w:b/>
          <w:bCs/>
        </w:rPr>
        <w:t xml:space="preserve">bound together by the strong force.</w:t>
      </w:r>
      <w:r>
        <w:br/>
      </w:r>
      <w:r>
        <w:t xml:space="preserve">    (a) basic building blocks of matter that makes up protons and neutrons</w:t>
      </w:r>
      <w:r>
        <w:br/>
      </w:r>
      <w:r>
        <w:t xml:space="preserve">    (b) instances of donating one's income to a church; or the gifts given</w:t>
      </w:r>
      <w:r>
        <w:br/>
      </w:r>
      <w:r>
        <w:t xml:space="preserve">    (c) fixed values or limits that establish how something should be 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or desired</w:t>
      </w:r>
      <w:r>
        <w:br/>
      </w:r>
      <w:r>
        <w:t xml:space="preserve">    (b) exactly fitting requirements</w:t>
      </w:r>
      <w:r>
        <w:br/>
      </w:r>
      <w:r>
        <w:t xml:space="preserve">    (c) less than what is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Sweden's population is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 </w:t>
      </w:r>
      <w:r>
        <w:rPr>
          <w:b/>
          <w:bCs/>
        </w:rPr>
        <w:t xml:space="preserve">than populations of most countries.</w:t>
      </w:r>
      <w:r>
        <w:br/>
      </w:r>
      <w:r>
        <w:t xml:space="preserve">    (a) similar</w:t>
      </w:r>
      <w:r>
        <w:br/>
      </w:r>
      <w:r>
        <w:t xml:space="preserve">    (b) blonde</w:t>
      </w:r>
      <w:r>
        <w:br/>
      </w:r>
      <w:r>
        <w:t xml:space="preserve">    (c) non-religious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layers</w:t>
      </w:r>
      <w:r>
        <w:br/>
      </w:r>
      <w:r>
        <w:t xml:space="preserve">    (b) erosion</w:t>
      </w:r>
      <w:r>
        <w:br/>
      </w:r>
      <w:r>
        <w:t xml:space="preserve">    (c) hardness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Education initiatives are too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stymied</w:t>
      </w:r>
      <w:r>
        <w:rPr>
          <w:b/>
          <w:bCs/>
        </w:rPr>
        <w:t xml:space="preserve"> </w:t>
      </w:r>
      <w:r>
        <w:rPr>
          <w:b/>
          <w:bCs/>
        </w:rPr>
        <w:t xml:space="preserve">by a culture that doesn't adequately value education.</w:t>
      </w:r>
      <w:r>
        <w:br/>
      </w:r>
      <w:r>
        <w:t xml:space="preserve">    (a) hindered or stopped</w:t>
      </w:r>
      <w:r>
        <w:br/>
      </w:r>
      <w:r>
        <w:t xml:space="preserve">    (b) oversold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librarian struggled to find space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voluminous</w:t>
      </w:r>
      <w:r>
        <w:rPr>
          <w:b/>
          <w:bCs/>
        </w:rPr>
        <w:t xml:space="preserve"> </w:t>
      </w:r>
      <w:r>
        <w:rPr>
          <w:b/>
          <w:bCs/>
        </w:rPr>
        <w:t xml:space="preserve">collection of books donated by the local university.</w:t>
      </w:r>
      <w:r>
        <w:br/>
      </w:r>
      <w:r>
        <w:t xml:space="preserve">    (a) valuable</w:t>
      </w:r>
      <w:r>
        <w:br/>
      </w:r>
      <w:r>
        <w:t xml:space="preserve">    (b) large</w:t>
      </w:r>
      <w:r>
        <w:br/>
      </w:r>
      <w:r>
        <w:t xml:space="preserve">    (c) old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2026-07-31T15:12:49Z</dcterms:created>
  <dcterms:modified xsi:type="dcterms:W3CDTF">2026-07-31T15:12:49Z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