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0ebe298a76f42f1d4b711040a3c822bc76b9b6"/>
    <w:p>
      <w:pPr>
        <w:pStyle w:val="Heading1"/>
      </w:pPr>
      <w:r>
        <w:rPr>
          <w:b/>
          <w:bCs/>
        </w:rPr>
        <w:t xml:space="preserve">Angels &amp; Demons</w:t>
      </w:r>
      <w:r>
        <w:br/>
      </w:r>
      <w:r>
        <w:rPr>
          <w:i/>
          <w:iCs/>
        </w:rPr>
        <w:t xml:space="preserve">Dan Brown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stared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ornate</w:t>
      </w:r>
      <w:r>
        <w:rPr>
          <w:b/>
          <w:bCs/>
        </w:rPr>
        <w:t xml:space="preserve"> </w:t>
      </w:r>
      <w:r>
        <w:rPr>
          <w:b/>
          <w:bCs/>
        </w:rPr>
        <w:t xml:space="preserve">lettering in disbelief.</w:t>
      </w:r>
      <w:r>
        <w:br/>
      </w:r>
      <w:r>
        <w:t xml:space="preserve">    (a) indicating approval or agreement</w:t>
      </w:r>
      <w:r>
        <w:br/>
      </w:r>
      <w:r>
        <w:t xml:space="preserve">    (b) able to be taken on as one's own</w:t>
      </w:r>
      <w:r>
        <w:br/>
      </w:r>
      <w:r>
        <w:t xml:space="preserve">    (c) having lots of decorative detail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wasn't aware Geneva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physics</w:t>
      </w:r>
      <w:r>
        <w:rPr>
          <w:b/>
          <w:bCs/>
        </w:rPr>
        <w:t xml:space="preserve"> </w:t>
      </w:r>
      <w:r>
        <w:rPr>
          <w:b/>
          <w:bCs/>
        </w:rPr>
        <w:t xml:space="preserve">lab.</w:t>
      </w:r>
      <w:r>
        <w:br/>
      </w:r>
      <w:r>
        <w:t xml:space="preserve">    (a) lacking things most people enjoy</w:t>
      </w:r>
      <w:r>
        <w:br/>
      </w:r>
      <w:r>
        <w:t xml:space="preserve">    (b) referring to any rocky mountains</w:t>
      </w:r>
      <w:r>
        <w:br/>
      </w:r>
      <w:r>
        <w:t xml:space="preserve">    (c) the science of matter and energy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Kohler took a sharp left and entered a wide hallway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adorned</w:t>
      </w:r>
      <w:r>
        <w:rPr>
          <w:b/>
          <w:bCs/>
        </w:rPr>
        <w:t xml:space="preserve"> </w:t>
      </w:r>
      <w:r>
        <w:rPr>
          <w:b/>
          <w:bCs/>
        </w:rPr>
        <w:t xml:space="preserve">with awards and commendations.</w:t>
      </w:r>
      <w:r>
        <w:br/>
      </w:r>
      <w:r>
        <w:t xml:space="preserve">    (a) decorated</w:t>
      </w:r>
      <w:r>
        <w:br/>
      </w:r>
      <w:r>
        <w:t xml:space="preserve">    (b) postponed</w:t>
      </w:r>
      <w:r>
        <w:br/>
      </w:r>
      <w:r>
        <w:t xml:space="preserve">    (c) disagreed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Conspiracy</w:t>
      </w:r>
      <w:r>
        <w:rPr>
          <w:b/>
          <w:bCs/>
        </w:rPr>
        <w:t xml:space="preserve"> </w:t>
      </w:r>
      <w:r>
        <w:rPr>
          <w:b/>
          <w:bCs/>
        </w:rPr>
        <w:t xml:space="preserve">buffs," Langdon replied.</w:t>
      </w:r>
      <w:r>
        <w:br/>
      </w:r>
      <w:r>
        <w:t xml:space="preserve">    (a) a secret agreement or plot</w:t>
      </w:r>
      <w:r>
        <w:br/>
      </w:r>
      <w:r>
        <w:t xml:space="preserve">    (b) the best or most important</w:t>
      </w:r>
      <w:r>
        <w:br/>
      </w:r>
      <w:r>
        <w:t xml:space="preserve">    (c) harsh and unfair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he didn't want the religious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implications</w:t>
      </w:r>
      <w:r>
        <w:rPr>
          <w:b/>
          <w:bCs/>
        </w:rPr>
        <w:t xml:space="preserve"> </w:t>
      </w:r>
      <w:r>
        <w:rPr>
          <w:b/>
          <w:bCs/>
        </w:rPr>
        <w:t xml:space="preserve">of his discovery lost in an onslaught of commercialism?</w:t>
      </w:r>
      <w:r>
        <w:br/>
      </w:r>
      <w:r>
        <w:t xml:space="preserve">    (a) supporters of dramatic change -- sometimes people fighting for overthrow of a government</w:t>
      </w:r>
      <w:r>
        <w:br/>
      </w:r>
      <w:r>
        <w:t xml:space="preserve">    (b) things suggested or things that can be concluded</w:t>
      </w:r>
      <w:r>
        <w:br/>
      </w:r>
      <w:r>
        <w:t xml:space="preserve">    (c) workplaces where people do scientific or medical research, or produce drugs or chemicals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Bank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implicated</w:t>
      </w:r>
      <w:r>
        <w:rPr>
          <w:b/>
          <w:bCs/>
        </w:rPr>
        <w:t xml:space="preserve"> </w:t>
      </w:r>
      <w:r>
        <w:rPr>
          <w:b/>
          <w:bCs/>
        </w:rPr>
        <w:t xml:space="preserve">in shady financial deals with the Masonic Lodge ….</w:t>
      </w:r>
      <w:r>
        <w:br/>
      </w:r>
      <w:r>
        <w:t xml:space="preserve">    (a) involved or accused of involvement</w:t>
      </w:r>
      <w:r>
        <w:br/>
      </w:r>
      <w:r>
        <w:t xml:space="preserve">    (b) not interacting; or not interested</w:t>
      </w:r>
      <w:r>
        <w:br/>
      </w:r>
      <w:r>
        <w:t xml:space="preserve">    (c) not provided with investment funds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Building an oil rig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a single barrel of oil was a losing endeavor.</w:t>
      </w:r>
      <w:r>
        <w:br/>
      </w:r>
      <w:r>
        <w:t xml:space="preserve">    (a) stop (something from happening)</w:t>
      </w:r>
      <w:r>
        <w:br/>
      </w:r>
      <w:r>
        <w:t xml:space="preserve">    (b) think deeply or carefully about</w:t>
      </w:r>
      <w:r>
        <w:br/>
      </w:r>
      <w:r>
        <w:t xml:space="preserve">    (c) produce or give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Then, as he teetered on the brink of unconsciousness, Langdon heard a distant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yielding</w:t>
      </w:r>
      <w:r>
        <w:rPr>
          <w:b/>
          <w:bCs/>
        </w:rPr>
        <w:t xml:space="preserve"> </w:t>
      </w:r>
      <w:r>
        <w:rPr>
          <w:b/>
          <w:bCs/>
        </w:rPr>
        <w:t xml:space="preserve">…. a ripple spidering outward through the glass.</w:t>
      </w:r>
      <w:r>
        <w:br/>
      </w:r>
      <w:r>
        <w:t xml:space="preserve">    (a) giving in, giving up, or giving way (easily moved or soft)</w:t>
      </w:r>
      <w:r>
        <w:br/>
      </w:r>
      <w:r>
        <w:t xml:space="preserve">    (b) showing, demonstrating, determining, or causing acceptance</w:t>
      </w:r>
      <w:r>
        <w:br/>
      </w:r>
      <w:r>
        <w:t xml:space="preserve">    (c) placing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Whoever killed Leonardo wanted one thing--the antimatter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specimen</w:t>
      </w:r>
      <w:r>
        <w:rPr>
          <w:b/>
          <w:bCs/>
        </w:rPr>
        <w:t xml:space="preserve">.</w:t>
      </w:r>
      <w:r>
        <w:br/>
      </w:r>
      <w:r>
        <w:t xml:space="preserve">    (a) the act of taking something on as one's own</w:t>
      </w:r>
      <w:r>
        <w:br/>
      </w:r>
      <w:r>
        <w:t xml:space="preserve">    (b) something that helps clarify or demonstrate</w:t>
      </w:r>
      <w:r>
        <w:br/>
      </w:r>
      <w:r>
        <w:t xml:space="preserve">    (c) sample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was a bewitching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clarity</w:t>
      </w:r>
      <w:r>
        <w:rPr>
          <w:b/>
          <w:bCs/>
        </w:rPr>
        <w:t xml:space="preserve"> </w:t>
      </w:r>
      <w:r>
        <w:rPr>
          <w:b/>
          <w:bCs/>
        </w:rPr>
        <w:t xml:space="preserve">in her eyes ....a purity in her voice.</w:t>
      </w:r>
      <w:r>
        <w:br/>
      </w:r>
      <w:r>
        <w:t xml:space="preserve">    (a) seen, expressed, or understood clearly; or a degree of transparency such as the quality of clear water</w:t>
      </w:r>
      <w:r>
        <w:br/>
      </w:r>
      <w:r>
        <w:t xml:space="preserve">    (b) the process of assigning a value on or judging the worth of something; or the result of such a process</w:t>
      </w:r>
      <w:r>
        <w:br/>
      </w:r>
      <w:r>
        <w:t xml:space="preserve">    (c) a collection of things on public display  OR  a detailed explanation or background of a specific topic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Langdon looked out at the towering stone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bastions</w:t>
      </w:r>
      <w:r>
        <w:rPr>
          <w:b/>
          <w:bCs/>
        </w:rPr>
        <w:t xml:space="preserve"> </w:t>
      </w:r>
      <w:r>
        <w:rPr>
          <w:b/>
          <w:bCs/>
        </w:rPr>
        <w:t xml:space="preserve">that loomed ahead-impenetrable fortifications surrounding the complex ... a strangely earthly defense for a spiritual world of secrets, power, and mystery.</w:t>
      </w:r>
      <w:r>
        <w:br/>
      </w:r>
      <w:r>
        <w:t xml:space="preserve">    (a) defensive fortifications</w:t>
      </w:r>
      <w:r>
        <w:br/>
      </w:r>
      <w:r>
        <w:t xml:space="preserve">    (b) a noticeable red (or brown) discolorations of sea water caused by excessive growth of microscopic algae</w:t>
      </w:r>
      <w:r>
        <w:br/>
      </w:r>
      <w:r>
        <w:t xml:space="preserve">    (c) things that are not obvious, but noticeable by someone with adequate sensitivity and relevant knowledge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of all people should realize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authenticity</w:t>
      </w:r>
      <w:r>
        <w:rPr>
          <w:b/>
          <w:bCs/>
        </w:rPr>
        <w:t xml:space="preserve"> </w:t>
      </w:r>
      <w:r>
        <w:rPr>
          <w:b/>
          <w:bCs/>
        </w:rPr>
        <w:t xml:space="preserve">of—</w:t>
      </w:r>
      <w:r>
        <w:br/>
      </w:r>
      <w:r>
        <w:t xml:space="preserve">    (a) not recognizable as different</w:t>
      </w:r>
      <w:r>
        <w:br/>
      </w:r>
      <w:r>
        <w:t xml:space="preserve">    (b) quality of being real or true</w:t>
      </w:r>
      <w:r>
        <w:br/>
      </w:r>
      <w:r>
        <w:t xml:space="preserve">    (c) not mirroring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"Your experience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obsolete</w:t>
      </w:r>
      <w:r>
        <w:rPr>
          <w:b/>
          <w:bCs/>
        </w:rPr>
        <w:t xml:space="preserve">," she fired back, equally tough.</w:t>
      </w:r>
      <w:r>
        <w:br/>
      </w:r>
      <w:r>
        <w:t xml:space="preserve">    (a) surprise -- often so much so that one doesn't know what to say or do</w:t>
      </w:r>
      <w:r>
        <w:br/>
      </w:r>
      <w:r>
        <w:t xml:space="preserve">    (b) no longer in general use because it was replaced by something better</w:t>
      </w:r>
      <w:r>
        <w:br/>
      </w:r>
      <w:r>
        <w:t xml:space="preserve">    (c) an appropriate size, amount, or degree in relation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fear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prolific</w:t>
      </w:r>
      <w:r>
        <w:rPr>
          <w:b/>
          <w:bCs/>
        </w:rPr>
        <w:t xml:space="preserve"> </w:t>
      </w:r>
      <w:r>
        <w:rPr>
          <w:b/>
          <w:bCs/>
        </w:rPr>
        <w:t xml:space="preserve">nature of your religion will make that a trying task.</w:t>
      </w:r>
      <w:r>
        <w:br/>
      </w:r>
      <w:r>
        <w:t xml:space="preserve">    (a) producing abundantly</w:t>
      </w:r>
      <w:r>
        <w:br/>
      </w:r>
      <w:r>
        <w:t xml:space="preserve">    (b) sincerity (realness)</w:t>
      </w:r>
      <w:r>
        <w:br/>
      </w:r>
      <w:r>
        <w:t xml:space="preserve">    (c)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cataloging was done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chronologically</w:t>
      </w:r>
      <w:r>
        <w:rPr>
          <w:b/>
          <w:bCs/>
        </w:rPr>
        <w:t xml:space="preserve">.</w:t>
      </w:r>
      <w:r>
        <w:br/>
      </w:r>
      <w:r>
        <w:t xml:space="preserve">    (a) not capable of being found</w:t>
      </w:r>
      <w:r>
        <w:br/>
      </w:r>
      <w:r>
        <w:t xml:space="preserve">    (b) not in a self-aware manner</w:t>
      </w:r>
      <w:r>
        <w:br/>
      </w:r>
      <w:r>
        <w:t xml:space="preserve">    (c) in order by date and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got its name from the original religion practiced there-Pantheism-the worship of all gods, specifically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pagan</w:t>
      </w:r>
      <w:r>
        <w:rPr>
          <w:b/>
          <w:bCs/>
        </w:rPr>
        <w:t xml:space="preserve"> </w:t>
      </w:r>
      <w:r>
        <w:rPr>
          <w:b/>
          <w:bCs/>
        </w:rPr>
        <w:t xml:space="preserve">gods of Mother Earth.</w:t>
      </w:r>
      <w:r>
        <w:br/>
      </w:r>
      <w:r>
        <w:t xml:space="preserve">    (a) someone who performs a detailed examination to improve understanding</w:t>
      </w:r>
      <w:r>
        <w:br/>
      </w:r>
      <w:r>
        <w:t xml:space="preserve">    (b) someone or something that joins two things -- especially fruit trees</w:t>
      </w:r>
      <w:r>
        <w:br/>
      </w:r>
      <w:r>
        <w:t xml:space="preserve">    (c) an offensive term for a person who follows a non-mainstream religion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"How about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obelisks</w:t>
      </w:r>
      <w:r>
        <w:rPr>
          <w:b/>
          <w:bCs/>
        </w:rPr>
        <w:t xml:space="preserve">?" he demanded.</w:t>
      </w:r>
      <w:r>
        <w:br/>
      </w:r>
      <w:r>
        <w:t xml:space="preserve">    (a) acts of officially telling someone about something; or things that contain such message</w:t>
      </w:r>
      <w:r>
        <w:br/>
      </w:r>
      <w:r>
        <w:t xml:space="preserve">    (b) a stone pillar with a pyramidal top erected as a monument to remember a person or event</w:t>
      </w:r>
      <w:r>
        <w:br/>
      </w:r>
      <w:r>
        <w:t xml:space="preserve">    (c) governmental systems in which a majority of citizens elect representatives to make laws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understand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omnipotent</w:t>
      </w:r>
      <w:r>
        <w:rPr>
          <w:b/>
          <w:bCs/>
        </w:rPr>
        <w:t xml:space="preserve">-benevolent thing.</w:t>
      </w:r>
      <w:r>
        <w:br/>
      </w:r>
      <w:r>
        <w:t xml:space="preserve">    (a) all powerful</w:t>
      </w:r>
      <w:r>
        <w:br/>
      </w:r>
      <w:r>
        <w:t xml:space="preserve">    (b) not pleasing</w:t>
      </w:r>
      <w:r>
        <w:br/>
      </w:r>
      <w:r>
        <w:t xml:space="preserve">    (c) sticking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</w:t>
      </w:r>
      <w:r>
        <w:rPr>
          <w:b/>
          <w:bCs/>
          <w:u w:val="single"/>
        </w:rPr>
        <w:t xml:space="preserve">benevolent</w:t>
      </w:r>
      <w:r>
        <w:rPr>
          <w:b/>
          <w:bCs/>
        </w:rPr>
        <w:t xml:space="preserve"> </w:t>
      </w:r>
      <w:r>
        <w:rPr>
          <w:b/>
          <w:bCs/>
        </w:rPr>
        <w:t xml:space="preserve">and powerless to help.</w:t>
      </w:r>
      <w:r>
        <w:br/>
      </w:r>
      <w:r>
        <w:t xml:space="preserve">    (a) not thoughtful about the past</w:t>
      </w:r>
      <w:r>
        <w:br/>
      </w:r>
      <w:r>
        <w:t xml:space="preserve">    (b) not able to be disagreed with</w:t>
      </w:r>
      <w:r>
        <w:br/>
      </w:r>
      <w:r>
        <w:t xml:space="preserve">    (c)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bird's deceptively dark color was the result of Rome's pollution tarnishing the original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.</w:t>
      </w:r>
      <w:r>
        <w:br/>
      </w:r>
      <w:r>
        <w:t xml:space="preserve">    (a) examine in detail to better understand</w:t>
      </w:r>
      <w:r>
        <w:br/>
      </w:r>
      <w:r>
        <w:t xml:space="preserve">    (b) a yellowish metal</w:t>
      </w:r>
      <w:r>
        <w:br/>
      </w:r>
      <w:r>
        <w:t xml:space="preserve">    (c) appropriate in size, amount, or degree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2026-07-31T15:12:49Z</dcterms:created>
  <dcterms:modified xsi:type="dcterms:W3CDTF">2026-07-31T15:12:49Z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