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angelfall-susan-ee-vocabulary-in-context"/>
    <w:p>
      <w:pPr>
        <w:pStyle w:val="Heading1"/>
      </w:pPr>
      <w:r>
        <w:rPr>
          <w:b/>
          <w:bCs/>
        </w:rPr>
        <w:t xml:space="preserve">Angelfall</w:t>
      </w:r>
      <w:r>
        <w:br/>
      </w:r>
      <w:r>
        <w:rPr>
          <w:i/>
          <w:iCs/>
        </w:rPr>
        <w:t xml:space="preserve">Susan Ee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believe for a second that it's a real angel feather, although that's clearly what's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.</w:t>
      </w:r>
      <w:r>
        <w:br/>
      </w:r>
      <w:r>
        <w:t xml:space="preserve">    (a) suggested (said indirectly)</w:t>
      </w:r>
      <w:r>
        <w:br/>
      </w:r>
      <w:r>
        <w:t xml:space="preserve">    (b) was attractive or desirable</w:t>
      </w:r>
      <w:r>
        <w:br/>
      </w:r>
      <w:r>
        <w:t xml:space="preserve">    (c) not wanting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hybrid</w:t>
      </w:r>
      <w:r>
        <w:rPr>
          <w:b/>
          <w:bCs/>
        </w:rPr>
        <w:t xml:space="preserve"> </w:t>
      </w:r>
      <w:r>
        <w:rPr>
          <w:b/>
          <w:bCs/>
        </w:rPr>
        <w:t xml:space="preserve">car I was aiming for suddenly crumples under the weight of something crashing down on it.</w:t>
      </w:r>
      <w:r>
        <w:br/>
      </w:r>
      <w:r>
        <w:t xml:space="preserve">    (a) something of mixed origin</w:t>
      </w:r>
      <w:r>
        <w:br/>
      </w:r>
      <w:r>
        <w:t xml:space="preserve">    (b) something that stands out</w:t>
      </w:r>
      <w:r>
        <w:br/>
      </w:r>
      <w:r>
        <w:t xml:space="preserve">    (c) something made from parts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hog-tied and wingless, he sure could give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intimidating</w:t>
      </w:r>
      <w:r>
        <w:rPr>
          <w:b/>
          <w:bCs/>
        </w:rPr>
        <w:t xml:space="preserve"> </w:t>
      </w:r>
      <w:r>
        <w:rPr>
          <w:b/>
          <w:bCs/>
        </w:rPr>
        <w:t xml:space="preserve">look.</w:t>
      </w:r>
      <w:r>
        <w:br/>
      </w:r>
      <w:r>
        <w:t xml:space="preserve">    (a) briefly seeing</w:t>
      </w:r>
      <w:r>
        <w:br/>
      </w:r>
      <w:r>
        <w:t xml:space="preserve">    (b) avoiding waste</w:t>
      </w:r>
      <w:r>
        <w:br/>
      </w:r>
      <w:r>
        <w:t xml:space="preserve">    (c) making fearful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then again, Cinderella didn't live in a post-</w:t>
      </w:r>
      <w:r>
        <w:rPr>
          <w:b/>
          <w:bCs/>
          <w:u w:val="single"/>
        </w:rPr>
        <w:t xml:space="preserve">apocalyptic</w:t>
      </w:r>
      <w:r>
        <w:rPr>
          <w:b/>
          <w:bCs/>
        </w:rPr>
        <w:t xml:space="preserve"> </w:t>
      </w:r>
      <w:r>
        <w:rPr>
          <w:b/>
          <w:bCs/>
        </w:rPr>
        <w:t xml:space="preserve">world invaded by avenging angels.</w:t>
      </w:r>
      <w:r>
        <w:br/>
      </w:r>
      <w:r>
        <w:t xml:space="preserve">    (a) the state or degree of being very large</w:t>
      </w:r>
      <w:r>
        <w:br/>
      </w:r>
      <w:r>
        <w:t xml:space="preserve">    (b) describing a terribly destructive event</w:t>
      </w:r>
      <w:r>
        <w:br/>
      </w:r>
      <w:r>
        <w:t xml:space="preserve">    (c) meticulousness (care for small details)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On the other hand</w:t>
      </w:r>
      <w:r>
        <w:rPr>
          <w:b/>
          <w:bCs/>
        </w:rPr>
        <w:t xml:space="preserve">, if the gang is drawn by the noise of the window breaking, they would be fully occupied as soon as they saw the angel.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from another point of view; or in a way that is different (a phrase used to introduce a different perspective or idea)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like holding up a flagpole with my arms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contorted</w:t>
      </w:r>
      <w:r>
        <w:rPr>
          <w:b/>
          <w:bCs/>
        </w:rPr>
        <w:t xml:space="preserve">.</w:t>
      </w:r>
      <w:r>
        <w:br/>
      </w:r>
      <w:r>
        <w:t xml:space="preserve">    (a) flushed</w:t>
      </w:r>
      <w:r>
        <w:br/>
      </w:r>
      <w:r>
        <w:t xml:space="preserve">    (b) twisted</w:t>
      </w:r>
      <w:r>
        <w:br/>
      </w:r>
      <w:r>
        <w:t xml:space="preserve">    (c) faced downward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post-fight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adrenaline</w:t>
      </w:r>
      <w:r>
        <w:rPr>
          <w:b/>
          <w:bCs/>
        </w:rPr>
        <w:t xml:space="preserve"> </w:t>
      </w:r>
      <w:r>
        <w:rPr>
          <w:b/>
          <w:bCs/>
        </w:rPr>
        <w:t xml:space="preserve">has me literally trembling.</w:t>
      </w:r>
      <w:r>
        <w:br/>
      </w:r>
      <w:r>
        <w:t xml:space="preserve">    (a) the branch of geology that studies rocks</w:t>
      </w:r>
      <w:r>
        <w:br/>
      </w:r>
      <w:r>
        <w:t xml:space="preserve">    (b) declaration of invalidity; or cancelation</w:t>
      </w:r>
      <w:r>
        <w:br/>
      </w:r>
      <w:r>
        <w:t xml:space="preserve">    (c) “fight or flight” stimulating hormone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inanimate</w:t>
      </w:r>
      <w:r>
        <w:rPr>
          <w:b/>
          <w:bCs/>
        </w:rPr>
        <w:t xml:space="preserve"> </w:t>
      </w:r>
      <w:r>
        <w:rPr>
          <w:b/>
          <w:bCs/>
        </w:rPr>
        <w:t xml:space="preserve">object.</w:t>
      </w:r>
      <w:r>
        <w:br/>
      </w:r>
      <w:r>
        <w:t xml:space="preserve">    (a) not living</w:t>
      </w:r>
      <w:r>
        <w:br/>
      </w:r>
      <w:r>
        <w:t xml:space="preserve">    (b) having the characteristic of or relating to bouncing back light/heat/sound...</w:t>
      </w:r>
      <w:r>
        <w:br/>
      </w:r>
      <w:r>
        <w:t xml:space="preserve">    (c) suffering from too few red blood cells</w:t>
      </w:r>
      <w:r>
        <w:br/>
      </w:r>
      <w:r>
        <w:br/>
      </w:r>
      <w:r>
        <w:t xml:space="preserve">or (less commonly):  lacking vitality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face becomes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animated</w:t>
      </w:r>
      <w:r>
        <w:rPr>
          <w:b/>
          <w:bCs/>
        </w:rPr>
        <w:t xml:space="preserve"> </w:t>
      </w:r>
      <w:r>
        <w:rPr>
          <w:b/>
          <w:bCs/>
        </w:rPr>
        <w:t xml:space="preserve">like he's genuinely fascinated by the economics of post-apocalyptic gambling.</w:t>
      </w:r>
      <w:r>
        <w:br/>
      </w:r>
      <w:r>
        <w:t xml:space="preserve">    (a) competed in a contest to knock each other off horses with blunted lances  OR  competed in any kind of contest</w:t>
      </w:r>
      <w:r>
        <w:br/>
      </w:r>
      <w:r>
        <w:t xml:space="preserve">    (b) enthusiastic</w:t>
      </w:r>
      <w:r>
        <w:br/>
      </w:r>
      <w:r>
        <w:t xml:space="preserve">    (c) not happening at the same time or in a coordinated sequence; or (of watches/clocks) not set to show the same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They're pink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vulnerable</w:t>
      </w:r>
      <w:r>
        <w:rPr>
          <w:b/>
          <w:bCs/>
        </w:rPr>
        <w:t xml:space="preserve"> </w:t>
      </w:r>
      <w:r>
        <w:rPr>
          <w:b/>
          <w:bCs/>
        </w:rPr>
        <w:t xml:space="preserve">as though they haven't been used much.</w:t>
      </w:r>
      <w:r>
        <w:br/>
      </w:r>
      <w:r>
        <w:t xml:space="preserve">    (a) suffering from too few red blood cells</w:t>
      </w:r>
      <w:r>
        <w:br/>
      </w:r>
      <w:r>
        <w:br/>
      </w:r>
      <w:r>
        <w:t xml:space="preserve">or (less commonly):  lacking vitality</w:t>
      </w:r>
      <w:r>
        <w:br/>
      </w:r>
      <w:r>
        <w:t xml:space="preserve">    (b) having the characteristic of or relating to bouncing back light/heat/sound...</w:t>
      </w:r>
      <w:r>
        <w:br/>
      </w:r>
      <w:r>
        <w:t xml:space="preserve">    (c) easily hurt or in need of help; or easily influenced or subject to temptation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camouflage</w:t>
      </w:r>
      <w:r>
        <w:rPr>
          <w:b/>
          <w:bCs/>
        </w:rPr>
        <w:t xml:space="preserve"> </w:t>
      </w:r>
      <w:r>
        <w:rPr>
          <w:b/>
          <w:bCs/>
        </w:rPr>
        <w:t xml:space="preserve">and carry rifles like they know how to use them.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present something to treat as true in order to advance a discussion or to further investigation even though it might not be true</w:t>
      </w:r>
      <w:r>
        <w:br/>
      </w:r>
      <w:r>
        <w:t xml:space="preserve">    (c) to expression feelings or thoughts enthusiastically  OR  to squirt or give off (typically under pressure such as blood or leaking gas)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"Why did you come here?" he asks,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blatantly</w:t>
      </w:r>
      <w:r>
        <w:rPr>
          <w:b/>
          <w:bCs/>
        </w:rPr>
        <w:t xml:space="preserve"> </w:t>
      </w:r>
      <w:r>
        <w:rPr>
          <w:b/>
          <w:bCs/>
        </w:rPr>
        <w:t xml:space="preserve">changing the subject.</w:t>
      </w:r>
      <w:r>
        <w:br/>
      </w:r>
      <w:r>
        <w:t xml:space="preserve">    (a) in an obvious manner</w:t>
      </w:r>
      <w:r>
        <w:br/>
      </w:r>
      <w:r>
        <w:t xml:space="preserve">    (b) with great annoyance</w:t>
      </w:r>
      <w:r>
        <w:br/>
      </w:r>
      <w:r>
        <w:t xml:space="preserve">    (c) in a wasteful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feel the nose smash under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onslaught</w:t>
      </w:r>
      <w:r>
        <w:rPr>
          <w:b/>
          <w:bCs/>
        </w:rPr>
        <w:t xml:space="preserve">.</w:t>
      </w:r>
      <w:r>
        <w:br/>
      </w:r>
      <w:r>
        <w:t xml:space="preserve">    (a) the act of move something out of an interacting position; or the act of stopping</w:t>
      </w:r>
      <w:r>
        <w:br/>
      </w:r>
      <w:r>
        <w:t xml:space="preserve">    (b) co-existing peacefully; or having components that are combined in a pleasing way</w:t>
      </w:r>
      <w:r>
        <w:br/>
      </w:r>
      <w:r>
        <w:t xml:space="preserve">    (c) powerful attack; or sudden and enormous amount of something that must be handled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They're barely out of their teens, tall and skinny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mischievous</w:t>
      </w:r>
      <w:r>
        <w:rPr>
          <w:b/>
          <w:bCs/>
        </w:rPr>
        <w:t xml:space="preserve"> </w:t>
      </w:r>
      <w:r>
        <w:rPr>
          <w:b/>
          <w:bCs/>
        </w:rPr>
        <w:t xml:space="preserve">eyes.</w:t>
      </w:r>
      <w:r>
        <w:br/>
      </w:r>
      <w:r>
        <w:t xml:space="preserve">    (a) the quality of behaving in an instinctive, uninhibited, and unplanned manner</w:t>
      </w:r>
      <w:r>
        <w:br/>
      </w:r>
      <w:r>
        <w:t xml:space="preserve">    (b) the state or degree of having the ability to change for different situations</w:t>
      </w:r>
      <w:r>
        <w:br/>
      </w:r>
      <w:r>
        <w:t xml:space="preserve">    (c) playfully causing minor trouble; or describing the smile of someone doing 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would only prove Raffe right about acting like a little girl, so I tamp down the flood of questions and ask the one that's operationally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relevant</w:t>
      </w:r>
      <w:r>
        <w:rPr>
          <w:b/>
          <w:bCs/>
        </w:rPr>
        <w:t xml:space="preserve">.</w:t>
      </w:r>
      <w:r>
        <w:br/>
      </w:r>
      <w:r>
        <w:t xml:space="preserve">    (a) not concerned with what others might think of oneself</w:t>
      </w:r>
      <w:r>
        <w:br/>
      </w:r>
      <w:r>
        <w:t xml:space="preserve">    (b) having the ability to change for different situations</w:t>
      </w:r>
      <w:r>
        <w:br/>
      </w:r>
      <w:r>
        <w:t xml:space="preserve">    (c) relating in a meaningful way to the issue in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must be my stunned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humiliated</w:t>
      </w:r>
      <w:r>
        <w:rPr>
          <w:b/>
          <w:bCs/>
        </w:rPr>
        <w:t xml:space="preserve"> </w:t>
      </w:r>
      <w:r>
        <w:rPr>
          <w:b/>
          <w:bCs/>
        </w:rPr>
        <w:t xml:space="preserve">expression that they're looking at.</w:t>
      </w:r>
      <w:r>
        <w:br/>
      </w:r>
      <w:r>
        <w:t xml:space="preserve">    (a) extremely embarrassed (decreased dignity)</w:t>
      </w:r>
      <w:r>
        <w:br/>
      </w:r>
      <w:r>
        <w:t xml:space="preserve">    (b) not altered in an unnatural or untrue way</w:t>
      </w:r>
      <w:r>
        <w:br/>
      </w:r>
      <w:r>
        <w:t xml:space="preserve">    (c) caused great mental or physical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SOON as I step inside, the world fills with the roar of jazz, laughter, and chatter along with a blast of heat, the scent of pungent cigar smoke, perfume, and scrumptious food all rolled into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incomprehensible</w:t>
      </w:r>
      <w:r>
        <w:rPr>
          <w:b/>
          <w:bCs/>
        </w:rPr>
        <w:t xml:space="preserve"> </w:t>
      </w:r>
      <w:r>
        <w:rPr>
          <w:b/>
          <w:bCs/>
        </w:rPr>
        <w:t xml:space="preserve">wave of sensation.</w:t>
      </w:r>
      <w:r>
        <w:br/>
      </w:r>
      <w:r>
        <w:t xml:space="preserve">    (a) quickly spoken</w:t>
      </w:r>
      <w:r>
        <w:br/>
      </w:r>
      <w:r>
        <w:t xml:space="preserve">    (b) not understandable</w:t>
      </w:r>
      <w:r>
        <w:br/>
      </w:r>
      <w:r>
        <w:t xml:space="preserve">    (c) very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step gingerly into the almost total darkness, careful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 </w:t>
      </w:r>
      <w:r>
        <w:rPr>
          <w:b/>
          <w:bCs/>
        </w:rPr>
        <w:t xml:space="preserve">on the floor.</w:t>
      </w:r>
      <w:r>
        <w:br/>
      </w:r>
      <w:r>
        <w:t xml:space="preserve">    (a) pieces of something that has been destroyed; or trash that is lying around</w:t>
      </w:r>
      <w:r>
        <w:br/>
      </w:r>
      <w:r>
        <w:t xml:space="preserve">    (b) the act of treating or preparing food in a way that keeps it from spoiling</w:t>
      </w:r>
      <w:r>
        <w:br/>
      </w:r>
      <w:r>
        <w:t xml:space="preserve">    (c) passages food and drink follow between the back of mouths and the stomachs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Everything looks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 </w:t>
      </w:r>
      <w:r>
        <w:rPr>
          <w:b/>
          <w:bCs/>
        </w:rPr>
        <w:t xml:space="preserve">and unrecognizable.</w:t>
      </w:r>
      <w:r>
        <w:br/>
      </w:r>
      <w:r>
        <w:t xml:space="preserve">    (a) genetically changed through evolution</w:t>
      </w:r>
      <w:r>
        <w:br/>
      </w:r>
      <w:r>
        <w:t xml:space="preserve">    (b) said (or make a sound) with the voice</w:t>
      </w:r>
      <w:r>
        <w:br/>
      </w:r>
      <w:r>
        <w:t xml:space="preserve">    (c) altered in an unnatural or untrue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no one other than the man unloading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cadaver</w:t>
      </w:r>
      <w:r>
        <w:rPr>
          <w:b/>
          <w:bCs/>
        </w:rPr>
        <w:t xml:space="preserve"> </w:t>
      </w:r>
      <w:r>
        <w:rPr>
          <w:b/>
          <w:bCs/>
        </w:rPr>
        <w:t xml:space="preserve">drawers.</w:t>
      </w:r>
      <w:r>
        <w:br/>
      </w:r>
      <w:r>
        <w:t xml:space="preserve">    (a) the act of finding fault and telling others; or a description of faults</w:t>
      </w:r>
      <w:r>
        <w:br/>
      </w:r>
      <w:r>
        <w:t xml:space="preserve">    (b) the dead body of a human being -- especially one used for medical study</w:t>
      </w:r>
      <w:r>
        <w:br/>
      </w:r>
      <w:r>
        <w:t xml:space="preserve">    (c) the process of thinking carefully and making a judgment about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2026-07-31T19:54:00Z</dcterms:created>
  <dcterms:modified xsi:type="dcterms:W3CDTF">2026-07-31T19:54:00Z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