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891bcd44d21b1467fd5b5c88c2a1bcdcca142e"/>
    <w:p>
      <w:pPr>
        <w:pStyle w:val="Heading1"/>
      </w:pPr>
      <w:r>
        <w:rPr>
          <w:b/>
          <w:bCs/>
        </w:rPr>
        <w:t xml:space="preserve">Angela's Ashes</w:t>
      </w:r>
      <w:r>
        <w:br/>
      </w:r>
      <w:r>
        <w:rPr>
          <w:i/>
          <w:iCs/>
        </w:rPr>
        <w:t xml:space="preserve">Frank McCourt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afflicted</w:t>
      </w:r>
      <w:r>
        <w:rPr>
          <w:b/>
          <w:bCs/>
        </w:rPr>
        <w:t xml:space="preserve"> </w:t>
      </w:r>
      <w:r>
        <w:rPr>
          <w:b/>
          <w:bCs/>
        </w:rPr>
        <w:t xml:space="preserve">with migraines since childhood.</w:t>
      </w:r>
      <w:r>
        <w:br/>
      </w:r>
      <w:r>
        <w:t xml:space="preserve">    (a) worried about</w:t>
      </w:r>
      <w:r>
        <w:br/>
      </w:r>
      <w:r>
        <w:t xml:space="preserve">    (b) surprised by</w:t>
      </w:r>
      <w:r>
        <w:br/>
      </w:r>
      <w:r>
        <w:t xml:space="preserve">    (c) made to suffer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baby's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baptism</w:t>
      </w:r>
      <w:r>
        <w:rPr>
          <w:b/>
          <w:bCs/>
        </w:rPr>
        <w:t xml:space="preserve"> </w:t>
      </w:r>
      <w:r>
        <w:rPr>
          <w:b/>
          <w:bCs/>
        </w:rPr>
        <w:t xml:space="preserve">took place at the local church on Sunday.</w:t>
      </w:r>
      <w:r>
        <w:br/>
      </w:r>
      <w:r>
        <w:t xml:space="preserve">    (a) first birthday party</w:t>
      </w:r>
      <w:r>
        <w:br/>
      </w:r>
      <w:r>
        <w:t xml:space="preserve">    (b) religious ceremony</w:t>
      </w:r>
      <w:r>
        <w:br/>
      </w:r>
      <w:r>
        <w:t xml:space="preserve">    (c) doctor's appointment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Behind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beatific</w:t>
      </w:r>
      <w:r>
        <w:rPr>
          <w:b/>
          <w:bCs/>
        </w:rPr>
        <w:t xml:space="preserve"> </w:t>
      </w:r>
      <w:r>
        <w:rPr>
          <w:b/>
          <w:bCs/>
        </w:rPr>
        <w:t xml:space="preserve">smile lies a psychotic killer.</w:t>
      </w:r>
      <w:r>
        <w:br/>
      </w:r>
      <w:r>
        <w:t xml:space="preserve">    (a) twisted with anger</w:t>
      </w:r>
      <w:r>
        <w:br/>
      </w:r>
      <w:r>
        <w:t xml:space="preserve">    (b) showing deep sadness</w:t>
      </w:r>
      <w:r>
        <w:br/>
      </w:r>
      <w:r>
        <w:t xml:space="preserve">    (c) expressing a calm joy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begrudge</w:t>
      </w:r>
      <w:r>
        <w:rPr>
          <w:b/>
          <w:bCs/>
        </w:rPr>
        <w:t xml:space="preserve"> </w:t>
      </w:r>
      <w:r>
        <w:rPr>
          <w:b/>
          <w:bCs/>
        </w:rPr>
        <w:t xml:space="preserve">her success. She's earned it.</w:t>
      </w:r>
      <w:r>
        <w:br/>
      </w:r>
      <w:r>
        <w:t xml:space="preserve">    (a) experience surprise at</w:t>
      </w:r>
      <w:r>
        <w:br/>
      </w:r>
      <w:r>
        <w:t xml:space="preserve">    (b) resent</w:t>
      </w:r>
      <w:r>
        <w:br/>
      </w:r>
      <w:r>
        <w:t xml:space="preserve">    (c) hope for luck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Mom is always nervous when the boys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cavorting</w:t>
      </w:r>
      <w:r>
        <w:rPr>
          <w:b/>
          <w:bCs/>
        </w:rPr>
        <w:t xml:space="preserve"> </w:t>
      </w:r>
      <w:r>
        <w:rPr>
          <w:b/>
          <w:bCs/>
        </w:rPr>
        <w:t xml:space="preserve">in the pool.</w:t>
      </w:r>
      <w:r>
        <w:br/>
      </w:r>
      <w:r>
        <w:t xml:space="preserve">    (a) resting quietly</w:t>
      </w:r>
      <w:r>
        <w:br/>
      </w:r>
      <w:r>
        <w:t xml:space="preserve">    (b) playing wildly</w:t>
      </w:r>
      <w:r>
        <w:br/>
      </w:r>
      <w:r>
        <w:t xml:space="preserve">    (c) swimming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Stay away from her. She's dangerous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demented</w:t>
      </w:r>
      <w:r>
        <w:rPr>
          <w:b/>
          <w:bCs/>
        </w:rPr>
        <w:t xml:space="preserve">.</w:t>
      </w:r>
      <w:r>
        <w:br/>
      </w:r>
      <w:r>
        <w:t xml:space="preserve">    (a) devious (clever)</w:t>
      </w:r>
      <w:r>
        <w:br/>
      </w:r>
      <w:r>
        <w:t xml:space="preserve">    (b) insane (crazy)</w:t>
      </w:r>
      <w:r>
        <w:br/>
      </w:r>
      <w:r>
        <w:t xml:space="preserve">    (c) overly confident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court clerk added the new case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docket</w:t>
      </w:r>
      <w:r>
        <w:rPr>
          <w:b/>
          <w:bCs/>
        </w:rPr>
        <w:t xml:space="preserve"> </w:t>
      </w:r>
      <w:r>
        <w:rPr>
          <w:b/>
          <w:bCs/>
        </w:rPr>
        <w:t xml:space="preserve">for next week.</w:t>
      </w:r>
      <w:r>
        <w:br/>
      </w:r>
      <w:r>
        <w:t xml:space="preserve">    (a) stack of files</w:t>
      </w:r>
      <w:r>
        <w:br/>
      </w:r>
      <w:r>
        <w:t xml:space="preserve">    (b) private office</w:t>
      </w:r>
      <w:r>
        <w:br/>
      </w:r>
      <w:r>
        <w:t xml:space="preserve">    (c) list of cases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dotes</w:t>
      </w:r>
      <w:r>
        <w:rPr>
          <w:b/>
          <w:bCs/>
        </w:rPr>
        <w:t xml:space="preserve"> </w:t>
      </w:r>
      <w:r>
        <w:rPr>
          <w:b/>
          <w:bCs/>
        </w:rPr>
        <w:t xml:space="preserve">upon her children.</w:t>
      </w:r>
      <w:r>
        <w:br/>
      </w:r>
      <w:r>
        <w:t xml:space="preserve">    (a) worries</w:t>
      </w:r>
      <w:r>
        <w:br/>
      </w:r>
      <w:r>
        <w:t xml:space="preserve">    (b) criticizes</w:t>
      </w:r>
      <w:r>
        <w:br/>
      </w:r>
      <w:r>
        <w:t xml:space="preserve">    (c) adores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believes we have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immortal</w:t>
      </w:r>
      <w:r>
        <w:rPr>
          <w:b/>
          <w:bCs/>
        </w:rPr>
        <w:t xml:space="preserve"> </w:t>
      </w:r>
      <w:r>
        <w:rPr>
          <w:b/>
          <w:bCs/>
        </w:rPr>
        <w:t xml:space="preserve">soul.</w:t>
      </w:r>
      <w:r>
        <w:br/>
      </w:r>
      <w:r>
        <w:t xml:space="preserve">    (a) conflicted</w:t>
      </w:r>
      <w:r>
        <w:br/>
      </w:r>
      <w:r>
        <w:t xml:space="preserve">    (b) perfect in every way</w:t>
      </w:r>
      <w:r>
        <w:br/>
      </w:r>
      <w:r>
        <w:t xml:space="preserve">    (c) lasting forever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lamented</w:t>
      </w:r>
      <w:r>
        <w:rPr>
          <w:b/>
          <w:bCs/>
        </w:rPr>
        <w:t xml:space="preserve"> </w:t>
      </w:r>
      <w:r>
        <w:rPr>
          <w:b/>
          <w:bCs/>
        </w:rPr>
        <w:t xml:space="preserve">our sad circumstances.</w:t>
      </w:r>
      <w:r>
        <w:br/>
      </w:r>
      <w:r>
        <w:t xml:space="preserve">    (a) improved</w:t>
      </w:r>
      <w:r>
        <w:br/>
      </w:r>
      <w:r>
        <w:t xml:space="preserve">    (b) made worse</w:t>
      </w:r>
      <w:r>
        <w:br/>
      </w:r>
      <w:r>
        <w:t xml:space="preserve">    (c) expressed grief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ruthless, they did not want to create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martyr</w:t>
      </w:r>
      <w:r>
        <w:rPr>
          <w:b/>
          <w:bCs/>
        </w:rPr>
        <w:t xml:space="preserve">, so rather than execute her, they imprisoned her.</w:t>
      </w:r>
      <w:r>
        <w:br/>
      </w:r>
      <w:r>
        <w:t xml:space="preserve">    (a) news story</w:t>
      </w:r>
      <w:r>
        <w:br/>
      </w:r>
      <w:r>
        <w:t xml:space="preserve">    (b) deceased hero</w:t>
      </w:r>
      <w:r>
        <w:br/>
      </w:r>
      <w:r>
        <w:t xml:space="preserve">    (c) bad example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wealthy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patron</w:t>
      </w:r>
      <w:r>
        <w:rPr>
          <w:b/>
          <w:bCs/>
        </w:rPr>
        <w:t xml:space="preserve"> </w:t>
      </w:r>
      <w:r>
        <w:rPr>
          <w:b/>
          <w:bCs/>
        </w:rPr>
        <w:t xml:space="preserve">donated millions to fund young artists in the city.</w:t>
      </w:r>
      <w:r>
        <w:br/>
      </w:r>
      <w:r>
        <w:t xml:space="preserve">    (a) supporter</w:t>
      </w:r>
      <w:r>
        <w:br/>
      </w:r>
      <w:r>
        <w:t xml:space="preserve">    (b) critic</w:t>
      </w:r>
      <w:r>
        <w:br/>
      </w:r>
      <w:r>
        <w:t xml:space="preserve">    (c) neighbor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penance</w:t>
      </w:r>
      <w:r>
        <w:rPr>
          <w:b/>
          <w:bCs/>
        </w:rPr>
        <w:t xml:space="preserve"> </w:t>
      </w:r>
      <w:r>
        <w:rPr>
          <w:b/>
          <w:bCs/>
        </w:rPr>
        <w:t xml:space="preserve">for lying, she apologized and spent the afternoon helping her sister.</w:t>
      </w:r>
      <w:r>
        <w:br/>
      </w:r>
      <w:r>
        <w:t xml:space="preserve">    (a) act of making amends</w:t>
      </w:r>
      <w:r>
        <w:br/>
      </w:r>
      <w:r>
        <w:t xml:space="preserve">    (b) plan for gaining praise</w:t>
      </w:r>
      <w:r>
        <w:br/>
      </w:r>
      <w:r>
        <w:t xml:space="preserve">    (c) way of blaming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Benjamin Franklin's parents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pious</w:t>
      </w:r>
      <w:r>
        <w:rPr>
          <w:b/>
          <w:bCs/>
        </w:rPr>
        <w:t xml:space="preserve"> </w:t>
      </w:r>
      <w:r>
        <w:rPr>
          <w:b/>
          <w:bCs/>
        </w:rPr>
        <w:t xml:space="preserve">Puritans.</w:t>
      </w:r>
      <w:r>
        <w:br/>
      </w:r>
      <w:r>
        <w:t xml:space="preserve">    (a) non-traditional</w:t>
      </w:r>
      <w:r>
        <w:br/>
      </w:r>
      <w:r>
        <w:t xml:space="preserve">    (b) traditional</w:t>
      </w:r>
      <w:r>
        <w:br/>
      </w:r>
      <w:r>
        <w:t xml:space="preserve">    (c) highly religious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bird is called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Resplendent</w:t>
      </w:r>
      <w:r>
        <w:rPr>
          <w:b/>
          <w:bCs/>
        </w:rPr>
        <w:t xml:space="preserve"> </w:t>
      </w:r>
      <w:r>
        <w:rPr>
          <w:b/>
          <w:bCs/>
        </w:rPr>
        <w:t xml:space="preserve">Quetzal because of its beautiful, shimmering colors.</w:t>
      </w:r>
      <w:r>
        <w:br/>
      </w:r>
      <w:r>
        <w:t xml:space="preserve">    (a) shimmering</w:t>
      </w:r>
      <w:r>
        <w:br/>
      </w:r>
      <w:r>
        <w:t xml:space="preserve">    (b) colorful</w:t>
      </w:r>
      <w:r>
        <w:br/>
      </w:r>
      <w:r>
        <w:t xml:space="preserve">    (c) magnificent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rue the day</w:t>
      </w:r>
      <w:r>
        <w:rPr>
          <w:b/>
          <w:bCs/>
        </w:rPr>
        <w:t xml:space="preserve"> </w:t>
      </w:r>
      <w:r>
        <w:rPr>
          <w:b/>
          <w:bCs/>
        </w:rPr>
        <w:t xml:space="preserve">he decided to quit his stable job.</w:t>
      </w:r>
      <w:r>
        <w:br/>
      </w:r>
      <w:r>
        <w:t xml:space="preserve">    (a) eagerly await</w:t>
      </w:r>
      <w:r>
        <w:br/>
      </w:r>
      <w:r>
        <w:t xml:space="preserve">    (b) fondly remember</w:t>
      </w:r>
      <w:r>
        <w:br/>
      </w:r>
      <w:r>
        <w:t xml:space="preserve">    (c) bitterly regret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people considered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sacrilege</w:t>
      </w:r>
      <w:r>
        <w:rPr>
          <w:b/>
          <w:bCs/>
        </w:rPr>
        <w:t xml:space="preserve"> </w:t>
      </w:r>
      <w:r>
        <w:rPr>
          <w:b/>
          <w:bCs/>
        </w:rPr>
        <w:t xml:space="preserve">to joke loudly inside the sacred temple.</w:t>
      </w:r>
      <w:r>
        <w:br/>
      </w:r>
      <w:r>
        <w:t xml:space="preserve">    (a) fear of religious rules</w:t>
      </w:r>
      <w:r>
        <w:br/>
      </w:r>
      <w:r>
        <w:t xml:space="preserve">    (b) disrespect for the sacred</w:t>
      </w:r>
      <w:r>
        <w:br/>
      </w:r>
      <w:r>
        <w:t xml:space="preserve">    (c) respect for old customs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region.</w:t>
      </w:r>
      <w:r>
        <w:br/>
      </w:r>
      <w:r>
        <w:t xml:space="preserve">    (a) in short supply</w:t>
      </w:r>
      <w:r>
        <w:br/>
      </w:r>
      <w:r>
        <w:t xml:space="preserve">    (b) easily found</w:t>
      </w:r>
      <w:r>
        <w:br/>
      </w:r>
      <w:r>
        <w:t xml:space="preserve">    (c) extremely hard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spurned</w:t>
      </w:r>
      <w:r>
        <w:rPr>
          <w:b/>
          <w:bCs/>
        </w:rPr>
        <w:t xml:space="preserve"> </w:t>
      </w:r>
      <w:r>
        <w:rPr>
          <w:b/>
          <w:bCs/>
        </w:rPr>
        <w:t xml:space="preserve">both major parties in the last election.</w:t>
      </w:r>
      <w:r>
        <w:br/>
      </w:r>
      <w:r>
        <w:t xml:space="preserve">    (a) rejected</w:t>
      </w:r>
      <w:r>
        <w:br/>
      </w:r>
      <w:r>
        <w:t xml:space="preserve">    (b) founded</w:t>
      </w:r>
      <w:r>
        <w:br/>
      </w:r>
      <w:r>
        <w:t xml:space="preserve">    (c) joined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weaned</w:t>
      </w:r>
      <w:r>
        <w:rPr>
          <w:b/>
          <w:bCs/>
        </w:rPr>
        <w:t xml:space="preserve"> </w:t>
      </w:r>
      <w:r>
        <w:rPr>
          <w:b/>
          <w:bCs/>
        </w:rPr>
        <w:t xml:space="preserve">her baby when he was three months old and started him on cow's milk.</w:t>
      </w:r>
      <w:r>
        <w:br/>
      </w:r>
      <w:r>
        <w:t xml:space="preserve">    (a) broke the law by telling lies after formally promising to tell the truth</w:t>
      </w:r>
      <w:r>
        <w:br/>
      </w:r>
      <w:r>
        <w:t xml:space="preserve">    (b) to make fit for service to humans or home life -- by breeding or taming</w:t>
      </w:r>
      <w:r>
        <w:br/>
      </w:r>
      <w:r>
        <w:t xml:space="preserve">    (c) adapted to the removal of breastmilk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2026-07-31T18:11:05Z</dcterms:created>
  <dcterms:modified xsi:type="dcterms:W3CDTF">2026-07-31T18:11:05Z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