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5ec0ec54150941c4bf9c012d2b9f9e3b8236db"/>
    <w:p>
      <w:pPr>
        <w:pStyle w:val="Heading1"/>
      </w:pPr>
      <w:r>
        <w:rPr>
          <w:b/>
          <w:bCs/>
        </w:rPr>
        <w:t xml:space="preserve">And Then There Were None</w:t>
      </w:r>
      <w:r>
        <w:br/>
      </w:r>
      <w:r>
        <w:rPr>
          <w:i/>
          <w:iCs/>
        </w:rPr>
        <w:t xml:space="preserve">Agatha Christie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acquitted</w:t>
      </w:r>
      <w:r>
        <w:rPr>
          <w:b/>
          <w:bCs/>
        </w:rPr>
        <w:t xml:space="preserve"> </w:t>
      </w:r>
      <w:r>
        <w:rPr>
          <w:b/>
          <w:bCs/>
        </w:rPr>
        <w:t xml:space="preserve">of all charges.</w:t>
      </w:r>
      <w:r>
        <w:br/>
      </w:r>
      <w:r>
        <w:t xml:space="preserve">    (a) cleared</w:t>
      </w:r>
      <w:r>
        <w:br/>
      </w:r>
      <w:r>
        <w:t xml:space="preserve">    (b) accused</w:t>
      </w:r>
      <w:r>
        <w:br/>
      </w:r>
      <w:r>
        <w:t xml:space="preserve">    (c) convicted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not bring herself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concur</w:t>
      </w:r>
      <w:r>
        <w:rPr>
          <w:b/>
          <w:bCs/>
        </w:rPr>
        <w:t xml:space="preserve"> </w:t>
      </w:r>
      <w:r>
        <w:rPr>
          <w:b/>
          <w:bCs/>
        </w:rPr>
        <w:t xml:space="preserve">publicly, but she honored her promise by not discussing her concerns.</w:t>
      </w:r>
      <w:r>
        <w:br/>
      </w:r>
      <w:r>
        <w:t xml:space="preserve">    (a) criticize</w:t>
      </w:r>
      <w:r>
        <w:br/>
      </w:r>
      <w:r>
        <w:t xml:space="preserve">    (b) help</w:t>
      </w:r>
      <w:r>
        <w:br/>
      </w:r>
      <w:r>
        <w:t xml:space="preserve">    (c) 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result</w:t>
      </w:r>
      <w:r>
        <w:br/>
      </w:r>
      <w:r>
        <w:t xml:space="preserve">    (b) unimportant part</w:t>
      </w:r>
      <w:r>
        <w:br/>
      </w:r>
      <w:r>
        <w:t xml:space="preserve">    (c) important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harmful</w:t>
      </w:r>
      <w:r>
        <w:br/>
      </w:r>
      <w:r>
        <w:t xml:space="preserve">    (b) important</w:t>
      </w:r>
      <w:r>
        <w:br/>
      </w:r>
      <w:r>
        <w:t xml:space="preserve">    (c) unethical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sentence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 </w:t>
      </w:r>
      <w:r>
        <w:rPr>
          <w:b/>
          <w:bCs/>
        </w:rPr>
        <w:t xml:space="preserve">what is said in the previous paragraph?</w:t>
      </w:r>
      <w:r>
        <w:br/>
      </w:r>
      <w:r>
        <w:t xml:space="preserve">    (a) expand upon</w:t>
      </w:r>
      <w:r>
        <w:br/>
      </w:r>
      <w:r>
        <w:t xml:space="preserve">    (b) disagree with</w:t>
      </w:r>
      <w:r>
        <w:br/>
      </w:r>
      <w:r>
        <w:t xml:space="preserve">    (c) reinforce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covering of all styles</w:t>
      </w:r>
      <w:r>
        <w:br/>
      </w:r>
      <w:r>
        <w:t xml:space="preserve">    (b) notable difference</w:t>
      </w:r>
      <w:r>
        <w:br/>
      </w:r>
      <w:r>
        <w:t xml:space="preserve">    (c) notable similarity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like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engage</w:t>
      </w:r>
      <w:r>
        <w:rPr>
          <w:b/>
          <w:bCs/>
        </w:rPr>
        <w:t xml:space="preserve"> </w:t>
      </w:r>
      <w:r>
        <w:rPr>
          <w:b/>
          <w:bCs/>
        </w:rPr>
        <w:t xml:space="preserve">your services.</w:t>
      </w:r>
      <w:r>
        <w:br/>
      </w:r>
      <w:r>
        <w:t xml:space="preserve">    (a) hire</w:t>
      </w:r>
      <w:r>
        <w:br/>
      </w:r>
      <w:r>
        <w:t xml:space="preserve">    (b) discuss</w:t>
      </w:r>
      <w:r>
        <w:br/>
      </w:r>
      <w:r>
        <w:t xml:space="preserve">    (c) investigate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increase</w:t>
      </w:r>
      <w:r>
        <w:br/>
      </w:r>
      <w:r>
        <w:t xml:space="preserve">    (b) create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showing</w:t>
      </w:r>
      <w:r>
        <w:br/>
      </w:r>
      <w:r>
        <w:t xml:space="preserve">    (b) exaggerating</w:t>
      </w:r>
      <w:r>
        <w:br/>
      </w:r>
      <w:r>
        <w:t xml:space="preserve">    (c) minimizing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what she says, I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exonerated</w:t>
      </w:r>
      <w:r>
        <w:rPr>
          <w:b/>
          <w:bCs/>
        </w:rPr>
        <w:t xml:space="preserve">.</w:t>
      </w:r>
      <w:r>
        <w:br/>
      </w:r>
      <w:r>
        <w:t xml:space="preserve">    (a) placed on trial</w:t>
      </w:r>
      <w:r>
        <w:br/>
      </w:r>
      <w:r>
        <w:t xml:space="preserve">    (b) found guilty</w:t>
      </w:r>
      <w:r>
        <w:br/>
      </w:r>
      <w:r>
        <w:t xml:space="preserve">    (c) freed of blame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work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fraught</w:t>
      </w:r>
      <w:r>
        <w:rPr>
          <w:b/>
          <w:bCs/>
        </w:rPr>
        <w:t xml:space="preserve"> </w:t>
      </w:r>
      <w:r>
        <w:rPr>
          <w:b/>
          <w:bCs/>
        </w:rPr>
        <w:t xml:space="preserve">with difficulty.</w:t>
      </w:r>
      <w:r>
        <w:br/>
      </w:r>
      <w:r>
        <w:t xml:space="preserve">    (a) preceded</w:t>
      </w:r>
      <w:r>
        <w:br/>
      </w:r>
      <w:r>
        <w:t xml:space="preserve">    (b) filled</w:t>
      </w:r>
      <w:r>
        <w:br/>
      </w:r>
      <w:r>
        <w:t xml:space="preserve">    (c) followed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day after the funeral, she was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grave</w:t>
      </w:r>
      <w:r>
        <w:rPr>
          <w:b/>
          <w:bCs/>
        </w:rPr>
        <w:t xml:space="preserve"> </w:t>
      </w:r>
      <w:r>
        <w:rPr>
          <w:b/>
          <w:bCs/>
        </w:rPr>
        <w:t xml:space="preserve">mood.</w:t>
      </w:r>
      <w:r>
        <w:br/>
      </w:r>
      <w:r>
        <w:t xml:space="preserve">    (a) fearful</w:t>
      </w:r>
      <w:r>
        <w:br/>
      </w:r>
      <w:r>
        <w:t xml:space="preserve">    (b) solemn</w:t>
      </w:r>
      <w:r>
        <w:br/>
      </w:r>
      <w:r>
        <w:t xml:space="preserve">    (c) hysterical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surprised at the unexpected</w:t>
      </w:r>
      <w:r>
        <w:br/>
      </w:r>
      <w:r>
        <w:t xml:space="preserve">    (b) defensive about being suspected</w:t>
      </w:r>
      <w:r>
        <w:br/>
      </w:r>
      <w:r>
        <w:t xml:space="preserve">    (c) annoyed at something unjust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him.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she is determined to stop seeing him unless he stops drinking.</w:t>
      </w:r>
      <w:r>
        <w:br/>
      </w:r>
      <w:r>
        <w:t xml:space="preserve">    (a) despite that</w:t>
      </w:r>
      <w:r>
        <w:br/>
      </w:r>
      <w:r>
        <w:t xml:space="preserve">    (b) in addition</w:t>
      </w:r>
      <w:r>
        <w:br/>
      </w:r>
      <w:r>
        <w:t xml:space="preserve">    (c) also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signed a written declaration under penalty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perjury</w:t>
      </w:r>
      <w:r>
        <w:rPr>
          <w:b/>
          <w:bCs/>
        </w:rPr>
        <w:t xml:space="preserve">.</w:t>
      </w:r>
      <w:r>
        <w:br/>
      </w:r>
      <w:r>
        <w:t xml:space="preserve">    (a) the criminal offense of lying</w:t>
      </w:r>
      <w:r>
        <w:br/>
      </w:r>
      <w:r>
        <w:t xml:space="preserve">    (b) the criminal offense of ignoring a subpoena</w:t>
      </w:r>
      <w:r>
        <w:br/>
      </w:r>
      <w:r>
        <w:t xml:space="preserve">    (c) the criminal offense of disrespecting the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closed off the room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</w:t>
      </w:r>
      <w:r>
        <w:rPr>
          <w:b/>
          <w:bCs/>
        </w:rPr>
        <w:t xml:space="preserve"> </w:t>
      </w:r>
      <w:r>
        <w:rPr>
          <w:b/>
          <w:bCs/>
        </w:rPr>
        <w:t xml:space="preserve">the crime scene.</w:t>
      </w:r>
      <w:r>
        <w:br/>
      </w:r>
      <w:r>
        <w:t xml:space="preserve">    (a) keep unchanged</w:t>
      </w:r>
      <w:r>
        <w:br/>
      </w:r>
      <w:r>
        <w:t xml:space="preserve">    (b) keep quiet</w:t>
      </w:r>
      <w:r>
        <w:br/>
      </w:r>
      <w:r>
        <w:t xml:space="preserve">    (c) keep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reflect</w:t>
      </w:r>
      <w:r>
        <w:rPr>
          <w:b/>
          <w:bCs/>
        </w:rPr>
        <w:t xml:space="preserve"> </w:t>
      </w:r>
      <w:r>
        <w:rPr>
          <w:b/>
          <w:bCs/>
        </w:rPr>
        <w:t xml:space="preserve">on my life, I realize that it's relationships that matter most.</w:t>
      </w:r>
      <w:r>
        <w:br/>
      </w:r>
      <w:r>
        <w:t xml:space="preserve">    (a) write a story</w:t>
      </w:r>
      <w:r>
        <w:br/>
      </w:r>
      <w:r>
        <w:t xml:space="preserve">    (b) think carefully</w:t>
      </w:r>
      <w:r>
        <w:br/>
      </w:r>
      <w:r>
        <w:t xml:space="preserve">    (c) live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demonstration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sheer</w:t>
      </w:r>
      <w:r>
        <w:rPr>
          <w:b/>
          <w:bCs/>
        </w:rPr>
        <w:t xml:space="preserve"> </w:t>
      </w:r>
      <w:r>
        <w:rPr>
          <w:b/>
          <w:bCs/>
        </w:rPr>
        <w:t xml:space="preserve">stupidity.</w:t>
      </w:r>
      <w:r>
        <w:br/>
      </w:r>
      <w:r>
        <w:t xml:space="preserve">    (a) complete</w:t>
      </w:r>
      <w:r>
        <w:br/>
      </w:r>
      <w:r>
        <w:t xml:space="preserve">    (b) misguided</w:t>
      </w:r>
      <w:r>
        <w:br/>
      </w:r>
      <w:r>
        <w:t xml:space="preserve">    (c) mixed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sheer</w:t>
      </w:r>
      <w:r>
        <w:rPr>
          <w:b/>
          <w:bCs/>
        </w:rPr>
        <w:t xml:space="preserve"> </w:t>
      </w:r>
      <w:r>
        <w:rPr>
          <w:b/>
          <w:bCs/>
        </w:rPr>
        <w:t xml:space="preserve">cliff drops from the lighthouse to the sea.</w:t>
      </w:r>
      <w:r>
        <w:br/>
      </w:r>
      <w:r>
        <w:t xml:space="preserve">    (a) steep</w:t>
      </w:r>
      <w:r>
        <w:br/>
      </w:r>
      <w:r>
        <w:t xml:space="preserve">    (b) ragged</w:t>
      </w:r>
      <w:r>
        <w:br/>
      </w:r>
      <w:r>
        <w:t xml:space="preserve">    (c) rock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Would you describe the author's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tone</w:t>
      </w:r>
      <w:r>
        <w:rPr>
          <w:b/>
          <w:bCs/>
        </w:rPr>
        <w:t xml:space="preserve"> </w:t>
      </w:r>
      <w:r>
        <w:rPr>
          <w:b/>
          <w:bCs/>
        </w:rPr>
        <w:t xml:space="preserve">as more optimistic or more pessimistic?</w:t>
      </w:r>
      <w:r>
        <w:br/>
      </w:r>
      <w:r>
        <w:t xml:space="preserve">    (a) supporting characters</w:t>
      </w:r>
      <w:r>
        <w:br/>
      </w:r>
      <w:r>
        <w:t xml:space="preserve">    (b) logical argument</w:t>
      </w:r>
      <w:r>
        <w:br/>
      </w:r>
      <w:r>
        <w:t xml:space="preserve">    (c) expressed mood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2026-07-31T14:59:56Z</dcterms:created>
  <dcterms:modified xsi:type="dcterms:W3CDTF">2026-07-31T14:59:56Z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