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7f7e1236cf33cda9ab7ff3ef446fa6502b9432"/>
    <w:p>
      <w:pPr>
        <w:pStyle w:val="Heading1"/>
      </w:pPr>
      <w:r>
        <w:rPr>
          <w:b/>
          <w:bCs/>
        </w:rPr>
        <w:t xml:space="preserve">And Then There Were None</w:t>
      </w:r>
      <w:r>
        <w:br/>
      </w:r>
      <w:r>
        <w:rPr>
          <w:i/>
          <w:iCs/>
        </w:rPr>
        <w:t xml:space="preserve">Agatha Christie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exact numbers are shown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table.</w:t>
      </w:r>
      <w:r>
        <w:br/>
      </w:r>
      <w:r>
        <w:t xml:space="preserve">    (a) previously published</w:t>
      </w:r>
      <w:r>
        <w:br/>
      </w:r>
      <w:r>
        <w:t xml:space="preserve">    (b) provided together</w:t>
      </w:r>
      <w:r>
        <w:br/>
      </w:r>
      <w:r>
        <w:t xml:space="preserve">    (c) informative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 make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acquiesce</w:t>
      </w:r>
      <w:r>
        <w:rPr>
          <w:b/>
          <w:bCs/>
        </w:rPr>
        <w:t xml:space="preserve">, but don't expect them to be happy about it.</w:t>
      </w:r>
      <w:r>
        <w:br/>
      </w:r>
      <w:r>
        <w:t xml:space="preserve">    (a) argue</w:t>
      </w:r>
      <w:r>
        <w:br/>
      </w:r>
      <w:r>
        <w:t xml:space="preserve">    (b) pay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excellent</w:t>
      </w:r>
      <w:r>
        <w:br/>
      </w:r>
      <w:r>
        <w:t xml:space="preserve">    (b) poor</w:t>
      </w:r>
      <w:r>
        <w:br/>
      </w:r>
      <w:r>
        <w:t xml:space="preserve">    (c) colorless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cardiac</w:t>
      </w:r>
      <w:r>
        <w:rPr>
          <w:b/>
          <w:bCs/>
        </w:rPr>
        <w:t xml:space="preserve"> </w:t>
      </w:r>
      <w:r>
        <w:rPr>
          <w:b/>
          <w:bCs/>
        </w:rPr>
        <w:t xml:space="preserve">disease.</w:t>
      </w:r>
      <w:r>
        <w:br/>
      </w:r>
      <w:r>
        <w:t xml:space="preserve">    (a) kidney</w:t>
      </w:r>
      <w:r>
        <w:br/>
      </w:r>
      <w:r>
        <w:t xml:space="preserve">    (b) liver</w:t>
      </w:r>
      <w:r>
        <w:br/>
      </w:r>
      <w:r>
        <w:t xml:space="preserve">    (c) heart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insure</w:t>
      </w:r>
      <w:r>
        <w:br/>
      </w:r>
      <w:r>
        <w:t xml:space="preserve">    (b) understand</w:t>
      </w:r>
      <w:r>
        <w:br/>
      </w:r>
      <w:r>
        <w:t xml:space="preserve">    (c) approve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criticize</w:t>
      </w:r>
      <w:r>
        <w:br/>
      </w:r>
      <w:r>
        <w:t xml:space="preserve">    (b) erase from history</w:t>
      </w:r>
      <w:r>
        <w:br/>
      </w:r>
      <w:r>
        <w:t xml:space="preserve">    (c)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journalist should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dispassionate</w:t>
      </w:r>
      <w:r>
        <w:rPr>
          <w:b/>
          <w:bCs/>
        </w:rPr>
        <w:t xml:space="preserve"> </w:t>
      </w:r>
      <w:r>
        <w:rPr>
          <w:b/>
          <w:bCs/>
        </w:rPr>
        <w:t xml:space="preserve">reporter of fact.</w:t>
      </w:r>
      <w:r>
        <w:br/>
      </w:r>
      <w:r>
        <w:t xml:space="preserve">    (a) clear</w:t>
      </w:r>
      <w:r>
        <w:br/>
      </w:r>
      <w:r>
        <w:t xml:space="preserve">    (b) knowledgeable</w:t>
      </w:r>
      <w:r>
        <w:br/>
      </w:r>
      <w:r>
        <w:t xml:space="preserve">    (c) unbiased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is good, but the plan doesn't seem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.</w:t>
      </w:r>
      <w:r>
        <w:br/>
      </w:r>
      <w:r>
        <w:t xml:space="preserve">    (a) impressive</w:t>
      </w:r>
      <w:r>
        <w:br/>
      </w:r>
      <w:r>
        <w:t xml:space="preserve">    (b) practical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hired by Twitter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ferret out</w:t>
      </w:r>
      <w:r>
        <w:rPr>
          <w:b/>
          <w:bCs/>
        </w:rPr>
        <w:t xml:space="preserve"> </w:t>
      </w:r>
      <w:r>
        <w:rPr>
          <w:b/>
          <w:bCs/>
        </w:rPr>
        <w:t xml:space="preserve">spammers.</w:t>
      </w:r>
      <w:r>
        <w:br/>
      </w:r>
      <w:r>
        <w:t xml:space="preserve">    (a) find</w:t>
      </w:r>
      <w:r>
        <w:br/>
      </w:r>
      <w:r>
        <w:t xml:space="preserve">    (b) study</w:t>
      </w:r>
      <w:r>
        <w:br/>
      </w:r>
      <w:r>
        <w:t xml:space="preserve">    (c) reform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assistant</w:t>
      </w:r>
      <w:r>
        <w:br/>
      </w:r>
      <w:r>
        <w:t xml:space="preserve">    (b) vote</w:t>
      </w:r>
      <w:r>
        <w:br/>
      </w:r>
      <w:r>
        <w:t xml:space="preserve">    (c) formal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juncture</w:t>
      </w:r>
      <w:r>
        <w:rPr>
          <w:b/>
          <w:bCs/>
        </w:rPr>
        <w:t xml:space="preserve"> </w:t>
      </w:r>
      <w:r>
        <w:rPr>
          <w:b/>
          <w:bCs/>
        </w:rPr>
        <w:t xml:space="preserve">I didn't know what to do.</w:t>
      </w:r>
      <w:r>
        <w:br/>
      </w:r>
      <w:r>
        <w:t xml:space="preserve">    (a) new point</w:t>
      </w:r>
      <w:r>
        <w:br/>
      </w:r>
      <w:r>
        <w:t xml:space="preserve">    (b) difficult point</w:t>
      </w:r>
      <w:r>
        <w:br/>
      </w:r>
      <w:r>
        <w:t xml:space="preserve">    (c)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lucky survivor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enemies.</w:t>
      </w:r>
      <w:r>
        <w:br/>
      </w:r>
      <w:r>
        <w:t xml:space="preserve">    (a) intense</w:t>
      </w:r>
      <w:r>
        <w:br/>
      </w:r>
      <w:r>
        <w:t xml:space="preserve">    (b) human</w:t>
      </w:r>
      <w:r>
        <w:br/>
      </w:r>
      <w:r>
        <w:t xml:space="preserve">    (c) long-time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purport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poll is unbiased and shows that Americans who are acquainted with the facts support the legislation.</w:t>
      </w:r>
      <w:r>
        <w:br/>
      </w:r>
      <w:r>
        <w:t xml:space="preserve">    (a) deny</w:t>
      </w:r>
      <w:r>
        <w:br/>
      </w:r>
      <w:r>
        <w:t xml:space="preserve">    (b) advertise</w:t>
      </w:r>
      <w:r>
        <w:br/>
      </w:r>
      <w:r>
        <w:t xml:space="preserve">    (c) claim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she raised the issue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 herring</w:t>
      </w:r>
      <w:r>
        <w:rPr>
          <w:b/>
          <w:bCs/>
        </w:rPr>
        <w:t xml:space="preserve">.</w:t>
      </w:r>
      <w:r>
        <w:br/>
      </w:r>
      <w:r>
        <w:t xml:space="preserve">    (a) complaint</w:t>
      </w:r>
      <w:r>
        <w:br/>
      </w:r>
      <w:r>
        <w:t xml:space="preserve">    (b) diversion</w:t>
      </w:r>
      <w:r>
        <w:br/>
      </w:r>
      <w:r>
        <w:t xml:space="preserve">    (c) main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sedative</w:t>
      </w:r>
      <w:r>
        <w:rPr>
          <w:b/>
          <w:bCs/>
        </w:rPr>
        <w:t xml:space="preserve">, but still couldn't sleep.</w:t>
      </w:r>
      <w:r>
        <w:br/>
      </w:r>
      <w:r>
        <w:t xml:space="preserve">    (a) break</w:t>
      </w:r>
      <w:r>
        <w:br/>
      </w:r>
      <w:r>
        <w:t xml:space="preserve">    (b) quiet room</w:t>
      </w:r>
      <w:r>
        <w:br/>
      </w:r>
      <w:r>
        <w:t xml:space="preserve">    (c) sleep 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Both sides are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self-righteous</w:t>
      </w:r>
      <w:r>
        <w:rPr>
          <w:b/>
          <w:bCs/>
        </w:rPr>
        <w:t xml:space="preserve"> </w:t>
      </w:r>
      <w:r>
        <w:rPr>
          <w:b/>
          <w:bCs/>
        </w:rPr>
        <w:t xml:space="preserve">to reach a friendly agreement.</w:t>
      </w:r>
      <w:r>
        <w:br/>
      </w:r>
      <w:r>
        <w:t xml:space="preserve">    (a) convinced of moral superiority</w:t>
      </w:r>
      <w:r>
        <w:br/>
      </w:r>
      <w:r>
        <w:t xml:space="preserve">    (b) hurt by perceived injustice</w:t>
      </w:r>
      <w:r>
        <w:br/>
      </w:r>
      <w:r>
        <w:t xml:space="preserve">    (c) closed-minded and intolerant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caring</w:t>
      </w:r>
      <w:r>
        <w:br/>
      </w:r>
      <w:r>
        <w:t xml:space="preserve">    (b) perceptive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emotionless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implied</w:t>
      </w:r>
      <w:r>
        <w:br/>
      </w:r>
      <w:r>
        <w:t xml:space="preserve">    (b) reasonable</w:t>
      </w:r>
      <w:r>
        <w:br/>
      </w:r>
      <w:r>
        <w:t xml:space="preserve">    (c) clear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2026-07-31T14:59:57Z</dcterms:created>
  <dcterms:modified xsi:type="dcterms:W3CDTF">2026-07-31T14:59:57Z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