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94ca67fb2d56371ef33a19b63673507abe5092"/>
    <w:p>
      <w:pPr>
        <w:pStyle w:val="Heading1"/>
      </w:pPr>
      <w:r>
        <w:rPr>
          <w:b/>
          <w:bCs/>
        </w:rPr>
        <w:t xml:space="preserve">And Then There Were None</w:t>
      </w:r>
      <w:r>
        <w:br/>
      </w:r>
      <w:r>
        <w:rPr>
          <w:i/>
          <w:iCs/>
        </w:rPr>
        <w:t xml:space="preserve">Agatha Christie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letter he had received had been rather vague in its terms, but there was nothing vague about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accompanying</w:t>
      </w:r>
      <w:r>
        <w:rPr>
          <w:b/>
          <w:bCs/>
        </w:rPr>
        <w:t xml:space="preserve"> </w:t>
      </w:r>
      <w:r>
        <w:rPr>
          <w:b/>
          <w:bCs/>
        </w:rPr>
        <w:t xml:space="preserve">cheque.</w:t>
      </w:r>
      <w:r>
        <w:br/>
      </w:r>
      <w:r>
        <w:t xml:space="preserve">    (a) provided before</w:t>
      </w:r>
      <w:r>
        <w:br/>
      </w:r>
      <w:r>
        <w:t xml:space="preserve">    (b) provided after</w:t>
      </w:r>
      <w:r>
        <w:br/>
      </w:r>
      <w:r>
        <w:t xml:space="preserve">    (c) provided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"You've seen a bit of the world, I fancy?"</w:t>
      </w:r>
      <w:r>
        <w:br/>
      </w:r>
      <w:r>
        <w:rPr>
          <w:b/>
          <w:bCs/>
        </w:rPr>
        <w:t xml:space="preserve">Lombard shrugged his shoulders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disparagingly</w:t>
      </w:r>
      <w:r>
        <w:rPr>
          <w:b/>
          <w:bCs/>
        </w:rPr>
        <w:t xml:space="preserve">.</w:t>
      </w:r>
      <w:r>
        <w:br/>
      </w:r>
      <w:r>
        <w:rPr>
          <w:b/>
          <w:bCs/>
        </w:rPr>
        <w:t xml:space="preserve">"I've knocked about here and there, sir."</w:t>
      </w:r>
      <w:r>
        <w:br/>
      </w:r>
      <w:r>
        <w:t xml:space="preserve">    (a) in a secretive manner</w:t>
      </w:r>
      <w:r>
        <w:br/>
      </w:r>
      <w:r>
        <w:t xml:space="preserve">    (b) is a self-important way</w:t>
      </w:r>
      <w:r>
        <w:br/>
      </w:r>
      <w:r>
        <w:t xml:space="preserve">    (c) making it seem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it, Anthony Marston seemed to be something more than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.</w:t>
      </w:r>
      <w:r>
        <w:br/>
      </w:r>
      <w:r>
        <w:t xml:space="preserve">    (a) scary</w:t>
      </w:r>
      <w:r>
        <w:br/>
      </w:r>
      <w:r>
        <w:t xml:space="preserve">    (b) human</w:t>
      </w:r>
      <w:r>
        <w:br/>
      </w:r>
      <w:r>
        <w:t xml:space="preserve">    (c) unconcerned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like a woman who walked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fear…</w:t>
      </w:r>
      <w:r>
        <w:br/>
      </w:r>
      <w:r>
        <w:t xml:space="preserve">    (a) long term</w:t>
      </w:r>
      <w:r>
        <w:br/>
      </w:r>
      <w:r>
        <w:t xml:space="preserve">    (b) extreme</w:t>
      </w:r>
      <w:r>
        <w:br/>
      </w:r>
      <w:r>
        <w:t xml:space="preserve">    (c) human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a letter with a signature that was not very easy to read.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purported</w:t>
      </w:r>
      <w:r>
        <w:rPr>
          <w:b/>
          <w:bCs/>
        </w:rPr>
        <w:t xml:space="preserve"> </w:t>
      </w:r>
      <w:r>
        <w:rPr>
          <w:b/>
          <w:bCs/>
        </w:rPr>
        <w:t xml:space="preserve">to be from a woman I had met at a certain summer resort two or three years ago.</w:t>
      </w:r>
      <w:r>
        <w:br/>
      </w:r>
      <w:r>
        <w:t xml:space="preserve">    (a) pretended</w:t>
      </w:r>
      <w:r>
        <w:br/>
      </w:r>
      <w:r>
        <w:t xml:space="preserve">    (b) proved</w:t>
      </w:r>
      <w:r>
        <w:br/>
      </w:r>
      <w:r>
        <w:t xml:space="preserve">    (c) claimed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there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cardiac</w:t>
      </w:r>
      <w:r>
        <w:rPr>
          <w:b/>
          <w:bCs/>
        </w:rPr>
        <w:t xml:space="preserve"> </w:t>
      </w:r>
      <w:r>
        <w:rPr>
          <w:b/>
          <w:bCs/>
        </w:rPr>
        <w:t xml:space="preserve">weakness—</w:t>
      </w:r>
      <w:r>
        <w:br/>
      </w:r>
      <w:r>
        <w:t xml:space="preserve">    (a) lung</w:t>
      </w:r>
      <w:r>
        <w:br/>
      </w:r>
      <w:r>
        <w:t xml:space="preserve">    (b) heart</w:t>
      </w:r>
      <w:r>
        <w:br/>
      </w:r>
      <w:r>
        <w:t xml:space="preserve">    (c) mind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Notice how her husband hung over her as she was coming round. Not all husbandly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solicitude</w:t>
      </w:r>
      <w:r>
        <w:rPr>
          <w:b/>
          <w:bCs/>
        </w:rPr>
        <w:t xml:space="preserve">!</w:t>
      </w:r>
      <w:r>
        <w:br/>
      </w:r>
      <w:r>
        <w:t xml:space="preserve">    (a) medical treatment</w:t>
      </w:r>
      <w:r>
        <w:br/>
      </w:r>
      <w:r>
        <w:t xml:space="preserve">    (b) care or concern</w:t>
      </w:r>
      <w:r>
        <w:br/>
      </w:r>
      <w:r>
        <w:t xml:space="preserve">    (c) work responsibilities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glad to say they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her behaviour.</w:t>
      </w:r>
      <w:r>
        <w:br/>
      </w:r>
      <w:r>
        <w:t xml:space="preserve">    (a) approve or accept</w:t>
      </w:r>
      <w:r>
        <w:br/>
      </w:r>
      <w:r>
        <w:t xml:space="preserve">    (b) condemn or criticize</w:t>
      </w:r>
      <w:r>
        <w:br/>
      </w:r>
      <w:r>
        <w:t xml:space="preserve">    (c) prevent or stop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no self-reproach, no uneasiness in those eyes. They were hard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self-righteous</w:t>
      </w:r>
      <w:r>
        <w:rPr>
          <w:b/>
          <w:bCs/>
        </w:rPr>
        <w:t xml:space="preserve">.</w:t>
      </w:r>
      <w:r>
        <w:br/>
      </w:r>
      <w:r>
        <w:t xml:space="preserve">    (a) insisting on proper behavior</w:t>
      </w:r>
      <w:r>
        <w:br/>
      </w:r>
      <w:r>
        <w:t xml:space="preserve">    (b) looking inward (rather than outward)</w:t>
      </w:r>
      <w:r>
        <w:br/>
      </w:r>
      <w:r>
        <w:t xml:space="preserve">    (c) convinced of personal moral superiority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conscious of the judge's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</w:t>
      </w:r>
      <w:r>
        <w:rPr>
          <w:b/>
          <w:bCs/>
        </w:rPr>
        <w:t xml:space="preserve"> </w:t>
      </w:r>
      <w:r>
        <w:rPr>
          <w:b/>
          <w:bCs/>
        </w:rPr>
        <w:t xml:space="preserve">logical brain.</w:t>
      </w:r>
      <w:r>
        <w:br/>
      </w:r>
      <w:r>
        <w:t xml:space="preserve">    (a) sharp and perceptive</w:t>
      </w:r>
      <w:r>
        <w:br/>
      </w:r>
      <w:r>
        <w:t xml:space="preserve">    (b) aging and slowed</w:t>
      </w:r>
      <w:r>
        <w:br/>
      </w:r>
      <w:r>
        <w:t xml:space="preserve">    (c) distracted by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juncture</w:t>
      </w:r>
      <w:r>
        <w:rPr>
          <w:b/>
          <w:bCs/>
        </w:rPr>
        <w:t xml:space="preserve">, Armstrong felt what was needed was a man of action.</w:t>
      </w:r>
      <w:r>
        <w:br/>
      </w:r>
      <w:r>
        <w:t xml:space="preserve">    (a) realization</w:t>
      </w:r>
      <w:r>
        <w:br/>
      </w:r>
      <w:r>
        <w:t xml:space="preserve">    (b) time of confusion</w:t>
      </w:r>
      <w:r>
        <w:br/>
      </w:r>
      <w:r>
        <w:t xml:space="preserve">    (c) point in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said: "It's perfectly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feasible</w:t>
      </w:r>
      <w:r>
        <w:rPr>
          <w:b/>
          <w:bCs/>
        </w:rPr>
        <w:t xml:space="preserve">-taken alone."</w:t>
      </w:r>
      <w:r>
        <w:br/>
      </w:r>
      <w:r>
        <w:t xml:space="preserve">    (a) pleasurable or enjoyable</w:t>
      </w:r>
      <w:r>
        <w:br/>
      </w:r>
      <w:r>
        <w:t xml:space="preserve">    (b) possible or believable</w:t>
      </w:r>
      <w:r>
        <w:br/>
      </w:r>
      <w:r>
        <w:t xml:space="preserve">    (c) insufficient or inadequate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island's more or less a bare rock. We shall make short work of searching it. We'll soon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ferret out</w:t>
      </w:r>
      <w:r>
        <w:rPr>
          <w:b/>
          <w:bCs/>
        </w:rPr>
        <w:t xml:space="preserve"> </w:t>
      </w:r>
      <w:r>
        <w:rPr>
          <w:b/>
          <w:bCs/>
        </w:rPr>
        <w:t xml:space="preserve">U. N. Owen, Esq.</w:t>
      </w:r>
      <w:r>
        <w:br/>
      </w:r>
      <w:r>
        <w:t xml:space="preserve">    (a) imprison</w:t>
      </w:r>
      <w:r>
        <w:br/>
      </w:r>
      <w:r>
        <w:t xml:space="preserve">    (b) kill</w:t>
      </w:r>
      <w:r>
        <w:br/>
      </w:r>
      <w:r>
        <w:t xml:space="preserve">    (c) find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dispassionate</w:t>
      </w:r>
      <w:r>
        <w:rPr>
          <w:b/>
          <w:bCs/>
        </w:rPr>
        <w:t xml:space="preserve"> </w:t>
      </w:r>
      <w:r>
        <w:rPr>
          <w:b/>
          <w:bCs/>
        </w:rPr>
        <w:t xml:space="preserve">stare of a man well used to weighing humanity in the balance.</w:t>
      </w:r>
      <w:r>
        <w:br/>
      </w:r>
      <w:r>
        <w:t xml:space="preserve">    (a) unaffected by emotion</w:t>
      </w:r>
      <w:r>
        <w:br/>
      </w:r>
      <w:r>
        <w:t xml:space="preserve">    (b) highly critical</w:t>
      </w:r>
      <w:r>
        <w:br/>
      </w:r>
      <w:r>
        <w:t xml:space="preserve">    (c) with strong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sedative</w:t>
      </w:r>
      <w:r>
        <w:rPr>
          <w:b/>
          <w:bCs/>
        </w:rPr>
        <w:t xml:space="preserve"> </w:t>
      </w:r>
      <w:r>
        <w:rPr>
          <w:b/>
          <w:bCs/>
        </w:rPr>
        <w:t xml:space="preserve">that the doctor has given her begins to take effect.</w:t>
      </w:r>
      <w:r>
        <w:br/>
      </w:r>
      <w:r>
        <w:t xml:space="preserve">    (a) pain reliever</w:t>
      </w:r>
      <w:r>
        <w:br/>
      </w:r>
      <w:r>
        <w:t xml:space="preserve">    (b) cough suppressant</w:t>
      </w:r>
      <w:r>
        <w:br/>
      </w:r>
      <w:r>
        <w:t xml:space="preserve">    (c) sleep 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vaguely sleepy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acquiescent</w:t>
      </w:r>
      <w:r>
        <w:rPr>
          <w:b/>
          <w:bCs/>
        </w:rPr>
        <w:t xml:space="preserve">.</w:t>
      </w:r>
      <w:r>
        <w:br/>
      </w:r>
      <w:r>
        <w:t xml:space="preserve">    (a) showing confusion</w:t>
      </w:r>
      <w:r>
        <w:br/>
      </w:r>
      <w:r>
        <w:t xml:space="preserve">    (b) reluctant to help</w:t>
      </w:r>
      <w:r>
        <w:br/>
      </w:r>
      <w:r>
        <w:t xml:space="preserve">    (c) inclined to comply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 </w:t>
      </w:r>
      <w:r>
        <w:rPr>
          <w:b/>
          <w:bCs/>
        </w:rPr>
        <w:t xml:space="preserve">consent, they had adopted a plan of campaign.</w:t>
      </w:r>
      <w:r>
        <w:br/>
      </w:r>
      <w:r>
        <w:t xml:space="preserve">    (a) clearly and loudly stated</w:t>
      </w:r>
      <w:r>
        <w:br/>
      </w:r>
      <w:r>
        <w:t xml:space="preserve">    (b) unspoken but understood</w:t>
      </w:r>
      <w:r>
        <w:br/>
      </w:r>
      <w:r>
        <w:t xml:space="preserve">    (c) formally agreed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Was that why he had gone off after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inquest</w:t>
      </w:r>
      <w:r>
        <w:rPr>
          <w:b/>
          <w:bCs/>
        </w:rPr>
        <w:t xml:space="preserve"> </w:t>
      </w:r>
      <w:r>
        <w:rPr>
          <w:b/>
          <w:bCs/>
        </w:rPr>
        <w:t xml:space="preserve">so hurriedly?</w:t>
      </w:r>
      <w:r>
        <w:br/>
      </w:r>
      <w:r>
        <w:t xml:space="preserve">    (a) formal investigation</w:t>
      </w:r>
      <w:r>
        <w:br/>
      </w:r>
      <w:r>
        <w:t xml:space="preserve">    (b) funeral ceremony</w:t>
      </w:r>
      <w:r>
        <w:br/>
      </w:r>
      <w:r>
        <w:t xml:space="preserve">    (c) unfortunate accident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disappearance is just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 herring</w:t>
      </w:r>
      <w:r>
        <w:rPr>
          <w:b/>
          <w:bCs/>
        </w:rPr>
        <w:t xml:space="preserve"> </w:t>
      </w:r>
      <w:r>
        <w:rPr>
          <w:b/>
          <w:bCs/>
        </w:rPr>
        <w:t xml:space="preserve">across the track.</w:t>
      </w:r>
      <w:r>
        <w:br/>
      </w:r>
      <w:r>
        <w:t xml:space="preserve">    (a) warning</w:t>
      </w:r>
      <w:r>
        <w:br/>
      </w:r>
      <w:r>
        <w:t xml:space="preserve">    (b) clue</w:t>
      </w:r>
      <w:r>
        <w:br/>
      </w:r>
      <w:r>
        <w:t xml:space="preserve">    (c) diversion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"Ten people dead on an island and not a living soul on it. It doesn't make sense!"</w:t>
      </w:r>
      <w:r>
        <w:br/>
      </w:r>
      <w:r>
        <w:rPr>
          <w:b/>
          <w:bCs/>
        </w:rPr>
        <w:t xml:space="preserve">Inspector Maine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stolidly</w:t>
      </w:r>
      <w:r>
        <w:rPr>
          <w:b/>
          <w:bCs/>
        </w:rPr>
        <w:t xml:space="preserve">: "Nevertheless, it happened, sir."</w:t>
      </w:r>
      <w:r>
        <w:br/>
      </w:r>
      <w:r>
        <w:t xml:space="preserve">    (a) without listening</w:t>
      </w:r>
      <w:r>
        <w:br/>
      </w:r>
      <w:r>
        <w:t xml:space="preserve">    (b) unemotionally</w:t>
      </w:r>
      <w:r>
        <w:br/>
      </w:r>
      <w:r>
        <w:t xml:space="preserve">    (c) loudly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2026-07-31T14:59:57Z</dcterms:created>
  <dcterms:modified xsi:type="dcterms:W3CDTF">2026-07-31T14:59:57Z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