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3920c18c86ebfc3b1acc1253972c99e14f7b86"/>
    <w:p>
      <w:pPr>
        <w:pStyle w:val="Heading1"/>
      </w:pPr>
      <w:r>
        <w:rPr>
          <w:b/>
          <w:bCs/>
        </w:rPr>
        <w:t xml:space="preserve">And The Mountains Echoed</w:t>
      </w:r>
      <w:r>
        <w:br/>
      </w:r>
      <w:r>
        <w:rPr>
          <w:i/>
          <w:iCs/>
        </w:rPr>
        <w:t xml:space="preserve">Khaled Hosseini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the village from the direction of the mountains, the earth shook with each of its footfalls.</w:t>
      </w:r>
      <w:r>
        <w:br/>
      </w:r>
      <w:r>
        <w:t xml:space="preserve">    (a) moved toward</w:t>
      </w:r>
      <w:r>
        <w:br/>
      </w:r>
      <w:r>
        <w:t xml:space="preserve">    (b) not satisfied</w:t>
      </w:r>
      <w:r>
        <w:br/>
      </w:r>
      <w:r>
        <w:t xml:space="preserve">    (c) made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boy, the one with the old man who had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Baba jan at the school's opening ceremony.</w:t>
      </w:r>
      <w:r>
        <w:br/>
      </w:r>
      <w:r>
        <w:t xml:space="preserve">    (a) begin communication with</w:t>
      </w:r>
      <w:r>
        <w:br/>
      </w:r>
      <w:r>
        <w:t xml:space="preserve">    (b) to support by providing money or other economic aid</w:t>
      </w:r>
      <w:r>
        <w:br/>
      </w:r>
      <w:r>
        <w:t xml:space="preserve">    (c) did not find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her worst moments, when she cannot help being swallowed up by a torrent of self-</w:t>
      </w:r>
      <w:r>
        <w:rPr>
          <w:b/>
          <w:bCs/>
          <w:u w:val="single"/>
        </w:rPr>
        <w:t xml:space="preserve">loathing</w:t>
      </w:r>
      <w:r>
        <w:rPr>
          <w:b/>
          <w:bCs/>
        </w:rPr>
        <w:t xml:space="preserve">, Parwana thinks that perhaps the cord knew best.</w:t>
      </w:r>
      <w:r>
        <w:br/>
      </w:r>
      <w:r>
        <w:t xml:space="preserve">    (a) changing through evolution</w:t>
      </w:r>
      <w:r>
        <w:br/>
      </w:r>
      <w:r>
        <w:t xml:space="preserve">    (b) disgust or intense dislike</w:t>
      </w:r>
      <w:r>
        <w:br/>
      </w:r>
      <w:r>
        <w:t xml:space="preserve">    (c) stopping a battle or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School was really the back room of the village mosque where, in addition to teaching Koran recitation,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Mullah</w:t>
      </w:r>
      <w:r>
        <w:rPr>
          <w:b/>
          <w:bCs/>
        </w:rPr>
        <w:t xml:space="preserve"> </w:t>
      </w:r>
      <w:r>
        <w:rPr>
          <w:b/>
          <w:bCs/>
        </w:rPr>
        <w:t xml:space="preserve">Shekib had taught every child in the village to read and write, to memorize poetry.</w:t>
      </w:r>
      <w:r>
        <w:br/>
      </w:r>
      <w:r>
        <w:t xml:space="preserve">    (a) a Muslim religious teacher or leader</w:t>
      </w:r>
      <w:r>
        <w:br/>
      </w:r>
      <w:r>
        <w:t xml:space="preserve">    (b) lacking experience or sophistication</w:t>
      </w:r>
      <w:r>
        <w:br/>
      </w:r>
      <w:r>
        <w:t xml:space="preserve">    (c) a basic type of ecological community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Masooma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listlessly</w:t>
      </w:r>
      <w:r>
        <w:rPr>
          <w:b/>
          <w:bCs/>
        </w:rPr>
        <w:t xml:space="preserve"> </w:t>
      </w:r>
      <w:r>
        <w:rPr>
          <w:b/>
          <w:bCs/>
        </w:rPr>
        <w:t xml:space="preserve">sweeps her hand.</w:t>
      </w:r>
      <w:r>
        <w:br/>
      </w:r>
      <w:r>
        <w:t xml:space="preserve">    (a) with a lack of energy and normal enthusiasm</w:t>
      </w:r>
      <w:r>
        <w:br/>
      </w:r>
      <w:r>
        <w:t xml:space="preserve">    (b) in a manner involving only one part or side</w:t>
      </w:r>
      <w:r>
        <w:br/>
      </w:r>
      <w:r>
        <w:t xml:space="preserve">    (c) in a manner that stops or hinders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way her hand bent at its slender wrist reminded me of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</w:t>
      </w:r>
      <w:r>
        <w:rPr>
          <w:b/>
          <w:bCs/>
        </w:rPr>
        <w:t xml:space="preserve"> </w:t>
      </w:r>
      <w:r>
        <w:rPr>
          <w:b/>
          <w:bCs/>
        </w:rPr>
        <w:t xml:space="preserve">I had once seen in a glossy book of poems of a long-lashed woman with flowing dark hair lying with her lover in a garden, offering him a cup of wine with her pale delicate fingers.</w:t>
      </w:r>
      <w:r>
        <w:br/>
      </w:r>
      <w:r>
        <w:t xml:space="preserve">    (a) picture</w:t>
      </w:r>
      <w:r>
        <w:br/>
      </w:r>
      <w:r>
        <w:t xml:space="preserve">    (b) a subtle characteristic</w:t>
      </w:r>
      <w:r>
        <w:br/>
      </w:r>
      <w:r>
        <w:t xml:space="preserve">    (c)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case will be used next week for Peer Review, a monthly video conference watched by all the facilities during which mistakes by physicians, who remain anonymous, are used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</w:t>
      </w:r>
      <w:r>
        <w:rPr>
          <w:b/>
          <w:bCs/>
        </w:rPr>
        <w:t xml:space="preserve"> </w:t>
      </w:r>
      <w:r>
        <w:rPr>
          <w:b/>
          <w:bCs/>
        </w:rPr>
        <w:t xml:space="preserve">learning points.</w:t>
      </w:r>
      <w:r>
        <w:br/>
      </w:r>
      <w:r>
        <w:t xml:space="preserve">    (a) think carefully</w:t>
      </w:r>
      <w:r>
        <w:br/>
      </w:r>
      <w:r>
        <w:t xml:space="preserve">    (b) help make clear</w:t>
      </w:r>
      <w:r>
        <w:br/>
      </w:r>
      <w:r>
        <w:t xml:space="preserve">    (c) work or operate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Mr. Wandati on his daily morning walk, Nila slept in, often until noon or even later.</w:t>
      </w:r>
      <w:r>
        <w:br/>
      </w:r>
      <w:r>
        <w:t xml:space="preserve">    (a) traveled along with</w:t>
      </w:r>
      <w:r>
        <w:br/>
      </w:r>
      <w:r>
        <w:t xml:space="preserve">    (b) got closer to</w:t>
      </w:r>
      <w:r>
        <w:br/>
      </w:r>
      <w:r>
        <w:t xml:space="preserve">    (c) made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the piece with a photo.</w:t>
      </w:r>
      <w:r>
        <w:br/>
      </w:r>
      <w:r>
        <w:t xml:space="preserve">    (a) regarding with feelings of respect and reverence</w:t>
      </w:r>
      <w:r>
        <w:br/>
      </w:r>
      <w:r>
        <w:t xml:space="preserve">    (b) rising and falling pitch; or cheerful and lively</w:t>
      </w:r>
      <w:r>
        <w:br/>
      </w:r>
      <w:r>
        <w:t xml:space="preserve">    (c) providing at the same time (to make better)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as though it—God forgive me for this blasphemy—had descended down on me from Heaven itself, the garden of the righteous, as the book says, where rivers flow beneath,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are the fruits and the shade therein.</w:t>
      </w:r>
      <w:r>
        <w:br/>
      </w:r>
      <w:r>
        <w:t xml:space="preserve">    (a) about things beyond the physical world, such as existence, reality, or the soul</w:t>
      </w:r>
      <w:r>
        <w:br/>
      </w:r>
      <w:r>
        <w:t xml:space="preserve">    (b)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(c) continuing forever without change; or occurring so frequently it seems constant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Wandati did have, for instance, a habit of correcting my manner of speech with an air of superiority that could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interpreted</w:t>
      </w:r>
      <w:r>
        <w:rPr>
          <w:b/>
          <w:bCs/>
        </w:rPr>
        <w:t xml:space="preserve">, perhaps not wrongly, as arrogance.</w:t>
      </w:r>
      <w:r>
        <w:br/>
      </w:r>
      <w:r>
        <w:t xml:space="preserve">    (a) not having accepted beliefs without critical question</w:t>
      </w:r>
      <w:r>
        <w:br/>
      </w:r>
      <w:r>
        <w:t xml:space="preserve">    (b) made more attractive or interesting through additions</w:t>
      </w:r>
      <w:r>
        <w:br/>
      </w:r>
      <w:r>
        <w:t xml:space="preserve">    (c) understood (in a particular way)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become his de facto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.</w:t>
      </w:r>
      <w:r>
        <w:br/>
      </w:r>
      <w:r>
        <w:t xml:space="preserve">    (a) someone who translates language</w:t>
      </w:r>
      <w:r>
        <w:br/>
      </w:r>
      <w:r>
        <w:t xml:space="preserve">    (b) people who criticize or condemn</w:t>
      </w:r>
      <w:r>
        <w:br/>
      </w:r>
      <w:r>
        <w:t xml:space="preserve">    (c) someone who extensively damages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declared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jihad</w:t>
      </w:r>
      <w:r>
        <w:rPr>
          <w:b/>
          <w:bCs/>
        </w:rPr>
        <w:t xml:space="preserve"> </w:t>
      </w:r>
      <w:r>
        <w:rPr>
          <w:b/>
          <w:bCs/>
        </w:rPr>
        <w:t xml:space="preserve">on him, the mullahs, the tribal chiefs.</w:t>
      </w:r>
      <w:r>
        <w:br/>
      </w:r>
      <w:r>
        <w:t xml:space="preserve">    (a) a holy war waged by Muslims against infidels; or any relentless battle for a belief</w:t>
      </w:r>
      <w:r>
        <w:br/>
      </w:r>
      <w:r>
        <w:br/>
      </w:r>
      <w:r>
        <w:t xml:space="preserve">or more rarely:  a holy struggle or striving by a Muslim for a moral, spiritual, or political goal</w:t>
      </w:r>
      <w:r>
        <w:br/>
      </w:r>
      <w:r>
        <w:t xml:space="preserve">    (b) the process of replacing what was used up  OR  the process of restoring to a previous condition  OR  (more rarely) materials that replaced what was used up</w:t>
      </w:r>
      <w:r>
        <w:br/>
      </w:r>
      <w:r>
        <w:t xml:space="preserve">    (c) popular art movement of late 19th century French painters who used dabs of color to give an impression of their subject rather than a photographic-like depiction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herself speaking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artificially</w:t>
      </w:r>
      <w:r>
        <w:rPr>
          <w:b/>
          <w:bCs/>
        </w:rPr>
        <w:t xml:space="preserve"> </w:t>
      </w:r>
      <w:r>
        <w:rPr>
          <w:b/>
          <w:bCs/>
        </w:rPr>
        <w:t xml:space="preserve">sophisticated, ridiculous tone that was nothing like the way she spoke normally.</w:t>
      </w:r>
      <w:r>
        <w:br/>
      </w:r>
      <w:r>
        <w:t xml:space="preserve">    (a) in a manner that is inseparable</w:t>
      </w:r>
      <w:r>
        <w:br/>
      </w:r>
      <w:r>
        <w:t xml:space="preserve">    (b) in comparison to something else</w:t>
      </w:r>
      <w:r>
        <w:br/>
      </w:r>
      <w:r>
        <w:t xml:space="preserve">    (c) in a manner designed to impress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flat-screen TV fastened to the wall; the PC in the corner; the unfinished game of Sudoku on the nightstand, the page marked by a pair of reading glasses; the TV remote; the vial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tears; a tube of steroid cream; a tube of denture glue; a small bottle of pills; and, on the floor, an oyster-colored pair of fuzzy slippers.</w:t>
      </w:r>
      <w:r>
        <w:br/>
      </w:r>
      <w:r>
        <w:t xml:space="preserve">    (a) created by humans rather than occurring naturally</w:t>
      </w:r>
      <w:r>
        <w:br/>
      </w:r>
      <w:r>
        <w:t xml:space="preserve">    (b) the quality or degree of straightness, or absence of anything in between</w:t>
      </w:r>
      <w:r>
        <w:br/>
      </w:r>
      <w:r>
        <w:t xml:space="preserve">    (c) bold or self-confident in a manner that seems disrespectful or tasteless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wears a bright yellow coat, buttoned to the throat,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dark gray overcast sky above.</w:t>
      </w:r>
      <w:r>
        <w:br/>
      </w:r>
      <w:r>
        <w:t xml:space="preserve">    (a) (verb) intentionally angers, challenges, or upsets someone  OR  (noun) insults or other actions intended to anger, challenge, or upset someone</w:t>
      </w:r>
      <w:r>
        <w:br/>
      </w:r>
      <w:r>
        <w:t xml:space="preserve">    (b) differs notably (in brightness or tone)</w:t>
      </w:r>
      <w:r>
        <w:br/>
      </w:r>
      <w:r>
        <w:t xml:space="preserve">    (c) a means of control -- most commonly the straps attached to a bit in a horse's mouth that are used to control it  OR  restrains or controls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jeans were stiff with dirt, and they were too short besides.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By contrast</w:t>
      </w:r>
      <w:r>
        <w:rPr>
          <w:b/>
          <w:bCs/>
        </w:rPr>
        <w:t xml:space="preserve">, his T-shirt hung almost to his knees.</w:t>
      </w:r>
      <w:r>
        <w:br/>
      </w:r>
      <w:r>
        <w:t xml:space="preserve">    (a) beyond the permitted boundary or limit</w:t>
      </w:r>
      <w:r>
        <w:br/>
      </w:r>
      <w:r>
        <w:t xml:space="preserve">    (b) in a comparison that shows differences</w:t>
      </w:r>
      <w:r>
        <w:br/>
      </w:r>
      <w:r>
        <w:t xml:space="preserve">    (c) injured muscles or tendons in the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 I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?</w:t>
      </w:r>
      <w:r>
        <w:br/>
      </w:r>
      <w:r>
        <w:t xml:space="preserve">    (a) the condition of being different</w:t>
      </w:r>
      <w:r>
        <w:br/>
      </w:r>
      <w:r>
        <w:t xml:space="preserve">    (b) indicating approval or agreement</w:t>
      </w:r>
      <w:r>
        <w:br/>
      </w:r>
      <w:r>
        <w:t xml:space="preserve">    (c) obvious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my life, I have lived like an aquarium fish in the safety of a glass tank, behind a barrier as impenetrable as it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.</w:t>
      </w:r>
      <w:r>
        <w:br/>
      </w:r>
      <w:r>
        <w:t xml:space="preserve">    (a) poor ability to make a decision</w:t>
      </w:r>
      <w:r>
        <w:br/>
      </w:r>
      <w:r>
        <w:t xml:space="preserve">    (b) easily observable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Unnecessary because Isabelle quickly latched onto the instrument of her own accord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unfeasible</w:t>
      </w:r>
      <w:r>
        <w:rPr>
          <w:b/>
          <w:bCs/>
        </w:rPr>
        <w:t xml:space="preserve"> </w:t>
      </w:r>
      <w:r>
        <w:rPr>
          <w:b/>
          <w:bCs/>
        </w:rPr>
        <w:t xml:space="preserve">because the cello made Pari's hands ache.</w:t>
      </w:r>
      <w:r>
        <w:br/>
      </w:r>
      <w:r>
        <w:t xml:space="preserve">    (a) not tending to find fault</w:t>
      </w:r>
      <w:r>
        <w:br/>
      </w:r>
      <w:r>
        <w:t xml:space="preserve">    (b) able to be disagreed with</w:t>
      </w:r>
      <w:r>
        <w:br/>
      </w:r>
      <w:r>
        <w:t xml:space="preserve">    (c) not possible or practical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2026-07-31T18:42:30Z</dcterms:created>
  <dcterms:modified xsi:type="dcterms:W3CDTF">2026-07-31T18:42:30Z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