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edc62bd448eca6d55afdee94569f0b694fc07a"/>
    <w:p>
      <w:pPr>
        <w:pStyle w:val="Heading1"/>
      </w:pPr>
      <w:r>
        <w:rPr>
          <w:b/>
          <w:bCs/>
        </w:rPr>
        <w:t xml:space="preserve">An Occurrence at Owl Creek Bridge</w:t>
      </w:r>
      <w:r>
        <w:br/>
      </w:r>
      <w:r>
        <w:rPr>
          <w:i/>
          <w:iCs/>
        </w:rPr>
        <w:t xml:space="preserve">Ambrose Bierce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did not appear to be the duty of these two men to know what was occurring at the center of the bridge; they merely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blockaded</w:t>
      </w:r>
      <w:r>
        <w:rPr>
          <w:b/>
          <w:bCs/>
        </w:rPr>
        <w:t xml:space="preserve"> </w:t>
      </w:r>
      <w:r>
        <w:rPr>
          <w:b/>
          <w:bCs/>
        </w:rPr>
        <w:t xml:space="preserve">the two ends of the foot planking that traversed it.</w:t>
      </w:r>
      <w:r>
        <w:br/>
      </w:r>
      <w:r>
        <w:t xml:space="preserve">    (a) held together (connected or united) or wrapped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kept people and goods from reaching a location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bank of the stream was open ground—a gentle slope topped with a stockade of vertical tree trunks, loopholed for rifles, with a single embrasure through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protruded</w:t>
      </w:r>
      <w:r>
        <w:rPr>
          <w:b/>
          <w:bCs/>
        </w:rPr>
        <w:t xml:space="preserve"> </w:t>
      </w:r>
      <w:r>
        <w:rPr>
          <w:b/>
          <w:bCs/>
        </w:rPr>
        <w:t xml:space="preserve">the muzzle of a brass cannon commanding the bridge.</w:t>
      </w:r>
      <w:r>
        <w:br/>
      </w:r>
      <w:r>
        <w:t xml:space="preserve">    (a) continued</w:t>
      </w:r>
      <w:r>
        <w:br/>
      </w:r>
      <w:r>
        <w:t xml:space="preserve">    (b) stuck out</w:t>
      </w:r>
      <w:r>
        <w:br/>
      </w:r>
      <w:r>
        <w:t xml:space="preserve">    (c) disagreed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sentinels, facing the banks of the stream, might have been statues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adorn</w:t>
      </w:r>
      <w:r>
        <w:rPr>
          <w:b/>
          <w:bCs/>
        </w:rPr>
        <w:t xml:space="preserve"> </w:t>
      </w:r>
      <w:r>
        <w:rPr>
          <w:b/>
          <w:bCs/>
        </w:rPr>
        <w:t xml:space="preserve">the bridge.</w:t>
      </w:r>
      <w:r>
        <w:br/>
      </w:r>
      <w:r>
        <w:t xml:space="preserve">    (a) disagree</w:t>
      </w:r>
      <w:r>
        <w:br/>
      </w:r>
      <w:r>
        <w:t xml:space="preserve">    (b) decorate</w:t>
      </w:r>
      <w:r>
        <w:br/>
      </w:r>
      <w:r>
        <w:t xml:space="preserve">    (c) subtract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recurrence</w:t>
      </w:r>
      <w:r>
        <w:rPr>
          <w:b/>
          <w:bCs/>
        </w:rPr>
        <w:t xml:space="preserve"> </w:t>
      </w:r>
      <w:r>
        <w:rPr>
          <w:b/>
          <w:bCs/>
        </w:rPr>
        <w:t xml:space="preserve">was regular, but as slow as the tolling of a death knell.</w:t>
      </w:r>
      <w:r>
        <w:br/>
      </w:r>
      <w:r>
        <w:t xml:space="preserve">    (a) to happen repeatedly or a second time</w:t>
      </w:r>
      <w:r>
        <w:br/>
      </w:r>
      <w:r>
        <w:t xml:space="preserve">    (b) the act of stopping a battle or fight</w:t>
      </w:r>
      <w:r>
        <w:br/>
      </w:r>
      <w:r>
        <w:t xml:space="preserve">    (c) a short part of a longer written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recurrence was regular, but as slow as the tolling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death knell</w:t>
      </w:r>
      <w:r>
        <w:rPr>
          <w:b/>
          <w:bCs/>
        </w:rPr>
        <w:t xml:space="preserve">.</w:t>
      </w:r>
      <w:r>
        <w:br/>
      </w:r>
      <w:r>
        <w:t xml:space="preserve">    (a) Henry David Thoreau, U.S. writer best remembered for his book,</w:t>
      </w:r>
      <w:r>
        <w:t xml:space="preserve"> </w:t>
      </w:r>
      <w:r>
        <w:rPr>
          <w:i/>
          <w:iCs/>
        </w:rPr>
        <w:t xml:space="preserve">Walden</w:t>
      </w:r>
      <w:r>
        <w:t xml:space="preserve"> </w:t>
      </w:r>
      <w:r>
        <w:t xml:space="preserve">and his essay</w:t>
      </w:r>
      <w:r>
        <w:t xml:space="preserve"> </w:t>
      </w:r>
      <w:r>
        <w:rPr>
          <w:i/>
          <w:iCs/>
        </w:rPr>
        <w:t xml:space="preserve">Civil Disobedience</w:t>
      </w:r>
      <w:r>
        <w:br/>
      </w:r>
      <w:r>
        <w:t xml:space="preserve">    (b) originally the sound of a bell rung to announce a death, but now more commonly used as a metaphor of death or demise</w:t>
      </w:r>
      <w:r>
        <w:br/>
      </w:r>
      <w:r>
        <w:t xml:space="preserve">    (c) computers that use subatomic particles to tackle some problems that would take ordinary computers thousands of years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their greater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infrequency</w:t>
      </w:r>
      <w:r>
        <w:rPr>
          <w:b/>
          <w:bCs/>
        </w:rPr>
        <w:t xml:space="preserve"> </w:t>
      </w:r>
      <w:r>
        <w:rPr>
          <w:b/>
          <w:bCs/>
        </w:rPr>
        <w:t xml:space="preserve">the sounds increased in strength and sharpness.</w:t>
      </w:r>
      <w:r>
        <w:br/>
      </w:r>
      <w:r>
        <w:t xml:space="preserve">    (a) not happening often</w:t>
      </w:r>
      <w:r>
        <w:br/>
      </w:r>
      <w:r>
        <w:t xml:space="preserve">    (b) firmness of purpose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service was too humble for him to perform in the aid of the South, no adventure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perilous</w:t>
      </w:r>
      <w:r>
        <w:rPr>
          <w:b/>
          <w:bCs/>
        </w:rPr>
        <w:t xml:space="preserve"> </w:t>
      </w:r>
      <w:r>
        <w:rPr>
          <w:b/>
          <w:bCs/>
        </w:rPr>
        <w:t xml:space="preserve">for him to undertake if consistent with the character of a civilian who was at heart a soldier, and who in good faith and without too much qualification assented to at least a part of the frankly villainous dictum that all is fair in love and war.</w:t>
      </w:r>
      <w:r>
        <w:br/>
      </w:r>
      <w:r>
        <w:t xml:space="preserve">    (a) dangerous</w:t>
      </w:r>
      <w:r>
        <w:br/>
      </w:r>
      <w:r>
        <w:t xml:space="preserve">    (b) bent down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service was too humble for him to perform in the aid of the South, no adventure to perilous for him to undertake if consistent with the character of a civilian who was at heart a soldier, and who in good faith and without too much qualification assented to at least a part of the frankly villainous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dictum</w:t>
      </w:r>
      <w:r>
        <w:rPr>
          <w:b/>
          <w:bCs/>
        </w:rPr>
        <w:t xml:space="preserve"> </w:t>
      </w:r>
      <w:r>
        <w:rPr>
          <w:b/>
          <w:bCs/>
        </w:rPr>
        <w:t xml:space="preserve">that all is fair in love and war.</w:t>
      </w:r>
      <w:r>
        <w:br/>
      </w:r>
      <w:r>
        <w:t xml:space="preserve">    (a) saying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evening while Farquhar and his wife were sitting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bench near the entrance to his grounds, a gray-clad soldier rode up to the gate and asked for a drink of water.</w:t>
      </w:r>
      <w:r>
        <w:br/>
      </w:r>
      <w:r>
        <w:t xml:space="preserve">    (a) characteristic of rural life; simple without refined touches</w:t>
      </w:r>
      <w:r>
        <w:br/>
      </w:r>
      <w:r>
        <w:t xml:space="preserve">    (b) tile designed to affect noise -- typically to decrease noise</w:t>
      </w:r>
      <w:r>
        <w:br/>
      </w:r>
      <w:r>
        <w:t xml:space="preserve">    (c) the state of not being in danger of suffering from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intellectual part of his nature was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; he had power only to feel, and feeling was torment.</w:t>
      </w:r>
      <w:r>
        <w:br/>
      </w:r>
      <w:r>
        <w:t xml:space="preserve">    (a) donated a portion of one's income to a church</w:t>
      </w:r>
      <w:r>
        <w:br/>
      </w:r>
      <w:r>
        <w:t xml:space="preserve">    (b) removed completely from recognition or memory</w:t>
      </w:r>
      <w:r>
        <w:br/>
      </w:r>
      <w:r>
        <w:t xml:space="preserve">    (c) returned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—the idea seemed to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ludicrous</w:t>
      </w:r>
      <w:r>
        <w:rPr>
          <w:b/>
          <w:bCs/>
        </w:rPr>
        <w:t xml:space="preserve">.</w:t>
      </w:r>
      <w:r>
        <w:br/>
      </w:r>
      <w:r>
        <w:t xml:space="preserve">    (a) the state of being awake</w:t>
      </w:r>
      <w:r>
        <w:br/>
      </w:r>
      <w:r>
        <w:t xml:space="preserve">    (b) absurd in an amusing way</w:t>
      </w:r>
      <w:r>
        <w:br/>
      </w:r>
      <w:r>
        <w:t xml:space="preserve">    (c) able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felt his head emerge; his eyes were blinded by the sunlight; his chest expanded convulsively, and with a supreme and crowning agony his lungs engulfed a great draught of air, which instantly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expelled</w:t>
      </w:r>
      <w:r>
        <w:rPr>
          <w:b/>
          <w:bCs/>
        </w:rPr>
        <w:t xml:space="preserve"> </w:t>
      </w:r>
      <w:r>
        <w:rPr>
          <w:b/>
          <w:bCs/>
        </w:rPr>
        <w:t xml:space="preserve">in a shriek!</w:t>
      </w:r>
      <w:r>
        <w:br/>
      </w:r>
      <w:r>
        <w:t xml:space="preserve">    (a) forced out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come to the surface facing down the stream; in a moment the visible world seemed to wheel slowly round, himself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pivotal</w:t>
      </w:r>
      <w:r>
        <w:rPr>
          <w:b/>
          <w:bCs/>
        </w:rPr>
        <w:t xml:space="preserve"> </w:t>
      </w:r>
      <w:r>
        <w:rPr>
          <w:b/>
          <w:bCs/>
        </w:rPr>
        <w:t xml:space="preserve">point, and he saw the bridge, the fort, the soldiers upon the bridge, the captain, the sergeant, the two privates, his executioners.</w:t>
      </w:r>
      <w:r>
        <w:br/>
      </w:r>
      <w:r>
        <w:t xml:space="preserve">    (a) very important</w:t>
      </w:r>
      <w:r>
        <w:br/>
      </w:r>
      <w:r>
        <w:t xml:space="preserve">    (b) very important</w:t>
      </w:r>
      <w:r>
        <w:br/>
      </w:r>
      <w:r>
        <w:t xml:space="preserve">    (c) unable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rose to the surface, gasping for breath, he saw that he had been a long time under water;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perceptibly</w:t>
      </w:r>
      <w:r>
        <w:rPr>
          <w:b/>
          <w:bCs/>
        </w:rPr>
        <w:t xml:space="preserve"> </w:t>
      </w:r>
      <w:r>
        <w:rPr>
          <w:b/>
          <w:bCs/>
        </w:rPr>
        <w:t xml:space="preserve">farther downstream—nearer to safety.</w:t>
      </w:r>
      <w:r>
        <w:br/>
      </w:r>
      <w:r>
        <w:t xml:space="preserve">    (a) in a manner that is not sensible and careful</w:t>
      </w:r>
      <w:r>
        <w:br/>
      </w:r>
      <w:r>
        <w:t xml:space="preserve">    (b) with feelings of deep respect and admiration</w:t>
      </w:r>
      <w:r>
        <w:br/>
      </w:r>
      <w:r>
        <w:t xml:space="preserve">    (c) in a manner that is capable of being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appalling</w:t>
      </w:r>
      <w:r>
        <w:rPr>
          <w:b/>
          <w:bCs/>
        </w:rPr>
        <w:t xml:space="preserve"> </w:t>
      </w:r>
      <w:r>
        <w:rPr>
          <w:b/>
          <w:bCs/>
        </w:rPr>
        <w:t xml:space="preserve">splash within two yards of him was followed by a loud, rushing sound, DIMINUENDO, which seemed to travel back through the air to the fort and died in an explosion which stirred the very river to its deeps!</w:t>
      </w:r>
      <w:r>
        <w:br/>
      </w:r>
      <w:r>
        <w:t xml:space="preserve">    (a) telling someone about something</w:t>
      </w:r>
      <w:r>
        <w:br/>
      </w:r>
      <w:r>
        <w:t xml:space="preserve">    (b) commending or praising publicly</w:t>
      </w:r>
      <w:r>
        <w:br/>
      </w:r>
      <w:r>
        <w:t xml:space="preserve">    (c) shockingly terrible or horrible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shook his head free from the commotion of the smitten water 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deflected</w:t>
      </w:r>
      <w:r>
        <w:rPr>
          <w:b/>
          <w:bCs/>
        </w:rPr>
        <w:t xml:space="preserve"> </w:t>
      </w:r>
      <w:r>
        <w:rPr>
          <w:b/>
          <w:bCs/>
        </w:rPr>
        <w:t xml:space="preserve">shot humming through the air ahead, and in an instant it was cracking and smashing the branches in the forest beyond.</w:t>
      </w:r>
      <w:r>
        <w:br/>
      </w:r>
      <w:r>
        <w:t xml:space="preserve">    (a) turned aside from a fixed direction or line of interest</w:t>
      </w:r>
      <w:r>
        <w:br/>
      </w:r>
      <w:r>
        <w:t xml:space="preserve">    (b) made something lighter -- such as an area of a painting</w:t>
      </w:r>
      <w:r>
        <w:br/>
      </w:r>
      <w:r>
        <w:t xml:space="preserve">    (c) excessively examined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forest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; nowhere did he discover a break in it, not even a woodman's road.</w:t>
      </w:r>
      <w:r>
        <w:br/>
      </w:r>
      <w:r>
        <w:t xml:space="preserve">    (a) relating to expert judgement of what is good and bad about something</w:t>
      </w:r>
      <w:r>
        <w:br/>
      </w:r>
      <w:r>
        <w:t xml:space="preserve">    (b) seemingly endless; or long and unpleasant (often boring or annoying)</w:t>
      </w:r>
      <w:r>
        <w:br/>
      </w:r>
      <w:r>
        <w:t xml:space="preserve">    (c) full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something uncanny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.</w:t>
      </w:r>
      <w:r>
        <w:br/>
      </w:r>
      <w:r>
        <w:t xml:space="preserve">    (a) a large, elongated gland located behind the stomach that secretes digestive enzymes and insulin</w:t>
      </w:r>
      <w:r>
        <w:br/>
      </w:r>
      <w:r>
        <w:t xml:space="preserve">    (b) of the philosophical &amp; religious system based on the teachings of Laozi (also spelled Taoist)</w:t>
      </w:r>
      <w:r>
        <w:br/>
      </w:r>
      <w:r>
        <w:t xml:space="preserve">    (c) something previously unknown; or making such a thing known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nightfall he was fatigued, footsore,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famished</w:t>
      </w:r>
      <w:r>
        <w:rPr>
          <w:b/>
          <w:bCs/>
        </w:rPr>
        <w:t xml:space="preserve">.</w:t>
      </w:r>
      <w:r>
        <w:br/>
      </w:r>
      <w:r>
        <w:t xml:space="preserve">    (a) extremely hungry</w:t>
      </w:r>
      <w:r>
        <w:br/>
      </w:r>
      <w:r>
        <w:t xml:space="preserve">    (b) strongly desired</w:t>
      </w:r>
      <w:r>
        <w:br/>
      </w:r>
      <w:r>
        <w:t xml:space="preserve">    (c) not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bottom of the steps she stands waiting, with a smile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joy, an attitude of matchless grace and dignity.</w:t>
      </w:r>
      <w:r>
        <w:br/>
      </w:r>
      <w:r>
        <w:t xml:space="preserve">    (a) relating to an economic system that abolishes private ownership of property with the goal of a classless society</w:t>
      </w:r>
      <w:r>
        <w:br/>
      </w:r>
      <w:r>
        <w:t xml:space="preserve">    (b) something that cannot be adequately described with words--perhaps something too wonderful or intense to describe</w:t>
      </w:r>
      <w:r>
        <w:br/>
      </w:r>
      <w:r>
        <w:t xml:space="preserve">    (c) working against psychosis (any severe mental disorder in which contact with reality is lost or highly distorted)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2026-07-31T18:47:50Z</dcterms:created>
  <dcterms:modified xsi:type="dcterms:W3CDTF">2026-07-31T18:47:50Z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