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d25620a8c66ec9000e7856a16b5a5c6d8a6c56"/>
    <w:p>
      <w:pPr>
        <w:pStyle w:val="Heading1"/>
      </w:pPr>
      <w:r>
        <w:rPr>
          <w:b/>
          <w:bCs/>
        </w:rPr>
        <w:t xml:space="preserve">An Inspector Calls</w:t>
      </w:r>
      <w:r>
        <w:br/>
      </w:r>
      <w:r>
        <w:rPr>
          <w:i/>
          <w:iCs/>
        </w:rPr>
        <w:t xml:space="preserve">J. B. Priestley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Gerald, I'm going to tell you frankly, without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pretenses</w:t>
      </w:r>
      <w:r>
        <w:rPr>
          <w:b/>
          <w:bCs/>
        </w:rPr>
        <w:t xml:space="preserve">, that your engagement to Sheila means a tremendous lot to me.</w:t>
      </w:r>
      <w:r>
        <w:br/>
      </w:r>
      <w:r>
        <w:t xml:space="preserve">    (a) appearances or actions to help one pretend</w:t>
      </w:r>
      <w:r>
        <w:br/>
      </w:r>
      <w:r>
        <w:t xml:space="preserve">    (b) acts of crediting (a source for something)</w:t>
      </w:r>
      <w:r>
        <w:br/>
      </w:r>
      <w:r>
        <w:t xml:space="preserve">    (c) relating to properties of sound or hearing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 good deal of silly talk about these days—but—and I speak as a hard-headed business man, who has to take risks and know what he's about—I say, you can ignore all this silly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pessimistic</w:t>
      </w:r>
      <w:r>
        <w:rPr>
          <w:b/>
          <w:bCs/>
        </w:rPr>
        <w:t xml:space="preserve"> </w:t>
      </w:r>
      <w:r>
        <w:rPr>
          <w:b/>
          <w:bCs/>
        </w:rPr>
        <w:t xml:space="preserve">talk.</w:t>
      </w:r>
      <w:r>
        <w:br/>
      </w:r>
      <w:r>
        <w:t xml:space="preserve">    (a) expecting that things will turn out badly; or focusing on the bad part of things</w:t>
      </w:r>
      <w:r>
        <w:br/>
      </w:r>
      <w:r>
        <w:t xml:space="preserve">    (b) of a guitar or other musical instrument:  not using electricity to amplify sound</w:t>
      </w:r>
      <w:r>
        <w:br/>
      </w:r>
      <w:r>
        <w:t xml:space="preserve">    (c) relating to the smallest amount of a chemical substance that can exist by itself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because the Kaiser makes a speech or two, or a few German ofBeers have too much to drink and begin talking nonsense, you'll hear some people say that war's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certain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an idea that your mother—Lady Croft—while she doesn't object to my girl—feels you might have done better for yourself socially — (GERALD, rather embarrassed, begins to murmur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</w:t>
      </w:r>
      <w:r>
        <w:rPr>
          <w:b/>
          <w:bCs/>
        </w:rPr>
        <w:t xml:space="preserve">, but BIRLING checks him.)</w:t>
      </w:r>
      <w:r>
        <w:br/>
      </w:r>
      <w:r>
        <w:t xml:space="preserve">    (a) tell someone about something</w:t>
      </w:r>
      <w:r>
        <w:br/>
      </w:r>
      <w:r>
        <w:t xml:space="preserve">    (b) something repeated regularly</w:t>
      </w:r>
      <w:r>
        <w:br/>
      </w:r>
      <w:r>
        <w:t xml:space="preserve">    (c) to disagree; or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Laughs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complacently</w:t>
      </w:r>
      <w:r>
        <w:rPr>
          <w:b/>
          <w:bCs/>
        </w:rPr>
        <w:t xml:space="preserve">.</w:t>
      </w:r>
      <w:r>
        <w:br/>
      </w:r>
      <w:r>
        <w:t xml:space="preserve">    (a) with satisfaction or contentment (unworried and satisfied)</w:t>
      </w:r>
      <w:r>
        <w:br/>
      </w:r>
      <w:r>
        <w:t xml:space="preserve">    (b) in a manner that causes great mental or physical suffering</w:t>
      </w:r>
      <w:r>
        <w:br/>
      </w:r>
      <w:r>
        <w:t xml:space="preserve">    (c) in a manner that relates to properties of sound or hearing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speaks carefully, weightily, and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disconcerting</w:t>
      </w:r>
      <w:r>
        <w:rPr>
          <w:b/>
          <w:bCs/>
        </w:rPr>
        <w:t xml:space="preserve"> </w:t>
      </w:r>
      <w:r>
        <w:rPr>
          <w:b/>
          <w:bCs/>
        </w:rPr>
        <w:t xml:space="preserve">habit of looking hard at the person be addresses before actually speaking.</w:t>
      </w:r>
      <w:r>
        <w:br/>
      </w:r>
      <w:r>
        <w:t xml:space="preserve">    (a) beginning to fight again</w:t>
      </w:r>
      <w:r>
        <w:br/>
      </w:r>
      <w:r>
        <w:t xml:space="preserve">    (b) influencing or effecting</w:t>
      </w:r>
      <w:r>
        <w:br/>
      </w:r>
      <w:r>
        <w:t xml:space="preserve">    (c) disturbing or unsettling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perfectly straightforward case, and as it happened more than eighteen months ago—nearly two years ago—obviously it has nothing whatever to do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girl's suicide.</w:t>
      </w:r>
      <w:r>
        <w:br/>
      </w:r>
      <w:r>
        <w:t xml:space="preserve">    (a) exactness or accuracy</w:t>
      </w:r>
      <w:r>
        <w:br/>
      </w:r>
      <w:r>
        <w:t xml:space="preserve">    (b) miserable or very bad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Sulkily</w:t>
      </w:r>
      <w:r>
        <w:rPr>
          <w:b/>
          <w:bCs/>
        </w:rPr>
        <w:t xml:space="preserve">.</w:t>
      </w:r>
      <w:r>
        <w:br/>
      </w:r>
      <w:r>
        <w:t xml:space="preserve">    (a) in a manner that is not attractive or desirable</w:t>
      </w:r>
      <w:r>
        <w:br/>
      </w:r>
      <w:r>
        <w:t xml:space="preserve">    (b) in a manner that is not intense, or less active</w:t>
      </w:r>
      <w:r>
        <w:br/>
      </w:r>
      <w:r>
        <w:t xml:space="preserve">    (c) in an excessively unhappy and unsociable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afternoon a young woman drank some disinfectant, and died, after several hours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, tonight in the Infirmary.</w:t>
      </w:r>
      <w:r>
        <w:br/>
      </w:r>
      <w:r>
        <w:t xml:space="preserve">    (a) intense suffering</w:t>
      </w:r>
      <w:r>
        <w:br/>
      </w:r>
      <w:r>
        <w:t xml:space="preserve">    (b) size or dimension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afternoon a young woman drank some disinfectant, and died, after several hours of agony, tonight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Infirmary</w:t>
      </w:r>
      <w:r>
        <w:rPr>
          <w:b/>
          <w:bCs/>
        </w:rPr>
        <w:t xml:space="preserve">.</w:t>
      </w:r>
      <w:r>
        <w:br/>
      </w:r>
      <w:r>
        <w:t xml:space="preserve">    (a) a small facility where patients receive treatment</w:t>
      </w:r>
      <w:r>
        <w:br/>
      </w:r>
      <w:r>
        <w:t xml:space="preserve">    (b) people who do not believe in the existence of god</w:t>
      </w:r>
      <w:r>
        <w:br/>
      </w:r>
      <w:r>
        <w:t xml:space="preserve">    (c) a state in which there is little ability to think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 four exchange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 </w:t>
      </w:r>
      <w:r>
        <w:rPr>
          <w:b/>
          <w:bCs/>
        </w:rPr>
        <w:t xml:space="preserve">and perturbed glances</w:t>
      </w:r>
      <w:r>
        <w:br/>
      </w:r>
      <w:r>
        <w:t xml:space="preserve">    (a) collided</w:t>
      </w:r>
      <w:r>
        <w:br/>
      </w:r>
      <w:r>
        <w:t xml:space="preserve">    (b) restored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hysterical</w:t>
      </w:r>
      <w:r>
        <w:rPr>
          <w:b/>
          <w:bCs/>
        </w:rPr>
        <w:t xml:space="preserve"> </w:t>
      </w:r>
      <w:r>
        <w:rPr>
          <w:b/>
          <w:bCs/>
        </w:rPr>
        <w:t xml:space="preserve">laugh, to GERALD.</w:t>
      </w:r>
      <w:r>
        <w:br/>
      </w:r>
      <w:r>
        <w:t xml:space="preserve">    (a) when what happens is very different than what might be expected; or when things seem incongruous together</w:t>
      </w:r>
      <w:r>
        <w:br/>
      </w:r>
      <w:r>
        <w:t xml:space="preserve">    (b) exceedingly funny (resulting in uncontrollable laughter); or exhibiting excessive, uncontrollable emotion</w:t>
      </w:r>
      <w:r>
        <w:br/>
      </w:r>
      <w:r>
        <w:t xml:space="preserve">    (c) marked by a colonnade (series of regularly spaced columns) surrounding a building or enclosing a courtyard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now you've made up your mind I must obviously be a selfish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vindictive</w:t>
      </w:r>
      <w:r>
        <w:rPr>
          <w:b/>
          <w:bCs/>
        </w:rPr>
        <w:t xml:space="preserve"> </w:t>
      </w:r>
      <w:r>
        <w:rPr>
          <w:b/>
          <w:bCs/>
        </w:rPr>
        <w:t xml:space="preserve">creature.</w:t>
      </w:r>
      <w:r>
        <w:br/>
      </w:r>
      <w:r>
        <w:t xml:space="preserve">    (a) not capable of surviving; or not capable of being done</w:t>
      </w:r>
      <w:r>
        <w:br/>
      </w:r>
      <w:r>
        <w:t xml:space="preserve">    (b) not capable of being suffered through (or put up with)</w:t>
      </w:r>
      <w:r>
        <w:br/>
      </w:r>
      <w:r>
        <w:t xml:space="preserve">    (c) desirous of seeking revenge or wanting to hurt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realize that you may have to conduct some sort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, but I must say that so far you seem to be conducting it in a rather peculiar and offensive manner.</w:t>
      </w:r>
      <w:r>
        <w:br/>
      </w:r>
      <w:r>
        <w:t xml:space="preserve">    (a) questioning or investigating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know, of course, that my husband was Lord Mayor only two years ago and that he's still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</w:t>
      </w:r>
      <w:r>
        <w:rPr>
          <w:b/>
          <w:bCs/>
        </w:rPr>
        <w:t xml:space="preserve">?</w:t>
      </w:r>
      <w:r>
        <w:br/>
      </w:r>
      <w:r>
        <w:t xml:space="preserve">    (a) judicial official</w:t>
      </w:r>
      <w:r>
        <w:br/>
      </w:r>
      <w:r>
        <w:t xml:space="preserve">    (b) someone who shows</w:t>
      </w:r>
      <w:r>
        <w:br/>
      </w:r>
      <w:r>
        <w:t xml:space="preserve">    (c) people who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think it was simply a piece of gross impertinence—quite deliberate—and naturally that was one of the things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prejudiced</w:t>
      </w:r>
      <w:r>
        <w:rPr>
          <w:b/>
          <w:bCs/>
        </w:rPr>
        <w:t xml:space="preserve"> </w:t>
      </w:r>
      <w:r>
        <w:rPr>
          <w:b/>
          <w:bCs/>
        </w:rPr>
        <w:t xml:space="preserve">me against her case.</w:t>
      </w:r>
      <w:r>
        <w:br/>
      </w:r>
      <w:r>
        <w:t xml:space="preserve">    (a) bias that prevents objective consideration -- especially an unreasonable belief that is unfair to members of a race, religion, or other group</w:t>
      </w:r>
      <w:r>
        <w:br/>
      </w:r>
      <w:r>
        <w:t xml:space="preserve">    (b) injured the ligaments of a joint by stretching them too far (ligaments are the tough, fibrous bands that connect bones across joints)</w:t>
      </w:r>
      <w:r>
        <w:br/>
      </w:r>
      <w:r>
        <w:t xml:space="preserve">    (c) corrupted or seduced from virtue, duty, or allegiance  OR  excessively drank, engaged in casual sex, and/or drug abuse while partying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Crossing D. R.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now.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not calm; or stirred up (often emotionally)</w:t>
      </w:r>
      <w:r>
        <w:br/>
      </w:r>
      <w:r>
        <w:t xml:space="preserve">    (c) thought carefully and made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Ile meets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inquiring</w:t>
      </w:r>
      <w:r>
        <w:rPr>
          <w:b/>
          <w:bCs/>
        </w:rPr>
        <w:t xml:space="preserve"> </w:t>
      </w:r>
      <w:r>
        <w:rPr>
          <w:b/>
          <w:bCs/>
        </w:rPr>
        <w:t xml:space="preserve">stares.</w:t>
      </w:r>
      <w:r>
        <w:br/>
      </w:r>
      <w:r>
        <w:t xml:space="preserve">    (a) gradually adding or removing</w:t>
      </w:r>
      <w:r>
        <w:br/>
      </w:r>
      <w:r>
        <w:t xml:space="preserve">    (b) asking about or looking into</w:t>
      </w:r>
      <w:r>
        <w:br/>
      </w:r>
      <w:r>
        <w:t xml:space="preserve">    (c) thinking about or discussing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(</w:t>
      </w:r>
      <w:r>
        <w:rPr>
          <w:b/>
          <w:bCs/>
          <w:u w:val="single"/>
        </w:rPr>
        <w:t xml:space="preserve">Dubiously</w:t>
      </w:r>
      <w:r>
        <w:rPr>
          <w:b/>
          <w:bCs/>
        </w:rPr>
        <w:t xml:space="preserve">, crossing R. C.) Yes—well</w:t>
      </w:r>
      <w:r>
        <w:br/>
      </w:r>
      <w:r>
        <w:t xml:space="preserve">    (a) doubtfully or suspiciously</w:t>
      </w:r>
      <w:r>
        <w:br/>
      </w:r>
      <w:r>
        <w:t xml:space="preserve">    (b) not in a self-aware manner</w:t>
      </w:r>
      <w:r>
        <w:br/>
      </w:r>
      <w:r>
        <w:t xml:space="preserve">    (c) not capable of being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ERIC passes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alcove</w:t>
      </w:r>
      <w:r>
        <w:rPr>
          <w:b/>
          <w:bCs/>
        </w:rPr>
        <w:t xml:space="preserve"> </w:t>
      </w:r>
      <w:r>
        <w:rPr>
          <w:b/>
          <w:bCs/>
        </w:rPr>
        <w:t xml:space="preserve">entrance.</w:t>
      </w:r>
      <w:r>
        <w:br/>
      </w:r>
      <w:r>
        <w:t xml:space="preserve">    (a) a recessed or secluded space -- such as in a room or garden</w:t>
      </w:r>
      <w:r>
        <w:br/>
      </w:r>
      <w:r>
        <w:t xml:space="preserve">    (b) a room leading to a larger or more important room</w:t>
      </w:r>
      <w:r>
        <w:br/>
      </w:r>
      <w:r>
        <w:t xml:space="preserve">    (c) extensive plain without trees (associated with eastern Russia and Siberia)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2026-07-31T20:18:15Z</dcterms:created>
  <dcterms:modified xsi:type="dcterms:W3CDTF">2026-07-31T20:18:15Z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