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3c1a3b5928f825588b0339c086f24721e8f951"/>
    <w:p>
      <w:pPr>
        <w:pStyle w:val="Heading1"/>
      </w:pPr>
      <w:r>
        <w:rPr>
          <w:b/>
          <w:bCs/>
        </w:rPr>
        <w:t xml:space="preserve">An Ideal Husband</w:t>
      </w:r>
      <w:r>
        <w:br/>
      </w:r>
      <w:r>
        <w:rPr>
          <w:i/>
          <w:iCs/>
        </w:rPr>
        <w:t xml:space="preserve">Oscar Wilde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British accent turned out to be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affectation</w:t>
      </w:r>
      <w:r>
        <w:rPr>
          <w:b/>
          <w:bCs/>
        </w:rPr>
        <w:t xml:space="preserve"> </w:t>
      </w:r>
      <w:r>
        <w:rPr>
          <w:b/>
          <w:bCs/>
        </w:rPr>
        <w:t xml:space="preserve">he picked up in college.</w:t>
      </w:r>
      <w:r>
        <w:br/>
      </w:r>
      <w:r>
        <w:t xml:space="preserve">    (a) honest trait</w:t>
      </w:r>
      <w:r>
        <w:br/>
      </w:r>
      <w:r>
        <w:t xml:space="preserve">    (b) fake mannerism</w:t>
      </w:r>
      <w:r>
        <w:br/>
      </w:r>
      <w:r>
        <w:t xml:space="preserve">    (c) old hobby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didn't mention any names, but everyone knew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alluding</w:t>
      </w:r>
      <w:r>
        <w:rPr>
          <w:b/>
          <w:bCs/>
        </w:rPr>
        <w:t xml:space="preserve"> </w:t>
      </w:r>
      <w:r>
        <w:rPr>
          <w:b/>
          <w:bCs/>
        </w:rPr>
        <w:t xml:space="preserve">to the President.</w:t>
      </w:r>
      <w:r>
        <w:br/>
      </w:r>
      <w:r>
        <w:t xml:space="preserve">    (a) indirectly referring</w:t>
      </w:r>
      <w:r>
        <w:br/>
      </w:r>
      <w:r>
        <w:t xml:space="preserve">    (b) being discouraging</w:t>
      </w:r>
      <w:r>
        <w:br/>
      </w:r>
      <w:r>
        <w:t xml:space="preserve">    (c) not talking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conceit</w:t>
      </w:r>
      <w:r>
        <w:rPr>
          <w:b/>
          <w:bCs/>
        </w:rPr>
        <w:t xml:space="preserve"> </w:t>
      </w:r>
      <w:r>
        <w:rPr>
          <w:b/>
          <w:bCs/>
        </w:rPr>
        <w:t xml:space="preserve">showed in the way she interrupted others and assumed she was always the smartest person in the room.</w:t>
      </w:r>
      <w:r>
        <w:br/>
      </w:r>
      <w:r>
        <w:t xml:space="preserve">    (a) encouragement</w:t>
      </w:r>
      <w:r>
        <w:br/>
      </w:r>
      <w:r>
        <w:t xml:space="preserve">    (b) arrogance</w:t>
      </w:r>
      <w:r>
        <w:br/>
      </w:r>
      <w:r>
        <w:t xml:space="preserve">    (c) ignorance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job prospects are hindered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conviction.</w:t>
      </w:r>
      <w:r>
        <w:br/>
      </w:r>
      <w:r>
        <w:t xml:space="preserve">    (a) unimportant part</w:t>
      </w:r>
      <w:r>
        <w:br/>
      </w:r>
      <w:r>
        <w:t xml:space="preserve">    (b) important part</w:t>
      </w:r>
      <w:r>
        <w:br/>
      </w:r>
      <w:r>
        <w:t xml:space="preserve">    (c) result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consequential</w:t>
      </w:r>
      <w:r>
        <w:rPr>
          <w:b/>
          <w:bCs/>
        </w:rPr>
        <w:t xml:space="preserve"> </w:t>
      </w:r>
      <w:r>
        <w:rPr>
          <w:b/>
          <w:bCs/>
        </w:rPr>
        <w:t xml:space="preserve">tax legislation in decades.</w:t>
      </w:r>
      <w:r>
        <w:br/>
      </w:r>
      <w:r>
        <w:t xml:space="preserve">    (a) unethical</w:t>
      </w:r>
      <w:r>
        <w:br/>
      </w:r>
      <w:r>
        <w:t xml:space="preserve">    (b) harmful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 was shut down after investigators uncovered a massive tax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fraud</w:t>
      </w:r>
      <w:r>
        <w:rPr>
          <w:b/>
          <w:bCs/>
        </w:rPr>
        <w:t xml:space="preserve"> </w:t>
      </w:r>
      <w:r>
        <w:rPr>
          <w:b/>
          <w:bCs/>
        </w:rPr>
        <w:t xml:space="preserve">scheme.</w:t>
      </w:r>
      <w:r>
        <w:br/>
      </w:r>
      <w:r>
        <w:t xml:space="preserve">    (a) unsuccessful</w:t>
      </w:r>
      <w:r>
        <w:br/>
      </w:r>
      <w:r>
        <w:t xml:space="preserve">    (b) deception to get something illegally</w:t>
      </w:r>
      <w:r>
        <w:br/>
      </w:r>
      <w:r>
        <w:t xml:space="preserve">    (c) foolish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, but she agreed to be searched when they accused her of shoplifting.</w:t>
      </w:r>
      <w:r>
        <w:br/>
      </w:r>
      <w:r>
        <w:t xml:space="preserve">    (a) annoyed at something unjust</w:t>
      </w:r>
      <w:r>
        <w:br/>
      </w:r>
      <w:r>
        <w:t xml:space="preserve">    (b) surprised at the unexpected</w:t>
      </w:r>
      <w:r>
        <w:br/>
      </w:r>
      <w:r>
        <w:t xml:space="preserve">    (c) defensive about being suspected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mentioned Nixon's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infamous</w:t>
      </w:r>
      <w:r>
        <w:rPr>
          <w:b/>
          <w:bCs/>
        </w:rPr>
        <w:t xml:space="preserve"> </w:t>
      </w:r>
      <w:r>
        <w:rPr>
          <w:b/>
          <w:bCs/>
        </w:rPr>
        <w:t xml:space="preserve">firing of the Attorney General.</w:t>
      </w:r>
      <w:r>
        <w:br/>
      </w:r>
      <w:r>
        <w:t xml:space="preserve">    (a) famous (for something bad)</w:t>
      </w:r>
      <w:r>
        <w:br/>
      </w:r>
      <w:r>
        <w:t xml:space="preserve">    (b) famous (for something clever)</w:t>
      </w:r>
      <w:r>
        <w:br/>
      </w:r>
      <w:r>
        <w:t xml:space="preserve">    (c) famous (for something daring)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loathe</w:t>
      </w:r>
      <w:r>
        <w:rPr>
          <w:b/>
          <w:bCs/>
        </w:rPr>
        <w:t xml:space="preserve"> </w:t>
      </w:r>
      <w:r>
        <w:rPr>
          <w:b/>
          <w:bCs/>
        </w:rPr>
        <w:t xml:space="preserve">that man. He ruined my life.</w:t>
      </w:r>
      <w:r>
        <w:br/>
      </w:r>
      <w:r>
        <w:t xml:space="preserve">    (a) hate</w:t>
      </w:r>
      <w:r>
        <w:br/>
      </w:r>
      <w:r>
        <w:t xml:space="preserve">    (b) avoid</w:t>
      </w:r>
      <w:r>
        <w:br/>
      </w:r>
      <w:r>
        <w:t xml:space="preserve">    (c)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story included all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morbid</w:t>
      </w:r>
      <w:r>
        <w:rPr>
          <w:b/>
          <w:bCs/>
        </w:rPr>
        <w:t xml:space="preserve"> </w:t>
      </w:r>
      <w:r>
        <w:rPr>
          <w:b/>
          <w:bCs/>
        </w:rPr>
        <w:t xml:space="preserve">details.</w:t>
      </w:r>
      <w:r>
        <w:br/>
      </w:r>
      <w:r>
        <w:t xml:space="preserve">    (a) cheerful</w:t>
      </w:r>
      <w:r>
        <w:br/>
      </w:r>
      <w:r>
        <w:t xml:space="preserve">    (b) disturbing</w:t>
      </w:r>
      <w:r>
        <w:br/>
      </w:r>
      <w:r>
        <w:t xml:space="preserve">    (c) vivid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We're going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opera</w:t>
      </w:r>
      <w:r>
        <w:rPr>
          <w:b/>
          <w:bCs/>
        </w:rPr>
        <w:t xml:space="preserve"> </w:t>
      </w:r>
      <w:r>
        <w:rPr>
          <w:b/>
          <w:bCs/>
        </w:rPr>
        <w:t xml:space="preserve">this evening.</w:t>
      </w:r>
      <w:r>
        <w:br/>
      </w:r>
      <w:r>
        <w:t xml:space="preserve">    (a) musical theater performance</w:t>
      </w:r>
      <w:r>
        <w:br/>
      </w:r>
      <w:r>
        <w:t xml:space="preserve">    (b) outdoor sporting event</w:t>
      </w:r>
      <w:r>
        <w:br/>
      </w:r>
      <w:r>
        <w:t xml:space="preserve">    (c) casual dinner gathering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life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paradox</w:t>
      </w:r>
      <w:r>
        <w:rPr>
          <w:b/>
          <w:bCs/>
        </w:rPr>
        <w:t xml:space="preserve">: she was both incredibly private and a bestselling memoirist.</w:t>
      </w:r>
      <w:r>
        <w:br/>
      </w:r>
      <w:r>
        <w:t xml:space="preserve">    (a) something that seems self-contradictory</w:t>
      </w:r>
      <w:r>
        <w:br/>
      </w:r>
      <w:r>
        <w:t xml:space="preserve">    (b) something that is too short</w:t>
      </w:r>
      <w:r>
        <w:br/>
      </w:r>
      <w:r>
        <w:t xml:space="preserve">    (c) something that went as 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outlook on the future was quite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pessimistic</w:t>
      </w:r>
      <w:r>
        <w:rPr>
          <w:b/>
          <w:bCs/>
        </w:rPr>
        <w:t xml:space="preserve">, as she worried about the economy and the environment.</w:t>
      </w:r>
      <w:r>
        <w:br/>
      </w:r>
      <w:r>
        <w:t xml:space="preserve">    (a) expecting that things will turn out badly</w:t>
      </w:r>
      <w:r>
        <w:br/>
      </w:r>
      <w:r>
        <w:t xml:space="preserve">    (b) expecting that things will turn out well</w:t>
      </w:r>
      <w:r>
        <w:br/>
      </w:r>
      <w:r>
        <w:t xml:space="preserve">    (c) having no expectation of how things will turn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billionaire's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philanthropy</w:t>
      </w:r>
      <w:r>
        <w:rPr>
          <w:b/>
          <w:bCs/>
        </w:rPr>
        <w:t xml:space="preserve"> </w:t>
      </w:r>
      <w:r>
        <w:rPr>
          <w:b/>
          <w:bCs/>
        </w:rPr>
        <w:t xml:space="preserve">supported hospitals around the world.</w:t>
      </w:r>
      <w:r>
        <w:br/>
      </w:r>
      <w:r>
        <w:t xml:space="preserve">    (a) charitable giving</w:t>
      </w:r>
      <w:r>
        <w:br/>
      </w:r>
      <w:r>
        <w:t xml:space="preserve">    (b) selfish hoarding</w:t>
      </w:r>
      <w:r>
        <w:br/>
      </w:r>
      <w:r>
        <w:t xml:space="preserve">    (c) loud boasting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Lenders trust her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scrupulous</w:t>
      </w:r>
      <w:r>
        <w:rPr>
          <w:b/>
          <w:bCs/>
        </w:rPr>
        <w:t xml:space="preserve"> </w:t>
      </w:r>
      <w:r>
        <w:rPr>
          <w:b/>
          <w:bCs/>
        </w:rPr>
        <w:t xml:space="preserve">property inspector.</w:t>
      </w:r>
      <w:r>
        <w:br/>
      </w:r>
      <w:r>
        <w:t xml:space="preserve">    (a) loud and rude</w:t>
      </w:r>
      <w:r>
        <w:br/>
      </w:r>
      <w:r>
        <w:t xml:space="preserve">    (b) honest and careful</w:t>
      </w:r>
      <w:r>
        <w:br/>
      </w:r>
      <w:r>
        <w:t xml:space="preserve">    (c) fast and cheap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susceptible</w:t>
      </w:r>
      <w:r>
        <w:rPr>
          <w:b/>
          <w:bCs/>
        </w:rPr>
        <w:t xml:space="preserve"> </w:t>
      </w:r>
      <w:r>
        <w:rPr>
          <w:b/>
          <w:bCs/>
        </w:rPr>
        <w:t xml:space="preserve">to emotional arguments that are not supported statistically.</w:t>
      </w:r>
      <w:r>
        <w:br/>
      </w:r>
      <w:r>
        <w:t xml:space="preserve">    (a) good at performing</w:t>
      </w:r>
      <w:r>
        <w:br/>
      </w:r>
      <w:r>
        <w:t xml:space="preserve">    (b) likely to get sick</w:t>
      </w:r>
      <w:r>
        <w:br/>
      </w:r>
      <w:r>
        <w:t xml:space="preserve">    (c) easily influenced by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Scammers often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swindle</w:t>
      </w:r>
      <w:r>
        <w:rPr>
          <w:b/>
          <w:bCs/>
        </w:rPr>
        <w:t xml:space="preserve"> </w:t>
      </w:r>
      <w:r>
        <w:rPr>
          <w:b/>
          <w:bCs/>
        </w:rPr>
        <w:t xml:space="preserve">people through fake phone calls.</w:t>
      </w:r>
      <w:r>
        <w:br/>
      </w:r>
      <w:r>
        <w:t xml:space="preserve">    (a) pay back fully</w:t>
      </w:r>
      <w:r>
        <w:br/>
      </w:r>
      <w:r>
        <w:t xml:space="preserve">    (b) warn or protect</w:t>
      </w:r>
      <w:r>
        <w:br/>
      </w:r>
      <w:r>
        <w:t xml:space="preserve">    (c) cheat or defraud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find it relaxing to wash the holiday dishes, but she finds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tedious</w:t>
      </w:r>
      <w:r>
        <w:rPr>
          <w:b/>
          <w:bCs/>
        </w:rPr>
        <w:t xml:space="preserve">.</w:t>
      </w:r>
      <w:r>
        <w:br/>
      </w:r>
      <w:r>
        <w:t xml:space="preserve">    (a) stressful</w:t>
      </w:r>
      <w:r>
        <w:br/>
      </w:r>
      <w:r>
        <w:t xml:space="preserve">    (b) boring</w:t>
      </w:r>
      <w:r>
        <w:br/>
      </w:r>
      <w:r>
        <w:t xml:space="preserve">    (c) punishing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heard only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trivial</w:t>
      </w:r>
      <w:r>
        <w:rPr>
          <w:b/>
          <w:bCs/>
        </w:rPr>
        <w:t xml:space="preserve"> </w:t>
      </w:r>
      <w:r>
        <w:rPr>
          <w:b/>
          <w:bCs/>
        </w:rPr>
        <w:t xml:space="preserve">objections.</w:t>
      </w:r>
      <w:r>
        <w:br/>
      </w:r>
      <w:r>
        <w:t xml:space="preserve">    (a) convincing</w:t>
      </w:r>
      <w:r>
        <w:br/>
      </w:r>
      <w:r>
        <w:t xml:space="preserve">    (b) unimportant</w:t>
      </w:r>
      <w:r>
        <w:br/>
      </w:r>
      <w:r>
        <w:t xml:space="preserve">    (c) exaggerated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produced</w:t>
      </w:r>
      <w:r>
        <w:br/>
      </w:r>
      <w:r>
        <w:t xml:space="preserve">    (b) gave in</w:t>
      </w:r>
      <w:r>
        <w:br/>
      </w:r>
      <w:r>
        <w:t xml:space="preserve">    (c) added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2026-07-31T14:41:51Z</dcterms:created>
  <dcterms:modified xsi:type="dcterms:W3CDTF">2026-07-31T14:41:51Z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