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41e462ef026a994d9f2177a42f18d2262ec3b14"/>
    <w:p>
      <w:pPr>
        <w:pStyle w:val="Heading1"/>
      </w:pPr>
      <w:r>
        <w:rPr>
          <w:b/>
          <w:bCs/>
        </w:rPr>
        <w:t xml:space="preserve">An Ideal Husband</w:t>
      </w:r>
      <w:r>
        <w:br/>
      </w:r>
      <w:r>
        <w:rPr>
          <w:i/>
          <w:iCs/>
        </w:rPr>
        <w:t xml:space="preserve">Oscar Wilde</w:t>
      </w:r>
      <w:r>
        <w:br/>
      </w:r>
      <w:r>
        <w:rPr>
          <w:b/>
          <w:bCs/>
        </w:rPr>
        <w:t xml:space="preserve">Extra Credit 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dark frame helped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accentuate</w:t>
      </w:r>
      <w:r>
        <w:rPr>
          <w:b/>
          <w:bCs/>
        </w:rPr>
        <w:t xml:space="preserve"> </w:t>
      </w:r>
      <w:r>
        <w:rPr>
          <w:b/>
          <w:bCs/>
        </w:rPr>
        <w:t xml:space="preserve">the bright colors in the painting.</w:t>
      </w:r>
      <w:r>
        <w:br/>
      </w:r>
      <w:r>
        <w:t xml:space="preserve">    (a) weaken</w:t>
      </w:r>
      <w:r>
        <w:br/>
      </w:r>
      <w:r>
        <w:t xml:space="preserve">    (b) emphasize</w:t>
      </w:r>
      <w:r>
        <w:br/>
      </w:r>
      <w:r>
        <w:t xml:space="preserve">    (c) hide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Although we disagree, I think we can reach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amicable</w:t>
      </w:r>
      <w:r>
        <w:rPr>
          <w:b/>
          <w:bCs/>
        </w:rPr>
        <w:t xml:space="preserve"> </w:t>
      </w:r>
      <w:r>
        <w:rPr>
          <w:b/>
          <w:bCs/>
        </w:rPr>
        <w:t xml:space="preserve">compromise.</w:t>
      </w:r>
      <w:r>
        <w:br/>
      </w:r>
      <w:r>
        <w:t xml:space="preserve">    (a) temporary</w:t>
      </w:r>
      <w:r>
        <w:br/>
      </w:r>
      <w:r>
        <w:t xml:space="preserve">    (b) quick</w:t>
      </w:r>
      <w:r>
        <w:br/>
      </w:r>
      <w:r>
        <w:t xml:space="preserve">    (c) friendly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always enjoy her remarks, though they can be a bit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caustic</w:t>
      </w:r>
      <w:r>
        <w:rPr>
          <w:b/>
          <w:bCs/>
        </w:rPr>
        <w:t xml:space="preserve">.</w:t>
      </w:r>
      <w:r>
        <w:br/>
      </w:r>
      <w:r>
        <w:t xml:space="preserve">    (a) hard to understand</w:t>
      </w:r>
      <w:r>
        <w:br/>
      </w:r>
      <w:r>
        <w:t xml:space="preserve">    (b) sarcastic or harsh</w:t>
      </w:r>
      <w:r>
        <w:br/>
      </w:r>
      <w:r>
        <w:t xml:space="preserve">    (c) depressing or sad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lived by the simple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creed</w:t>
      </w:r>
      <w:r>
        <w:rPr>
          <w:b/>
          <w:bCs/>
        </w:rPr>
        <w:t xml:space="preserve"> </w:t>
      </w:r>
      <w:r>
        <w:rPr>
          <w:b/>
          <w:bCs/>
        </w:rPr>
        <w:t xml:space="preserve">that honesty is always the best policy.</w:t>
      </w:r>
      <w:r>
        <w:br/>
      </w:r>
      <w:r>
        <w:t xml:space="preserve">    (a) set of beliefs</w:t>
      </w:r>
      <w:r>
        <w:br/>
      </w:r>
      <w:r>
        <w:t xml:space="preserve">    (b) quotation</w:t>
      </w:r>
      <w:r>
        <w:br/>
      </w:r>
      <w:r>
        <w:t xml:space="preserve">    (c) misunderstanding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journalists have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defamed</w:t>
      </w:r>
      <w:r>
        <w:rPr>
          <w:b/>
          <w:bCs/>
        </w:rPr>
        <w:t xml:space="preserve"> </w:t>
      </w:r>
      <w:r>
        <w:rPr>
          <w:b/>
          <w:bCs/>
        </w:rPr>
        <w:t xml:space="preserve">me!</w:t>
      </w:r>
      <w:r>
        <w:br/>
      </w:r>
      <w:r>
        <w:t xml:space="preserve">    (a) hurt someone's reputation through false statements</w:t>
      </w:r>
      <w:r>
        <w:br/>
      </w:r>
      <w:r>
        <w:t xml:space="preserve">    (b) understood or explained something in a particular way</w:t>
      </w:r>
      <w:r>
        <w:br/>
      </w:r>
      <w:r>
        <w:t xml:space="preserve">    (c) not having accepted beliefs without critical question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the U.S., the protected right of free speech makes it legal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desecrate</w:t>
      </w:r>
      <w:r>
        <w:rPr>
          <w:b/>
          <w:bCs/>
        </w:rPr>
        <w:t xml:space="preserve"> </w:t>
      </w:r>
      <w:r>
        <w:rPr>
          <w:b/>
          <w:bCs/>
        </w:rPr>
        <w:t xml:space="preserve">the flag and other sacred symbols.</w:t>
      </w:r>
      <w:r>
        <w:br/>
      </w:r>
      <w:r>
        <w:t xml:space="preserve">    (a) oppose</w:t>
      </w:r>
      <w:r>
        <w:br/>
      </w:r>
      <w:r>
        <w:t xml:space="preserve">    (b) disrespect</w:t>
      </w:r>
      <w:r>
        <w:br/>
      </w:r>
      <w:r>
        <w:t xml:space="preserve">    (c) burn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Jefferson described the legislation 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detestable</w:t>
      </w:r>
      <w:r>
        <w:rPr>
          <w:b/>
          <w:bCs/>
        </w:rPr>
        <w:t xml:space="preserve">.</w:t>
      </w:r>
      <w:r>
        <w:br/>
      </w:r>
      <w:r>
        <w:t xml:space="preserve">    (a) important</w:t>
      </w:r>
      <w:r>
        <w:br/>
      </w:r>
      <w:r>
        <w:t xml:space="preserve">    (b) terrible</w:t>
      </w:r>
      <w:r>
        <w:br/>
      </w:r>
      <w:r>
        <w:t xml:space="preserve">    (c) outstanding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count on 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discretion</w:t>
      </w:r>
      <w:r>
        <w:rPr>
          <w:b/>
          <w:bCs/>
        </w:rPr>
        <w:t xml:space="preserve"> </w:t>
      </w:r>
      <w:r>
        <w:rPr>
          <w:b/>
          <w:bCs/>
        </w:rPr>
        <w:t xml:space="preserve">to recommend sound investments.</w:t>
      </w:r>
      <w:r>
        <w:br/>
      </w:r>
      <w:r>
        <w:t xml:space="preserve">    (a) information sources</w:t>
      </w:r>
      <w:r>
        <w:br/>
      </w:r>
      <w:r>
        <w:t xml:space="preserve">    (b) good judgment</w:t>
      </w:r>
      <w:r>
        <w:br/>
      </w:r>
      <w:r>
        <w:t xml:space="preserve">    (c) communication skills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Federal Reserve Chairman will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expound</w:t>
      </w:r>
      <w:r>
        <w:rPr>
          <w:b/>
          <w:bCs/>
        </w:rPr>
        <w:t xml:space="preserve"> </w:t>
      </w:r>
      <w:r>
        <w:rPr>
          <w:b/>
          <w:bCs/>
        </w:rPr>
        <w:t xml:space="preserve">on the inflation outlook.</w:t>
      </w:r>
      <w:r>
        <w:br/>
      </w:r>
      <w:r>
        <w:t xml:space="preserve">    (a) discuss in detail</w:t>
      </w:r>
      <w:r>
        <w:br/>
      </w:r>
      <w:r>
        <w:t xml:space="preserve">    (b) make more excuses</w:t>
      </w:r>
      <w:r>
        <w:br/>
      </w:r>
      <w:r>
        <w:t xml:space="preserve">    (c) ask questions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knew neither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filial</w:t>
      </w:r>
      <w:r>
        <w:rPr>
          <w:b/>
          <w:bCs/>
        </w:rPr>
        <w:t xml:space="preserve"> </w:t>
      </w:r>
      <w:r>
        <w:rPr>
          <w:b/>
          <w:bCs/>
        </w:rPr>
        <w:t xml:space="preserve">nor romantic love.</w:t>
      </w:r>
      <w:r>
        <w:br/>
      </w:r>
      <w:r>
        <w:t xml:space="preserve">    (a) friend/friend</w:t>
      </w:r>
      <w:r>
        <w:br/>
      </w:r>
      <w:r>
        <w:t xml:space="preserve">    (b) owner/pet</w:t>
      </w:r>
      <w:r>
        <w:br/>
      </w:r>
      <w:r>
        <w:t xml:space="preserve">    (c) parent/child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If you agree to the terms, you give them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irrevocable</w:t>
      </w:r>
      <w:r>
        <w:rPr>
          <w:b/>
          <w:bCs/>
        </w:rPr>
        <w:t xml:space="preserve"> </w:t>
      </w:r>
      <w:r>
        <w:rPr>
          <w:b/>
          <w:bCs/>
        </w:rPr>
        <w:t xml:space="preserve">permission to share your comments with others on their site.</w:t>
      </w:r>
      <w:r>
        <w:br/>
      </w:r>
      <w:r>
        <w:t xml:space="preserve">    (a) needing court approval</w:t>
      </w:r>
      <w:r>
        <w:br/>
      </w:r>
      <w:r>
        <w:t xml:space="preserve">    (b) easy to reverse later</w:t>
      </w:r>
      <w:r>
        <w:br/>
      </w:r>
      <w:r>
        <w:t xml:space="preserve">    (c) unable to be undone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teacher's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lax</w:t>
      </w:r>
      <w:r>
        <w:rPr>
          <w:b/>
          <w:bCs/>
        </w:rPr>
        <w:t xml:space="preserve"> </w:t>
      </w:r>
      <w:r>
        <w:rPr>
          <w:b/>
          <w:bCs/>
        </w:rPr>
        <w:t xml:space="preserve">discipline allowed students to talk during the test.</w:t>
      </w:r>
      <w:r>
        <w:br/>
      </w:r>
      <w:r>
        <w:t xml:space="preserve">    (a) extremely harsh</w:t>
      </w:r>
      <w:r>
        <w:br/>
      </w:r>
      <w:r>
        <w:t xml:space="preserve">    (b) not strict enough</w:t>
      </w:r>
      <w:r>
        <w:br/>
      </w:r>
      <w:r>
        <w:t xml:space="preserve">    (c) perfectly fair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She's not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liable</w:t>
      </w:r>
      <w:r>
        <w:rPr>
          <w:b/>
          <w:bCs/>
        </w:rPr>
        <w:t xml:space="preserve"> </w:t>
      </w:r>
      <w:r>
        <w:rPr>
          <w:b/>
          <w:bCs/>
        </w:rPr>
        <w:t xml:space="preserve">to forget something that important.</w:t>
      </w:r>
      <w:r>
        <w:br/>
      </w:r>
      <w:r>
        <w:t xml:space="preserve">    (a) likely</w:t>
      </w:r>
      <w:r>
        <w:br/>
      </w:r>
      <w:r>
        <w:t xml:space="preserve">    (b) the state or degree of being less than zero</w:t>
      </w:r>
      <w:r>
        <w:br/>
      </w:r>
      <w:r>
        <w:t xml:space="preserve">    (c) the state or degree of being bad or harmful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Their bond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matrimony</w:t>
      </w:r>
      <w:r>
        <w:rPr>
          <w:b/>
          <w:bCs/>
        </w:rPr>
        <w:t xml:space="preserve"> </w:t>
      </w:r>
      <w:r>
        <w:rPr>
          <w:b/>
          <w:bCs/>
        </w:rPr>
        <w:t xml:space="preserve">lasted for over fifty years.</w:t>
      </w:r>
      <w:r>
        <w:br/>
      </w:r>
      <w:r>
        <w:t xml:space="preserve">    (a) marriage</w:t>
      </w:r>
      <w:r>
        <w:br/>
      </w:r>
      <w:r>
        <w:t xml:space="preserve">    (b) divorce</w:t>
      </w:r>
      <w:r>
        <w:br/>
      </w:r>
      <w:r>
        <w:t xml:space="preserve">    (c) friendship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patient's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pallid</w:t>
      </w:r>
      <w:r>
        <w:rPr>
          <w:b/>
          <w:bCs/>
        </w:rPr>
        <w:t xml:space="preserve"> </w:t>
      </w:r>
      <w:r>
        <w:rPr>
          <w:b/>
          <w:bCs/>
        </w:rPr>
        <w:t xml:space="preserve">complexion alarmed the nurse on duty.</w:t>
      </w:r>
      <w:r>
        <w:br/>
      </w:r>
      <w:r>
        <w:t xml:space="preserve">    (a) unhealthily pale</w:t>
      </w:r>
      <w:r>
        <w:br/>
      </w:r>
      <w:r>
        <w:t xml:space="preserve">    (b) deeply flushed</w:t>
      </w:r>
      <w:r>
        <w:br/>
      </w:r>
      <w:r>
        <w:t xml:space="preserve">    (c) heavily wrinkled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was considered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paragon</w:t>
      </w:r>
      <w:r>
        <w:rPr>
          <w:b/>
          <w:bCs/>
        </w:rPr>
        <w:t xml:space="preserve"> </w:t>
      </w:r>
      <w:r>
        <w:rPr>
          <w:b/>
          <w:bCs/>
        </w:rPr>
        <w:t xml:space="preserve">of patience by all her coworkers.</w:t>
      </w:r>
      <w:r>
        <w:br/>
      </w:r>
      <w:r>
        <w:t xml:space="preserve">    (a) a perfect example</w:t>
      </w:r>
      <w:r>
        <w:br/>
      </w:r>
      <w:r>
        <w:t xml:space="preserve">    (b) a clear failure</w:t>
      </w:r>
      <w:r>
        <w:br/>
      </w:r>
      <w:r>
        <w:t xml:space="preserve">    (c) an average sample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probity</w:t>
      </w:r>
      <w:r>
        <w:rPr>
          <w:b/>
          <w:bCs/>
        </w:rPr>
        <w:t xml:space="preserve"> </w:t>
      </w:r>
      <w:r>
        <w:rPr>
          <w:b/>
          <w:bCs/>
        </w:rPr>
        <w:t xml:space="preserve">in business dealings earned the trust and respect of competitors and clients alike.</w:t>
      </w:r>
      <w:r>
        <w:br/>
      </w:r>
      <w:r>
        <w:t xml:space="preserve">    (a) honesty and moral integrity</w:t>
      </w:r>
      <w:r>
        <w:br/>
      </w:r>
      <w:r>
        <w:t xml:space="preserve">    (b) devices that convert light into electricity</w:t>
      </w:r>
      <w:r>
        <w:br/>
      </w:r>
      <w:r>
        <w:t xml:space="preserve">    (c) temperature scale used in most of the world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is the most intolerable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scoundrel</w:t>
      </w:r>
      <w:r>
        <w:rPr>
          <w:b/>
          <w:bCs/>
        </w:rPr>
        <w:t xml:space="preserve"> </w:t>
      </w:r>
      <w:r>
        <w:rPr>
          <w:b/>
          <w:bCs/>
        </w:rPr>
        <w:t xml:space="preserve">on the face of the earth.</w:t>
      </w:r>
      <w:r>
        <w:br/>
      </w:r>
      <w:r>
        <w:t xml:space="preserve">    (a) apparently reasonable, but unproven</w:t>
      </w:r>
      <w:r>
        <w:br/>
      </w:r>
      <w:r>
        <w:t xml:space="preserve">    (b) person without moral principles</w:t>
      </w:r>
      <w:r>
        <w:br/>
      </w:r>
      <w:r>
        <w:t xml:space="preserve">    (c) without pattern or planning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scruples</w:t>
      </w:r>
      <w:r>
        <w:rPr>
          <w:b/>
          <w:bCs/>
        </w:rPr>
        <w:t xml:space="preserve"> </w:t>
      </w:r>
      <w:r>
        <w:rPr>
          <w:b/>
          <w:bCs/>
        </w:rPr>
        <w:t xml:space="preserve">were not so strong as to withstand her friend's arguments.</w:t>
      </w:r>
      <w:r>
        <w:br/>
      </w:r>
      <w:r>
        <w:t xml:space="preserve">    (a) firmness of purpose</w:t>
      </w:r>
      <w:r>
        <w:br/>
      </w:r>
      <w:r>
        <w:t xml:space="preserve">    (b) principles that discourage certain kinds of action</w:t>
      </w:r>
      <w:r>
        <w:br/>
      </w:r>
      <w:r>
        <w:t xml:space="preserve">    (c) known facts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supercilious</w:t>
      </w:r>
      <w:r>
        <w:rPr>
          <w:b/>
          <w:bCs/>
        </w:rPr>
        <w:t xml:space="preserve"> </w:t>
      </w:r>
      <w:r>
        <w:rPr>
          <w:b/>
          <w:bCs/>
        </w:rPr>
        <w:t xml:space="preserve">tone made everyone in the room feel inferior.</w:t>
      </w:r>
      <w:r>
        <w:br/>
      </w:r>
      <w:r>
        <w:t xml:space="preserve">    (a) shy and uncertain</w:t>
      </w:r>
      <w:r>
        <w:br/>
      </w:r>
      <w:r>
        <w:t xml:space="preserve">    (b) haughty and disdainful</w:t>
      </w:r>
      <w:r>
        <w:br/>
      </w:r>
      <w:r>
        <w:t xml:space="preserve">    (c) warm and welcoming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2026-07-31T14:41:51Z</dcterms:created>
  <dcterms:modified xsi:type="dcterms:W3CDTF">2026-07-31T14:41:51Z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