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658ac7873d6423d68d764f77af0e050bf5688d"/>
    <w:p>
      <w:pPr>
        <w:pStyle w:val="Heading1"/>
      </w:pPr>
      <w:r>
        <w:rPr>
          <w:b/>
          <w:bCs/>
        </w:rPr>
        <w:t xml:space="preserve">An Ideal Husband</w:t>
      </w:r>
      <w:r>
        <w:br/>
      </w:r>
      <w:r>
        <w:rPr>
          <w:i/>
          <w:iCs/>
        </w:rPr>
        <w:t xml:space="preserve">Oscar Wilde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trivial</w:t>
      </w:r>
      <w:r>
        <w:rPr>
          <w:b/>
          <w:bCs/>
        </w:rPr>
        <w:t xml:space="preserve"> </w:t>
      </w:r>
      <w:r>
        <w:rPr>
          <w:b/>
          <w:bCs/>
        </w:rPr>
        <w:t xml:space="preserve">of him!</w:t>
      </w:r>
      <w:r>
        <w:br/>
      </w:r>
      <w:r>
        <w:t xml:space="preserve">    (a) intentional</w:t>
      </w:r>
      <w:r>
        <w:br/>
      </w:r>
      <w:r>
        <w:t xml:space="preserve">    (b) not sincere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Optimism begins in a broad grin,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Pessimism</w:t>
      </w:r>
      <w:r>
        <w:rPr>
          <w:b/>
          <w:bCs/>
        </w:rPr>
        <w:t xml:space="preserve"> </w:t>
      </w:r>
      <w:r>
        <w:rPr>
          <w:b/>
          <w:bCs/>
        </w:rPr>
        <w:t xml:space="preserve">ends with blue spectacles.</w:t>
      </w:r>
      <w:r>
        <w:br/>
      </w:r>
      <w:r>
        <w:t xml:space="preserve">    (a) expectation that things will turn out badly</w:t>
      </w:r>
      <w:r>
        <w:br/>
      </w:r>
      <w:r>
        <w:t xml:space="preserve">    (b) taking advantage of unplanned circumstances</w:t>
      </w:r>
      <w:r>
        <w:br/>
      </w:r>
      <w:r>
        <w:t xml:space="preserve">    (c) the belief that slavery should be abolished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philanthropy</w:t>
      </w:r>
      <w:r>
        <w:rPr>
          <w:b/>
          <w:bCs/>
        </w:rPr>
        <w:t xml:space="preserve"> </w:t>
      </w:r>
      <w:r>
        <w:rPr>
          <w:b/>
          <w:bCs/>
        </w:rPr>
        <w:t xml:space="preserve">seems to me to have become simply the refuge of people who wish to annoy their fellow-creatures.</w:t>
      </w:r>
      <w:r>
        <w:br/>
      </w:r>
      <w:r>
        <w:t xml:space="preserve">    (a) helping others</w:t>
      </w:r>
      <w:r>
        <w:br/>
      </w:r>
      <w:r>
        <w:t xml:space="preserve">    (b) opinion of what is good and bad about something</w:t>
      </w:r>
      <w:r>
        <w:br/>
      </w:r>
      <w:r>
        <w:t xml:space="preserve">    (c) the majority denomination of Islam (almost 90%)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hear she went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Opera</w:t>
      </w:r>
      <w:r>
        <w:rPr>
          <w:b/>
          <w:bCs/>
        </w:rPr>
        <w:t xml:space="preserve"> </w:t>
      </w:r>
      <w:r>
        <w:rPr>
          <w:b/>
          <w:bCs/>
        </w:rPr>
        <w:t xml:space="preserve">on Monday night,</w:t>
      </w:r>
      <w:r>
        <w:br/>
      </w:r>
      <w:r>
        <w:t xml:space="preserve">    (a) a person with or something related to an eating disorder in which overeating is followed by guilt and unhealthy attempts at correction -- especially self-induced vomiting</w:t>
      </w:r>
      <w:r>
        <w:br/>
      </w:r>
      <w:r>
        <w:t xml:space="preserve">    (b) a classical music play in which most of the dialogue is sung</w:t>
      </w:r>
      <w:r>
        <w:br/>
      </w:r>
      <w:r>
        <w:t xml:space="preserve">    (c) the act of forcing into an undesired activity or situation -- such as legally sentencing someone to punishment  OR  the act of finding guilty -- especially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morbid</w:t>
      </w:r>
      <w:r>
        <w:rPr>
          <w:b/>
          <w:bCs/>
        </w:rPr>
        <w:t xml:space="preserve"> </w:t>
      </w:r>
      <w:r>
        <w:rPr>
          <w:b/>
          <w:bCs/>
        </w:rPr>
        <w:t xml:space="preserve">of you</w:t>
      </w:r>
      <w:r>
        <w:br/>
      </w:r>
      <w:r>
        <w:t xml:space="preserve">    (a) showing an unhealthy interest</w:t>
      </w:r>
      <w:r>
        <w:br/>
      </w:r>
      <w:r>
        <w:t xml:space="preserve">    (b) vivid</w:t>
      </w:r>
      <w:r>
        <w:br/>
      </w:r>
      <w:r>
        <w:t xml:space="preserve">    (c) cheerful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I don't like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, practical people.</w:t>
      </w:r>
      <w:r>
        <w:br/>
      </w:r>
      <w:r>
        <w:t xml:space="preserve">    (a) not demonstrative of</w:t>
      </w:r>
      <w:r>
        <w:br/>
      </w:r>
      <w:r>
        <w:t xml:space="preserve">    (b) boring</w:t>
      </w:r>
      <w:r>
        <w:br/>
      </w:r>
      <w:r>
        <w:t xml:space="preserve">    (c)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Argentine scheme is a commonplace Stock Exchange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swindle</w:t>
      </w:r>
      <w:r>
        <w:rPr>
          <w:b/>
          <w:bCs/>
        </w:rPr>
        <w:t xml:space="preserve">.</w:t>
      </w:r>
      <w:r>
        <w:br/>
      </w:r>
      <w:r>
        <w:t xml:space="preserve">    (a) to concentrate, look at; or the act of concentration</w:t>
      </w:r>
      <w:r>
        <w:br/>
      </w:r>
      <w:r>
        <w:t xml:space="preserve">    (b) tricking or cheating someone -- usually to get money</w:t>
      </w:r>
      <w:r>
        <w:br/>
      </w:r>
      <w:r>
        <w:t xml:space="preserve">    (c) make one's home in; or live in; or stay (in a place)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affair to which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allude</w:t>
      </w:r>
      <w:r>
        <w:rPr>
          <w:b/>
          <w:bCs/>
        </w:rPr>
        <w:t xml:space="preserve"> </w:t>
      </w:r>
      <w:r>
        <w:rPr>
          <w:b/>
          <w:bCs/>
        </w:rPr>
        <w:t xml:space="preserve">was no more than a speculation.</w:t>
      </w:r>
      <w:r>
        <w:br/>
      </w:r>
      <w:r>
        <w:t xml:space="preserve">    (a) consume or destroy completely</w:t>
      </w:r>
      <w:r>
        <w:br/>
      </w:r>
      <w:r>
        <w:t xml:space="preserve">    (b) to make an indirect reference</w:t>
      </w:r>
      <w:r>
        <w:br/>
      </w:r>
      <w:r>
        <w:t xml:space="preserve">    (c) select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Years ago you did a clever,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unscrupulous</w:t>
      </w:r>
      <w:r>
        <w:rPr>
          <w:b/>
          <w:bCs/>
        </w:rPr>
        <w:t xml:space="preserve"> </w:t>
      </w:r>
      <w:r>
        <w:rPr>
          <w:b/>
          <w:bCs/>
        </w:rPr>
        <w:t xml:space="preserve">thing; it turned out a great success.</w:t>
      </w:r>
      <w:r>
        <w:br/>
      </w:r>
      <w:r>
        <w:t xml:space="preserve">    (a) unethical</w:t>
      </w:r>
      <w:r>
        <w:br/>
      </w:r>
      <w:r>
        <w:t xml:space="preserve">    (b) important</w:t>
      </w:r>
      <w:r>
        <w:br/>
      </w:r>
      <w:r>
        <w:t xml:space="preserve">    (c) disbelief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Think of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loathsome</w:t>
      </w:r>
      <w:r>
        <w:rPr>
          <w:b/>
          <w:bCs/>
        </w:rPr>
        <w:t xml:space="preserve"> </w:t>
      </w:r>
      <w:r>
        <w:rPr>
          <w:b/>
          <w:bCs/>
        </w:rPr>
        <w:t xml:space="preserve">joy, of the delight they would have in dragging you down,</w:t>
      </w:r>
      <w:r>
        <w:br/>
      </w:r>
      <w:r>
        <w:t xml:space="preserve">    (a) disgusting or very bad</w:t>
      </w:r>
      <w:r>
        <w:br/>
      </w:r>
      <w:r>
        <w:t xml:space="preserve">    (b) not aware of something</w:t>
      </w:r>
      <w:r>
        <w:br/>
      </w:r>
      <w:r>
        <w:t xml:space="preserve">    (c) consistent or the same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 found him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susceptible</w:t>
      </w:r>
      <w:r>
        <w:rPr>
          <w:b/>
          <w:bCs/>
        </w:rPr>
        <w:t xml:space="preserve">,—susceptible to reason, I mean.</w:t>
      </w:r>
      <w:r>
        <w:br/>
      </w:r>
      <w:r>
        <w:t xml:space="preserve">    (a) easily influenced or harmed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capable of being treated in a particular way</w:t>
      </w:r>
      <w:r>
        <w:br/>
      </w:r>
      <w:r>
        <w:t xml:space="preserve">    (b) the quality of feeling angry or unhappy about having to accept something not liked</w:t>
      </w:r>
      <w:r>
        <w:br/>
      </w:r>
      <w:r>
        <w:t xml:space="preserve">    (c) an argument attributed to one's opponent that is weaker than their actual argument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tell you that there are terrible temptations that it requires strength, strength and courage,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to.</w:t>
      </w:r>
      <w:r>
        <w:br/>
      </w:r>
      <w:r>
        <w:t xml:space="preserve">    (a) give in, give way, or give up</w:t>
      </w:r>
      <w:r>
        <w:br/>
      </w:r>
      <w:r>
        <w:t xml:space="preserve">    (b) select (on a computer screen)</w:t>
      </w:r>
      <w:r>
        <w:br/>
      </w:r>
      <w:r>
        <w:t xml:space="preserve">    (c) an involuntary vomiting spasm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mock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indignation</w:t>
      </w:r>
      <w:r>
        <w:br/>
      </w:r>
      <w:r>
        <w:t xml:space="preserve">    (a) surprise as something unexpected</w:t>
      </w:r>
      <w:r>
        <w:br/>
      </w:r>
      <w:r>
        <w:t xml:space="preserve">    (b) acceptance of something undesired as unavoidable</w:t>
      </w:r>
      <w:r>
        <w:br/>
      </w:r>
      <w:r>
        <w:t xml:space="preserve">    (c) anger or annoyance at something unjust or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call it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conceited</w:t>
      </w:r>
      <w:r>
        <w:rPr>
          <w:b/>
          <w:bCs/>
        </w:rPr>
        <w:t xml:space="preserve">.</w:t>
      </w:r>
      <w:r>
        <w:br/>
      </w:r>
      <w:r>
        <w:t xml:space="preserve">    (a) calculated or judged too low</w:t>
      </w:r>
      <w:r>
        <w:br/>
      </w:r>
      <w:r>
        <w:t xml:space="preserve">    (b) excessively proud of oneself</w:t>
      </w:r>
      <w:r>
        <w:br/>
      </w:r>
      <w:r>
        <w:t xml:space="preserve">    (c) not judged in a negative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really is of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, Lady Chiltern.</w:t>
      </w:r>
      <w:r>
        <w:br/>
      </w:r>
      <w:r>
        <w:t xml:space="preserve">    (a) importance</w:t>
      </w:r>
      <w:r>
        <w:br/>
      </w:r>
      <w:r>
        <w:t xml:space="preserve">    (b) sticks out</w:t>
      </w:r>
      <w:r>
        <w:br/>
      </w:r>
      <w:r>
        <w:t xml:space="preserve">    (c)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always seems to think that he is addressing the House,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 </w:t>
      </w:r>
      <w:r>
        <w:rPr>
          <w:b/>
          <w:bCs/>
        </w:rPr>
        <w:t xml:space="preserve">whenever he discusses the state of the agricultural labourer, or the Welsh Church, or something quite improper of that kind, I am obliged to send all the servants out of the room.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resultantly (as a result)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because your husband is himself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fraudulent</w:t>
      </w:r>
      <w:r>
        <w:rPr>
          <w:b/>
          <w:bCs/>
        </w:rPr>
        <w:t xml:space="preserve"> </w:t>
      </w:r>
      <w:r>
        <w:rPr>
          <w:b/>
          <w:bCs/>
        </w:rPr>
        <w:t xml:space="preserve">and dishonest that we pair so well together.</w:t>
      </w:r>
      <w:r>
        <w:br/>
      </w:r>
      <w:r>
        <w:t xml:space="preserve">    (a) carelessly unsuccessful</w:t>
      </w:r>
      <w:r>
        <w:br/>
      </w:r>
      <w:r>
        <w:t xml:space="preserve">    (b) intentionally dishonest to trick people</w:t>
      </w:r>
      <w:r>
        <w:br/>
      </w:r>
      <w:r>
        <w:t xml:space="preserve">    (c) thoughtlessly foolish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paradox</w:t>
      </w:r>
      <w:r>
        <w:rPr>
          <w:b/>
          <w:bCs/>
        </w:rPr>
        <w:t xml:space="preserve">, sir.</w:t>
      </w:r>
      <w:r>
        <w:br/>
      </w:r>
      <w:r>
        <w:t xml:space="preserve">    (a) a situation or statement that seems to contradict itself but may still be true</w:t>
      </w:r>
      <w:r>
        <w:br/>
      </w:r>
      <w:r>
        <w:t xml:space="preserve">    (b) something exclusive to (someone or some group) -- such as an activity or place</w:t>
      </w:r>
      <w:r>
        <w:br/>
      </w:r>
      <w:r>
        <w:t xml:space="preserve">    (c) a rough substance that can be rubbed against something else to polish or clean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 vile,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infamous</w:t>
      </w:r>
      <w:r>
        <w:rPr>
          <w:b/>
          <w:bCs/>
        </w:rPr>
        <w:t xml:space="preserve"> </w:t>
      </w:r>
      <w:r>
        <w:rPr>
          <w:b/>
          <w:bCs/>
        </w:rPr>
        <w:t xml:space="preserve">thing!</w:t>
      </w:r>
      <w:r>
        <w:br/>
      </w:r>
      <w:r>
        <w:t xml:space="preserve">    (a) lacking a reason for doing something</w:t>
      </w:r>
      <w:r>
        <w:br/>
      </w:r>
      <w:r>
        <w:t xml:space="preserve">    (b) inconspicuousness or trustworthiness</w:t>
      </w:r>
      <w:r>
        <w:br/>
      </w:r>
      <w:r>
        <w:t xml:space="preserve">    (c) having an exceedingly bad reputation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hate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affectation</w:t>
      </w:r>
      <w:r>
        <w:rPr>
          <w:b/>
          <w:bCs/>
        </w:rPr>
        <w:t xml:space="preserve"> </w:t>
      </w:r>
      <w:r>
        <w:rPr>
          <w:b/>
          <w:bCs/>
        </w:rPr>
        <w:t xml:space="preserve">of youth, sir.</w:t>
      </w:r>
      <w:r>
        <w:br/>
      </w:r>
      <w:r>
        <w:t xml:space="preserve">    (a) a particular way of seeing or thinking about things</w:t>
      </w:r>
      <w:r>
        <w:br/>
      </w:r>
      <w:r>
        <w:t xml:space="preserve">    (b) behaving in an artificial way to make an impression</w:t>
      </w:r>
      <w:r>
        <w:br/>
      </w:r>
      <w:r>
        <w:t xml:space="preserve">    (c) collection of star systems held together by gravity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2026-07-31T14:41:51Z</dcterms:created>
  <dcterms:modified xsi:type="dcterms:W3CDTF">2026-07-31T14:41:51Z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