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29d4453b878a480b0d6a8e7379f6d480ab5a6b"/>
    <w:p>
      <w:pPr>
        <w:pStyle w:val="Heading1"/>
      </w:pPr>
      <w:r>
        <w:rPr>
          <w:b/>
          <w:bCs/>
        </w:rPr>
        <w:t xml:space="preserve">An American Tragedy</w:t>
      </w:r>
      <w:r>
        <w:br/>
      </w:r>
      <w:r>
        <w:rPr>
          <w:i/>
          <w:iCs/>
        </w:rPr>
        <w:t xml:space="preserve">Theodore Dreiser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team's victory depended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aggregate</w:t>
      </w:r>
      <w:r>
        <w:rPr>
          <w:b/>
          <w:bCs/>
        </w:rPr>
        <w:t xml:space="preserve"> </w:t>
      </w:r>
      <w:r>
        <w:rPr>
          <w:b/>
          <w:bCs/>
        </w:rPr>
        <w:t xml:space="preserve">of every player's contributions.</w:t>
      </w:r>
      <w:r>
        <w:br/>
      </w:r>
      <w:r>
        <w:t xml:space="preserve">    (a) single key effort</w:t>
      </w:r>
      <w:r>
        <w:br/>
      </w:r>
      <w:r>
        <w:t xml:space="preserve">    (b) final desperate push</w:t>
      </w:r>
      <w:r>
        <w:br/>
      </w:r>
      <w:r>
        <w:t xml:space="preserve">    (c) total combined sum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book,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Harry Potter</w:t>
      </w:r>
      <w:r>
        <w:rPr>
          <w:b/>
          <w:bCs/>
        </w:rPr>
        <w:t xml:space="preserve">, Voldemort is Harry's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friend</w:t>
      </w:r>
      <w:r>
        <w:br/>
      </w:r>
      <w:r>
        <w:t xml:space="preserve">    (b) partner</w:t>
      </w:r>
      <w:r>
        <w:br/>
      </w:r>
      <w:r>
        <w:t xml:space="preserve">    (c) enemy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every opportunity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 </w:t>
      </w:r>
      <w:r>
        <w:rPr>
          <w:b/>
          <w:bCs/>
        </w:rPr>
        <w:t xml:space="preserve">the policy.</w:t>
      </w:r>
      <w:r>
        <w:br/>
      </w:r>
      <w:r>
        <w:t xml:space="preserve">    (a) understand</w:t>
      </w:r>
      <w:r>
        <w:br/>
      </w:r>
      <w:r>
        <w:t xml:space="preserve">    (b) attack</w:t>
      </w:r>
      <w:r>
        <w:br/>
      </w:r>
      <w:r>
        <w:t xml:space="preserve">    (c) study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chief made a statement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assuaged</w:t>
      </w:r>
      <w:r>
        <w:rPr>
          <w:b/>
          <w:bCs/>
        </w:rPr>
        <w:t xml:space="preserve"> </w:t>
      </w:r>
      <w:r>
        <w:rPr>
          <w:b/>
          <w:bCs/>
        </w:rPr>
        <w:t xml:space="preserve">many people's worst fears.</w:t>
      </w:r>
      <w:r>
        <w:br/>
      </w:r>
      <w:r>
        <w:t xml:space="preserve">    (a) made worse</w:t>
      </w:r>
      <w:r>
        <w:br/>
      </w:r>
      <w:r>
        <w:t xml:space="preserve">    (b) made a joke of</w:t>
      </w:r>
      <w:r>
        <w:br/>
      </w:r>
      <w:r>
        <w:t xml:space="preserve">    (c) soothed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veteran team showed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camaraderie</w:t>
      </w:r>
      <w:r>
        <w:rPr>
          <w:b/>
          <w:bCs/>
        </w:rPr>
        <w:t xml:space="preserve"> </w:t>
      </w:r>
      <w:r>
        <w:rPr>
          <w:b/>
          <w:bCs/>
        </w:rPr>
        <w:t xml:space="preserve">in the locker room.</w:t>
      </w:r>
      <w:r>
        <w:br/>
      </w:r>
      <w:r>
        <w:t xml:space="preserve">    (a) tension between members</w:t>
      </w:r>
      <w:r>
        <w:br/>
      </w:r>
      <w:r>
        <w:t xml:space="preserve">    (b) close friendship in a group</w:t>
      </w:r>
      <w:r>
        <w:br/>
      </w:r>
      <w:r>
        <w:t xml:space="preserve">    (c) respect for opponents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Volunteers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canvass</w:t>
      </w:r>
      <w:r>
        <w:rPr>
          <w:b/>
          <w:bCs/>
        </w:rPr>
        <w:t xml:space="preserve"> </w:t>
      </w:r>
      <w:r>
        <w:rPr>
          <w:b/>
          <w:bCs/>
        </w:rPr>
        <w:t xml:space="preserve">the neighborhood to gather support for the candidate.</w:t>
      </w:r>
      <w:r>
        <w:br/>
      </w:r>
      <w:r>
        <w:t xml:space="preserve">    (a) go door-to-door in</w:t>
      </w:r>
      <w:r>
        <w:br/>
      </w:r>
      <w:r>
        <w:t xml:space="preserve">    (b) report news from</w:t>
      </w:r>
      <w:r>
        <w:br/>
      </w:r>
      <w:r>
        <w:t xml:space="preserve">    (c) set up a stage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appeals court found that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circumstantial evidence</w:t>
      </w:r>
      <w:r>
        <w:rPr>
          <w:b/>
          <w:bCs/>
        </w:rPr>
        <w:t xml:space="preserve"> </w:t>
      </w:r>
      <w:r>
        <w:rPr>
          <w:b/>
          <w:bCs/>
        </w:rPr>
        <w:t xml:space="preserve">was not sufficient for a guilty verdict.</w:t>
      </w:r>
      <w:r>
        <w:br/>
      </w:r>
      <w:r>
        <w:t xml:space="preserve">    (a) planted</w:t>
      </w:r>
      <w:r>
        <w:br/>
      </w:r>
      <w:r>
        <w:t xml:space="preserve">    (b) suggestive</w:t>
      </w:r>
      <w:r>
        <w:br/>
      </w:r>
      <w:r>
        <w:t xml:space="preserve">    (c) proven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contentious</w:t>
      </w:r>
      <w:r>
        <w:rPr>
          <w:b/>
          <w:bCs/>
        </w:rPr>
        <w:t xml:space="preserve"> </w:t>
      </w:r>
      <w:r>
        <w:rPr>
          <w:b/>
          <w:bCs/>
        </w:rPr>
        <w:t xml:space="preserve">and complicated issue that I think should be discussed at a separate meeting.</w:t>
      </w:r>
      <w:r>
        <w:br/>
      </w:r>
      <w:r>
        <w:t xml:space="preserve">    (a) controversial</w:t>
      </w:r>
      <w:r>
        <w:br/>
      </w:r>
      <w:r>
        <w:t xml:space="preserve">    (b) philosophical</w:t>
      </w:r>
      <w:r>
        <w:br/>
      </w:r>
      <w:r>
        <w:t xml:space="preserve">    (c) complex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introduced Bette Midler (pronounced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bet</w:t>
      </w:r>
      <w:r>
        <w:rPr>
          <w:b/>
          <w:bCs/>
        </w:rPr>
        <w:t xml:space="preserve">) by saying,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Bette</w:t>
      </w:r>
      <w:r>
        <w:rPr>
          <w:b/>
          <w:bCs/>
        </w:rPr>
        <w:t xml:space="preserve"> </w:t>
      </w:r>
      <w:r>
        <w:rPr>
          <w:b/>
          <w:bCs/>
        </w:rPr>
        <w:t xml:space="preserve">rhymes with</w:t>
      </w:r>
      <w:r>
        <w:rPr>
          <w:b/>
          <w:bCs/>
        </w:rPr>
        <w:t xml:space="preserve"> </w:t>
      </w:r>
      <w:r>
        <w:rPr>
          <w:b/>
          <w:bCs/>
          <w:i/>
          <w:iCs/>
          <w:u w:val="single"/>
        </w:rPr>
        <w:t xml:space="preserve">coquette</w:t>
      </w:r>
      <w:r>
        <w:rPr>
          <w:b/>
          <w:bCs/>
        </w:rPr>
        <w:t xml:space="preserve">, but never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regret</w:t>
      </w:r>
      <w:r>
        <w:rPr>
          <w:b/>
          <w:bCs/>
        </w:rPr>
        <w:t xml:space="preserve">.</w:t>
      </w:r>
      <w:r>
        <w:br/>
      </w:r>
      <w:r>
        <w:t xml:space="preserve">    (a) a dancer</w:t>
      </w:r>
      <w:r>
        <w:br/>
      </w:r>
      <w:r>
        <w:t xml:space="preserve">    (b) a star</w:t>
      </w:r>
      <w:r>
        <w:br/>
      </w:r>
      <w:r>
        <w:t xml:space="preserve">    (c) a flirt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company was halted in their tracks when the city had a cease-and-</w:t>
      </w:r>
      <w:r>
        <w:rPr>
          <w:b/>
          <w:bCs/>
          <w:u w:val="single"/>
        </w:rPr>
        <w:t xml:space="preserve">desist</w:t>
      </w:r>
      <w:r>
        <w:rPr>
          <w:b/>
          <w:bCs/>
        </w:rPr>
        <w:t xml:space="preserve"> </w:t>
      </w:r>
      <w:r>
        <w:rPr>
          <w:b/>
          <w:bCs/>
        </w:rPr>
        <w:t xml:space="preserve">order issued.</w:t>
      </w:r>
      <w:r>
        <w:br/>
      </w:r>
      <w:r>
        <w:t xml:space="preserve">    (a) gain advantage from</w:t>
      </w:r>
      <w:r>
        <w:br/>
      </w:r>
      <w:r>
        <w:t xml:space="preserve">    (b) to not do something</w:t>
      </w:r>
      <w:r>
        <w:br/>
      </w:r>
      <w:r>
        <w:t xml:space="preserve">    (c) influence or effect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Armed with too much confidence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effrontery</w:t>
      </w:r>
      <w:r>
        <w:rPr>
          <w:b/>
          <w:bCs/>
        </w:rPr>
        <w:t xml:space="preserve">, she made a lot of enemies.</w:t>
      </w:r>
      <w:r>
        <w:br/>
      </w:r>
      <w:r>
        <w:t xml:space="preserve">    (a) misunderstanding</w:t>
      </w:r>
      <w:r>
        <w:br/>
      </w:r>
      <w:r>
        <w:t xml:space="preserve">    (b) disrespectful behavior</w:t>
      </w:r>
      <w:r>
        <w:br/>
      </w:r>
      <w:r>
        <w:t xml:space="preserve">    (c) pressure to rush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scientist realized that she had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erroneous</w:t>
      </w:r>
      <w:r>
        <w:rPr>
          <w:b/>
          <w:bCs/>
        </w:rPr>
        <w:t xml:space="preserve"> </w:t>
      </w:r>
      <w:r>
        <w:rPr>
          <w:b/>
          <w:bCs/>
        </w:rPr>
        <w:t xml:space="preserve">conclusion after re-examining the data.</w:t>
      </w:r>
      <w:r>
        <w:br/>
      </w:r>
      <w:r>
        <w:t xml:space="preserve">    (a) incomplete</w:t>
      </w:r>
      <w:r>
        <w:br/>
      </w:r>
      <w:r>
        <w:t xml:space="preserve">    (b) wrong</w:t>
      </w:r>
      <w:r>
        <w:br/>
      </w:r>
      <w:r>
        <w:t xml:space="preserve">    (c) uncertain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Signing the treaty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inimical</w:t>
      </w:r>
      <w:r>
        <w:rPr>
          <w:b/>
          <w:bCs/>
        </w:rPr>
        <w:t xml:space="preserve"> </w:t>
      </w:r>
      <w:r>
        <w:rPr>
          <w:b/>
          <w:bCs/>
        </w:rPr>
        <w:t xml:space="preserve">to U.S. interests.</w:t>
      </w:r>
      <w:r>
        <w:br/>
      </w:r>
      <w:r>
        <w:t xml:space="preserve">    (a) harmful</w:t>
      </w:r>
      <w:r>
        <w:br/>
      </w:r>
      <w:r>
        <w:t xml:space="preserve">    (b) helpful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fought against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iniquity</w:t>
      </w:r>
      <w:r>
        <w:rPr>
          <w:b/>
          <w:bCs/>
        </w:rPr>
        <w:t xml:space="preserve"> </w:t>
      </w:r>
      <w:r>
        <w:rPr>
          <w:b/>
          <w:bCs/>
        </w:rPr>
        <w:t xml:space="preserve">of slavery.</w:t>
      </w:r>
      <w:r>
        <w:br/>
      </w:r>
      <w:r>
        <w:t xml:space="preserve">    (a) immorality</w:t>
      </w:r>
      <w:r>
        <w:br/>
      </w:r>
      <w:r>
        <w:t xml:space="preserve">    (b) practice</w:t>
      </w:r>
      <w:r>
        <w:br/>
      </w:r>
      <w:r>
        <w:t xml:space="preserve">    (c) supporters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coroner's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inquest</w:t>
      </w:r>
      <w:r>
        <w:rPr>
          <w:b/>
          <w:bCs/>
        </w:rPr>
        <w:t xml:space="preserve"> </w:t>
      </w:r>
      <w:r>
        <w:rPr>
          <w:b/>
          <w:bCs/>
        </w:rPr>
        <w:t xml:space="preserve">determined that the death was from natural causes.</w:t>
      </w:r>
      <w:r>
        <w:br/>
      </w:r>
      <w:r>
        <w:t xml:space="preserve">    (a) vote</w:t>
      </w:r>
      <w:r>
        <w:br/>
      </w:r>
      <w:r>
        <w:t xml:space="preserve">    (b) formal investigation</w:t>
      </w:r>
      <w:r>
        <w:br/>
      </w:r>
      <w:r>
        <w:t xml:space="preserve">    (c) assistant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National Guard is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integral</w:t>
      </w:r>
      <w:r>
        <w:rPr>
          <w:b/>
          <w:bCs/>
        </w:rPr>
        <w:t xml:space="preserve"> </w:t>
      </w:r>
      <w:r>
        <w:rPr>
          <w:b/>
          <w:bCs/>
        </w:rPr>
        <w:t xml:space="preserve">part of U.S. armed services.</w:t>
      </w:r>
      <w:r>
        <w:br/>
      </w:r>
      <w:r>
        <w:t xml:space="preserve">    (a) additional</w:t>
      </w:r>
      <w:r>
        <w:br/>
      </w:r>
      <w:r>
        <w:t xml:space="preserve">    (b) essential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politician’s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nebulous</w:t>
      </w:r>
      <w:r>
        <w:rPr>
          <w:b/>
          <w:bCs/>
        </w:rPr>
        <w:t xml:space="preserve"> </w:t>
      </w:r>
      <w:r>
        <w:rPr>
          <w:b/>
          <w:bCs/>
        </w:rPr>
        <w:t xml:space="preserve">statements left the audience confused about his stance on the issue.</w:t>
      </w:r>
      <w:r>
        <w:br/>
      </w:r>
      <w:r>
        <w:t xml:space="preserve">    (a) confident or assertive</w:t>
      </w:r>
      <w:r>
        <w:br/>
      </w:r>
      <w:r>
        <w:t xml:space="preserve">    (b) vague or unclear</w:t>
      </w:r>
      <w:r>
        <w:br/>
      </w:r>
      <w:r>
        <w:t xml:space="preserve">    (c) concise or brief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poem captured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pathos</w:t>
      </w:r>
      <w:r>
        <w:rPr>
          <w:b/>
          <w:bCs/>
        </w:rPr>
        <w:t xml:space="preserve"> </w:t>
      </w:r>
      <w:r>
        <w:rPr>
          <w:b/>
          <w:bCs/>
        </w:rPr>
        <w:t xml:space="preserve">of wartime loss.</w:t>
      </w:r>
      <w:r>
        <w:br/>
      </w:r>
      <w:r>
        <w:t xml:space="preserve">    (a) cheerful spirit</w:t>
      </w:r>
      <w:r>
        <w:br/>
      </w:r>
      <w:r>
        <w:t xml:space="preserve">    (b) angry tone</w:t>
      </w:r>
      <w:r>
        <w:br/>
      </w:r>
      <w:r>
        <w:t xml:space="preserve">    (c) moving sadness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were not so strong as to withstand her friend's arguments.</w:t>
      </w:r>
      <w:r>
        <w:br/>
      </w:r>
      <w:r>
        <w:t xml:space="preserve">    (a) principles that discourage certain kinds of action</w:t>
      </w:r>
      <w:r>
        <w:br/>
      </w:r>
      <w:r>
        <w:t xml:space="preserve">    (b) known facts</w:t>
      </w:r>
      <w:r>
        <w:br/>
      </w:r>
      <w:r>
        <w:t xml:space="preserve">    (c) firmness of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suave</w:t>
      </w:r>
      <w:r>
        <w:rPr>
          <w:b/>
          <w:bCs/>
        </w:rPr>
        <w:t xml:space="preserve"> </w:t>
      </w:r>
      <w:r>
        <w:rPr>
          <w:b/>
          <w:bCs/>
        </w:rPr>
        <w:t xml:space="preserve">operator, but completely insincere.</w:t>
      </w:r>
      <w:r>
        <w:br/>
      </w:r>
      <w:r>
        <w:t xml:space="preserve">    (a) adorable</w:t>
      </w:r>
      <w:r>
        <w:br/>
      </w:r>
      <w:r>
        <w:t xml:space="preserve">    (b) smart</w:t>
      </w:r>
      <w:r>
        <w:br/>
      </w:r>
      <w:r>
        <w:t xml:space="preserve">    (c) sophisticated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2026-07-31T17:14:43Z</dcterms:created>
  <dcterms:modified xsi:type="dcterms:W3CDTF">2026-07-31T17:14:43Z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