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4fa68247260518dad00860902ecc630873c9428"/>
    <w:p>
      <w:pPr>
        <w:pStyle w:val="Heading1"/>
      </w:pPr>
      <w:r>
        <w:rPr>
          <w:b/>
          <w:bCs/>
        </w:rPr>
        <w:t xml:space="preserve">Amusement Park Physics - Rollercoaster Pages</w:t>
      </w:r>
      <w:r>
        <w:br/>
      </w:r>
      <w:r>
        <w:rPr>
          <w:i/>
          <w:iCs/>
        </w:rPr>
        <w:t xml:space="preserve">Annenberg Learner (Foundation)</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Amusement Park</w:t>
      </w:r>
      <w:r>
        <w:rPr>
          <w:b/>
          <w:bCs/>
        </w:rPr>
        <w:t xml:space="preserve"> </w:t>
      </w:r>
      <w:r>
        <w:rPr>
          <w:b/>
          <w:bCs/>
          <w:u w:val="single"/>
        </w:rPr>
        <w:t xml:space="preserve">Physics</w:t>
      </w:r>
      <w:r>
        <w:rPr>
          <w:b/>
          <w:bCs/>
        </w:rPr>
        <w:t xml:space="preserve"> </w:t>
      </w:r>
      <w:r>
        <w:rPr>
          <w:b/>
          <w:bCs/>
        </w:rPr>
        <w:t xml:space="preserve">— What are the forces behind the fun?</w:t>
      </w:r>
      <w:r>
        <w:br/>
      </w:r>
      <w:r>
        <w:t xml:space="preserve">    (a) referring to any rocky mountains</w:t>
      </w:r>
      <w:r>
        <w:br/>
      </w:r>
      <w:r>
        <w:t xml:space="preserve">    (b) the science of matter and energy</w:t>
      </w:r>
      <w:r>
        <w:br/>
      </w:r>
      <w:r>
        <w:t xml:space="preserve">    (c) lacking things most people enjoy</w:t>
      </w:r>
    </w:p>
    <w:p>
      <w:pPr>
        <w:pStyle w:val="Compact"/>
        <w:numPr>
          <w:ilvl w:val="0"/>
          <w:numId w:val="1001"/>
        </w:numPr>
      </w:pPr>
      <w:r>
        <w:rPr>
          <w:b/>
          <w:bCs/>
        </w:rPr>
        <w:t xml:space="preserve">Amusement park rides use physics laws to</w:t>
      </w:r>
      <w:r>
        <w:rPr>
          <w:b/>
          <w:bCs/>
        </w:rPr>
        <w:t xml:space="preserve"> </w:t>
      </w:r>
      <w:r>
        <w:rPr>
          <w:b/>
          <w:bCs/>
          <w:u w:val="single"/>
        </w:rPr>
        <w:t xml:space="preserve">simulate</w:t>
      </w:r>
      <w:r>
        <w:rPr>
          <w:b/>
          <w:bCs/>
        </w:rPr>
        <w:t xml:space="preserve"> </w:t>
      </w:r>
      <w:r>
        <w:rPr>
          <w:b/>
          <w:bCs/>
        </w:rPr>
        <w:t xml:space="preserve">danger, while the rides themselves are typically very safe.</w:t>
      </w:r>
      <w:r>
        <w:br/>
      </w:r>
      <w:r>
        <w:t xml:space="preserve">    (a) appropriate in size, amount, or degree</w:t>
      </w:r>
      <w:r>
        <w:br/>
      </w:r>
      <w:r>
        <w:t xml:space="preserve">    (b) examine in detail to better understand</w:t>
      </w:r>
      <w:r>
        <w:br/>
      </w:r>
      <w:r>
        <w:t xml:space="preserve">    (c) make an imitation or representation of</w:t>
      </w:r>
    </w:p>
    <w:p>
      <w:pPr>
        <w:pStyle w:val="Compact"/>
        <w:numPr>
          <w:ilvl w:val="0"/>
          <w:numId w:val="1001"/>
        </w:numPr>
      </w:pPr>
      <w:r>
        <w:rPr>
          <w:b/>
          <w:bCs/>
        </w:rPr>
        <w:t xml:space="preserve">You can also experiment with bumper car</w:t>
      </w:r>
      <w:r>
        <w:rPr>
          <w:b/>
          <w:bCs/>
        </w:rPr>
        <w:t xml:space="preserve"> </w:t>
      </w:r>
      <w:r>
        <w:rPr>
          <w:b/>
          <w:bCs/>
          <w:u w:val="single"/>
        </w:rPr>
        <w:t xml:space="preserve">collisions</w:t>
      </w:r>
      <w:r>
        <w:rPr>
          <w:b/>
          <w:bCs/>
        </w:rPr>
        <w:t xml:space="preserve">.</w:t>
      </w:r>
      <w:r>
        <w:br/>
      </w:r>
      <w:r>
        <w:t xml:space="preserve">    (a) people of the majority denomination of Islam (almost 90%)</w:t>
      </w:r>
      <w:r>
        <w:br/>
      </w:r>
      <w:r>
        <w:t xml:space="preserve">    (b) crash together with violent impact; or come into conflict</w:t>
      </w:r>
      <w:r>
        <w:br/>
      </w:r>
      <w:r>
        <w:t xml:space="preserve">    (c) soft leather shoes traditionally worn by Native Americans</w:t>
      </w:r>
    </w:p>
    <w:p>
      <w:pPr>
        <w:pStyle w:val="Compact"/>
        <w:numPr>
          <w:ilvl w:val="0"/>
          <w:numId w:val="1001"/>
        </w:numPr>
      </w:pPr>
      <w:r>
        <w:rPr>
          <w:b/>
          <w:bCs/>
        </w:rPr>
        <w:t xml:space="preserve">The history of this ride reflects a</w:t>
      </w:r>
      <w:r>
        <w:rPr>
          <w:b/>
          <w:bCs/>
        </w:rPr>
        <w:t xml:space="preserve"> </w:t>
      </w:r>
      <w:r>
        <w:rPr>
          <w:b/>
          <w:bCs/>
          <w:u w:val="single"/>
        </w:rPr>
        <w:t xml:space="preserve">constant</w:t>
      </w:r>
      <w:r>
        <w:rPr>
          <w:b/>
          <w:bCs/>
        </w:rPr>
        <w:t xml:space="preserve"> </w:t>
      </w:r>
      <w:r>
        <w:rPr>
          <w:b/>
          <w:bCs/>
        </w:rPr>
        <w:t xml:space="preserve">search for greater and more death-defying thrills.</w:t>
      </w:r>
      <w:r>
        <w:br/>
      </w:r>
      <w:r>
        <w:t xml:space="preserve">    (a) not able to change to fit a different situation</w:t>
      </w:r>
      <w:r>
        <w:br/>
      </w:r>
      <w:r>
        <w:t xml:space="preserve">    (b) unchanging, continuous, or happening repeatedly</w:t>
      </w:r>
      <w:r>
        <w:br/>
      </w:r>
      <w:r>
        <w:t xml:space="preserve">    (c) the state or degree of being good or beneficial</w:t>
      </w:r>
    </w:p>
    <w:p>
      <w:pPr>
        <w:pStyle w:val="Compact"/>
        <w:numPr>
          <w:ilvl w:val="0"/>
          <w:numId w:val="1001"/>
        </w:numPr>
      </w:pPr>
      <w:r>
        <w:rPr>
          <w:b/>
          <w:bCs/>
        </w:rPr>
        <w:t xml:space="preserve">You aren't being</w:t>
      </w:r>
      <w:r>
        <w:rPr>
          <w:b/>
          <w:bCs/>
        </w:rPr>
        <w:t xml:space="preserve"> </w:t>
      </w:r>
      <w:r>
        <w:rPr>
          <w:b/>
          <w:bCs/>
          <w:u w:val="single"/>
        </w:rPr>
        <w:t xml:space="preserve">propelled</w:t>
      </w:r>
      <w:r>
        <w:rPr>
          <w:b/>
          <w:bCs/>
        </w:rPr>
        <w:t xml:space="preserve"> </w:t>
      </w:r>
      <w:r>
        <w:rPr>
          <w:b/>
          <w:bCs/>
        </w:rPr>
        <w:t xml:space="preserve">around the track by a motor or pulled by a hitch.</w:t>
      </w:r>
      <w:r>
        <w:br/>
      </w:r>
      <w:r>
        <w:t xml:space="preserve">    (a) caused something to move forward</w:t>
      </w:r>
      <w:r>
        <w:br/>
      </w:r>
      <w:r>
        <w:t xml:space="preserve">    (b) played cheerful and lively music</w:t>
      </w:r>
      <w:r>
        <w:br/>
      </w:r>
      <w:r>
        <w:t xml:space="preserve">    (c) not found, sought, or researched</w:t>
      </w:r>
    </w:p>
    <w:p>
      <w:pPr>
        <w:pStyle w:val="Compact"/>
        <w:numPr>
          <w:ilvl w:val="0"/>
          <w:numId w:val="1001"/>
        </w:numPr>
      </w:pPr>
      <w:r>
        <w:rPr>
          <w:b/>
          <w:bCs/>
        </w:rPr>
        <w:t xml:space="preserve">The conversion of potential energy to</w:t>
      </w:r>
      <w:r>
        <w:rPr>
          <w:b/>
          <w:bCs/>
        </w:rPr>
        <w:t xml:space="preserve"> </w:t>
      </w:r>
      <w:r>
        <w:rPr>
          <w:b/>
          <w:bCs/>
          <w:u w:val="single"/>
        </w:rPr>
        <w:t xml:space="preserve">kinetic energy</w:t>
      </w:r>
      <w:r>
        <w:rPr>
          <w:b/>
          <w:bCs/>
        </w:rPr>
        <w:t xml:space="preserve"> </w:t>
      </w:r>
      <w:r>
        <w:rPr>
          <w:b/>
          <w:bCs/>
        </w:rPr>
        <w:t xml:space="preserve">is what drives the roller coaster, and all of the kinetic energy you need for the ride is present once the coaster descends the first hill...Once you're underway, different types of wheels help keep the ride smooth.</w:t>
      </w:r>
      <w:r>
        <w:br/>
      </w:r>
      <w:r>
        <w:t xml:space="preserve">    (a) energy a moving object has because of its motion</w:t>
      </w:r>
      <w:r>
        <w:br/>
      </w:r>
      <w:r>
        <w:t xml:space="preserve">    (b) energy causing the acceleration of the expansion of the universe</w:t>
      </w:r>
      <w:r>
        <w:br/>
      </w:r>
      <w:r>
        <w:t xml:space="preserve">    (c) energy stored in an object due to its position</w:t>
      </w:r>
    </w:p>
    <w:p>
      <w:pPr>
        <w:pStyle w:val="Compact"/>
        <w:numPr>
          <w:ilvl w:val="0"/>
          <w:numId w:val="1001"/>
        </w:numPr>
      </w:pPr>
      <w:r>
        <w:rPr>
          <w:b/>
          <w:bCs/>
        </w:rPr>
        <w:t xml:space="preserve">A final set of wheels keeps the coaster on the track even if it's</w:t>
      </w:r>
      <w:r>
        <w:rPr>
          <w:b/>
          <w:bCs/>
        </w:rPr>
        <w:t xml:space="preserve"> </w:t>
      </w:r>
      <w:r>
        <w:rPr>
          <w:b/>
          <w:bCs/>
          <w:u w:val="single"/>
        </w:rPr>
        <w:t xml:space="preserve">inverted</w:t>
      </w:r>
      <w:r>
        <w:rPr>
          <w:b/>
          <w:bCs/>
        </w:rPr>
        <w:t xml:space="preserve">.</w:t>
      </w:r>
      <w:r>
        <w:br/>
      </w:r>
      <w:r>
        <w:t xml:space="preserve">    (a) treated something in an educated, intellectual way -- often excluding emotional or practical considerations</w:t>
      </w:r>
      <w:r>
        <w:br/>
      </w:r>
      <w:r>
        <w:t xml:space="preserve">    (b) (of an injury) became inflamed and created pus  OR  (generally) got worse -- especially through inattention</w:t>
      </w:r>
      <w:r>
        <w:br/>
      </w:r>
      <w:r>
        <w:t xml:space="preserve">    (c) turned in the opposite position -- such as upside down, inside out, or (of two things) in switched position</w:t>
      </w:r>
    </w:p>
    <w:p>
      <w:pPr>
        <w:pStyle w:val="Compact"/>
        <w:numPr>
          <w:ilvl w:val="0"/>
          <w:numId w:val="1001"/>
        </w:numPr>
      </w:pPr>
      <w:r>
        <w:rPr>
          <w:b/>
          <w:bCs/>
        </w:rPr>
        <w:t xml:space="preserve">Sand was used to help slow down the sled at the end of the ride to keep it from crashing, a</w:t>
      </w:r>
      <w:r>
        <w:rPr>
          <w:b/>
          <w:bCs/>
        </w:rPr>
        <w:t xml:space="preserve"> </w:t>
      </w:r>
      <w:r>
        <w:rPr>
          <w:b/>
          <w:bCs/>
          <w:u w:val="single"/>
        </w:rPr>
        <w:t xml:space="preserve">technique</w:t>
      </w:r>
      <w:r>
        <w:rPr>
          <w:b/>
          <w:bCs/>
        </w:rPr>
        <w:t xml:space="preserve"> </w:t>
      </w:r>
      <w:r>
        <w:rPr>
          <w:b/>
          <w:bCs/>
        </w:rPr>
        <w:t xml:space="preserve">based on the principle of friction.</w:t>
      </w:r>
      <w:r>
        <w:br/>
      </w:r>
      <w:r>
        <w:t xml:space="preserve">    (a) surrounding conditions</w:t>
      </w:r>
      <w:r>
        <w:br/>
      </w:r>
      <w:r>
        <w:t xml:space="preserve">    (b) way of doing something</w:t>
      </w:r>
      <w:r>
        <w:br/>
      </w:r>
      <w:r>
        <w:t xml:space="preserve">    (c) not easily set on fire</w:t>
      </w:r>
    </w:p>
    <w:p>
      <w:pPr>
        <w:pStyle w:val="Compact"/>
        <w:numPr>
          <w:ilvl w:val="0"/>
          <w:numId w:val="1001"/>
        </w:numPr>
      </w:pPr>
      <w:r>
        <w:rPr>
          <w:b/>
          <w:bCs/>
        </w:rPr>
        <w:t xml:space="preserve">Sand was used to help slow down the sled at the end of the ride to keep it from crashing, a technique based on the</w:t>
      </w:r>
      <w:r>
        <w:rPr>
          <w:b/>
          <w:bCs/>
        </w:rPr>
        <w:t xml:space="preserve"> </w:t>
      </w:r>
      <w:r>
        <w:rPr>
          <w:b/>
          <w:bCs/>
          <w:u w:val="single"/>
        </w:rPr>
        <w:t xml:space="preserve">principle</w:t>
      </w:r>
      <w:r>
        <w:rPr>
          <w:b/>
          <w:bCs/>
        </w:rPr>
        <w:t xml:space="preserve"> </w:t>
      </w:r>
      <w:r>
        <w:rPr>
          <w:b/>
          <w:bCs/>
        </w:rPr>
        <w:t xml:space="preserve">of friction.</w:t>
      </w:r>
      <w:r>
        <w:br/>
      </w:r>
      <w:r>
        <w:t xml:space="preserve">    (a) the act of forgiving</w:t>
      </w:r>
      <w:r>
        <w:br/>
      </w:r>
      <w:r>
        <w:t xml:space="preserve">    (b) narrow water passage</w:t>
      </w:r>
      <w:r>
        <w:br/>
      </w:r>
      <w:r>
        <w:t xml:space="preserve">    (c) basic rule or belief</w:t>
      </w:r>
    </w:p>
    <w:p>
      <w:pPr>
        <w:pStyle w:val="Compact"/>
        <w:numPr>
          <w:ilvl w:val="0"/>
          <w:numId w:val="1001"/>
        </w:numPr>
      </w:pPr>
      <w:r>
        <w:rPr>
          <w:b/>
          <w:bCs/>
        </w:rPr>
        <w:t xml:space="preserve">In 1955, the nation's first</w:t>
      </w:r>
      <w:r>
        <w:rPr>
          <w:b/>
          <w:bCs/>
        </w:rPr>
        <w:t xml:space="preserve"> </w:t>
      </w:r>
      <w:r>
        <w:rPr>
          <w:b/>
          <w:bCs/>
          <w:u w:val="single"/>
        </w:rPr>
        <w:t xml:space="preserve">theme park</w:t>
      </w:r>
      <w:r>
        <w:rPr>
          <w:b/>
          <w:bCs/>
        </w:rPr>
        <w:t xml:space="preserve"> </w:t>
      </w:r>
      <w:r>
        <w:rPr>
          <w:b/>
          <w:bCs/>
        </w:rPr>
        <w:t xml:space="preserve">opened: Disneyland.</w:t>
      </w:r>
      <w:r>
        <w:br/>
      </w:r>
      <w:r>
        <w:t xml:space="preserve">    (a) an amusement park with one or more basic underlying ideas -- such as the "Magic Kingdom" of Disneyworld</w:t>
      </w:r>
      <w:r>
        <w:br/>
      </w:r>
      <w:r>
        <w:t xml:space="preserve">    (b) a living organism such as a bacterium, or virus that is so small, it can be seen only with a microscope</w:t>
      </w:r>
      <w:r>
        <w:br/>
      </w:r>
      <w:r>
        <w:t xml:space="preserve">    (c) someone who specializes in a branch of psychology concerned with the links between biology and behavior</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2026-07-31T18:47:49Z</dcterms:created>
  <dcterms:modified xsi:type="dcterms:W3CDTF">2026-07-31T18:47:49Z</dcterms:modified>
</cp:coreProperties>
</file>

<file path=docProps/custom.xml><?xml version="1.0" encoding="utf-8"?>
<Properties xmlns="http://schemas.openxmlformats.org/officeDocument/2006/custom-properties" xmlns:vt="http://schemas.openxmlformats.org/officeDocument/2006/docPropsVTypes"/>
</file>