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56e47a1f7bfa82790ac485b913f5dbde9b0ac0"/>
    <w:p>
      <w:pPr>
        <w:pStyle w:val="Heading1"/>
      </w:pPr>
      <w:r>
        <w:rPr>
          <w:b/>
          <w:bCs/>
        </w:rPr>
        <w:t xml:space="preserve">Amistad</w:t>
      </w:r>
      <w:r>
        <w:br/>
      </w:r>
      <w:r>
        <w:rPr>
          <w:i/>
          <w:iCs/>
        </w:rPr>
        <w:t xml:space="preserve">Alexs Pate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mutual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antipathy</w:t>
      </w:r>
      <w:r>
        <w:rPr>
          <w:b/>
          <w:bCs/>
        </w:rPr>
        <w:t xml:space="preserve"> </w:t>
      </w:r>
      <w:r>
        <w:rPr>
          <w:b/>
          <w:bCs/>
        </w:rPr>
        <w:t xml:space="preserve">prevented them from working well together.</w:t>
      </w:r>
      <w:r>
        <w:br/>
      </w:r>
      <w:r>
        <w:t xml:space="preserve">    (a) sympathy</w:t>
      </w:r>
      <w:r>
        <w:br/>
      </w:r>
      <w:r>
        <w:t xml:space="preserve">    (b) strong dislike</w:t>
      </w:r>
      <w:r>
        <w:br/>
      </w:r>
      <w:r>
        <w:t xml:space="preserve">    (c) attraction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museum tested the letter to prove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authenticity</w:t>
      </w:r>
      <w:r>
        <w:rPr>
          <w:b/>
          <w:bCs/>
        </w:rPr>
        <w:t xml:space="preserve">.</w:t>
      </w:r>
      <w:r>
        <w:br/>
      </w:r>
      <w:r>
        <w:t xml:space="preserve">    (a) being genuine</w:t>
      </w:r>
      <w:r>
        <w:br/>
      </w:r>
      <w:r>
        <w:t xml:space="preserve">    (b) being expensive</w:t>
      </w:r>
      <w:r>
        <w:br/>
      </w:r>
      <w:r>
        <w:t xml:space="preserve">    (c) being colorful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estimates that your probability of lung cancer will drop to that of a non-smoker if you haven't already got it 10 to 15 years after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cessation</w:t>
      </w:r>
      <w:r>
        <w:rPr>
          <w:b/>
          <w:bCs/>
        </w:rPr>
        <w:t xml:space="preserve"> </w:t>
      </w:r>
      <w:r>
        <w:rPr>
          <w:b/>
          <w:bCs/>
        </w:rPr>
        <w:t xml:space="preserve">of smoking.</w:t>
      </w:r>
      <w:r>
        <w:br/>
      </w:r>
      <w:r>
        <w:t xml:space="preserve">    (a) the beginning</w:t>
      </w:r>
      <w:r>
        <w:br/>
      </w:r>
      <w:r>
        <w:t xml:space="preserve">    (b) the ending</w:t>
      </w:r>
      <w:r>
        <w:br/>
      </w:r>
      <w:r>
        <w:t xml:space="preserve">    (c) the reducing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clergy</w:t>
      </w:r>
      <w:r>
        <w:rPr>
          <w:b/>
          <w:bCs/>
        </w:rPr>
        <w:t xml:space="preserve"> </w:t>
      </w:r>
      <w:r>
        <w:rPr>
          <w:b/>
          <w:bCs/>
        </w:rPr>
        <w:t xml:space="preserve">met with community leaders after the storm.</w:t>
      </w:r>
      <w:r>
        <w:br/>
      </w:r>
      <w:r>
        <w:t xml:space="preserve">    (a) wealthy donors</w:t>
      </w:r>
      <w:r>
        <w:br/>
      </w:r>
      <w:r>
        <w:t xml:space="preserve">    (b) religious leaders</w:t>
      </w:r>
      <w:r>
        <w:br/>
      </w:r>
      <w:r>
        <w:t xml:space="preserve">    (c) elected officials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Juries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construe</w:t>
      </w:r>
      <w:r>
        <w:rPr>
          <w:b/>
          <w:bCs/>
        </w:rPr>
        <w:t xml:space="preserve"> </w:t>
      </w:r>
      <w:r>
        <w:rPr>
          <w:b/>
          <w:bCs/>
        </w:rPr>
        <w:t xml:space="preserve">evidence to mean something it does not.</w:t>
      </w:r>
      <w:r>
        <w:br/>
      </w:r>
      <w:r>
        <w:t xml:space="preserve">    (a) destroy</w:t>
      </w:r>
      <w:r>
        <w:br/>
      </w:r>
      <w:r>
        <w:t xml:space="preserve">    (b) record</w:t>
      </w:r>
      <w:r>
        <w:br/>
      </w:r>
      <w:r>
        <w:t xml:space="preserve">    (c) interpret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contemptible</w:t>
      </w:r>
      <w:r>
        <w:rPr>
          <w:b/>
          <w:bCs/>
        </w:rPr>
        <w:t xml:space="preserve"> </w:t>
      </w:r>
      <w:r>
        <w:rPr>
          <w:b/>
          <w:bCs/>
        </w:rPr>
        <w:t xml:space="preserve">liar.</w:t>
      </w:r>
      <w:r>
        <w:br/>
      </w:r>
      <w:r>
        <w:t xml:space="preserve">    (a) good (at pretending)</w:t>
      </w:r>
      <w:r>
        <w:br/>
      </w:r>
      <w:r>
        <w:t xml:space="preserve">    (b) deserving no respect</w:t>
      </w:r>
      <w:r>
        <w:br/>
      </w:r>
      <w:r>
        <w:t xml:space="preserve">    (c) unreliable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software does a good job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differentiating</w:t>
      </w:r>
      <w:r>
        <w:rPr>
          <w:b/>
          <w:bCs/>
        </w:rPr>
        <w:t xml:space="preserve"> </w:t>
      </w:r>
      <w:r>
        <w:rPr>
          <w:b/>
          <w:bCs/>
        </w:rPr>
        <w:t xml:space="preserve">between real messages and spam.</w:t>
      </w:r>
      <w:r>
        <w:br/>
      </w:r>
      <w:r>
        <w:t xml:space="preserve">    (a) including everything</w:t>
      </w:r>
      <w:r>
        <w:br/>
      </w:r>
      <w:r>
        <w:t xml:space="preserve">    (b) recognizing difference</w:t>
      </w:r>
      <w:r>
        <w:br/>
      </w:r>
      <w:r>
        <w:t xml:space="preserve">    (c) rapidly switching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victors write the history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</w:t>
      </w:r>
      <w:r>
        <w:rPr>
          <w:b/>
          <w:bCs/>
        </w:rPr>
        <w:t xml:space="preserve"> </w:t>
      </w:r>
      <w:r>
        <w:rPr>
          <w:b/>
          <w:bCs/>
        </w:rPr>
        <w:t xml:space="preserve">their enemies.</w:t>
      </w:r>
      <w:r>
        <w:br/>
      </w:r>
      <w:r>
        <w:t xml:space="preserve">    (a) erase from history</w:t>
      </w:r>
      <w:r>
        <w:br/>
      </w:r>
      <w:r>
        <w:t xml:space="preserve">    (b) defeat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court clerk added the new case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docket</w:t>
      </w:r>
      <w:r>
        <w:rPr>
          <w:b/>
          <w:bCs/>
        </w:rPr>
        <w:t xml:space="preserve"> </w:t>
      </w:r>
      <w:r>
        <w:rPr>
          <w:b/>
          <w:bCs/>
        </w:rPr>
        <w:t xml:space="preserve">for next week.</w:t>
      </w:r>
      <w:r>
        <w:br/>
      </w:r>
      <w:r>
        <w:t xml:space="preserve">    (a) stack of files</w:t>
      </w:r>
      <w:r>
        <w:br/>
      </w:r>
      <w:r>
        <w:t xml:space="preserve">    (b) list of cases</w:t>
      </w:r>
      <w:r>
        <w:br/>
      </w:r>
      <w:r>
        <w:t xml:space="preserve">    (c) private office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Airline tickets, hotels, everything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exorbitant</w:t>
      </w:r>
      <w:r>
        <w:rPr>
          <w:b/>
          <w:bCs/>
        </w:rPr>
        <w:t xml:space="preserve"> </w:t>
      </w:r>
      <w:r>
        <w:rPr>
          <w:b/>
          <w:bCs/>
        </w:rPr>
        <w:t xml:space="preserve">in that city on holiday weekends.</w:t>
      </w:r>
      <w:r>
        <w:br/>
      </w:r>
      <w:r>
        <w:t xml:space="preserve">    (a) a lot more expensive than is reasonable or typical</w:t>
      </w:r>
      <w:r>
        <w:br/>
      </w:r>
      <w:r>
        <w:t xml:space="preserve">    (b) without a tendency to be full of thought</w:t>
      </w:r>
      <w:r>
        <w:br/>
      </w:r>
      <w:r>
        <w:t xml:space="preserve">    (c) lacking a tendency to be full of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story is especially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harrowing</w:t>
      </w:r>
      <w:r>
        <w:rPr>
          <w:b/>
          <w:bCs/>
        </w:rPr>
        <w:t xml:space="preserve"> </w:t>
      </w:r>
      <w:r>
        <w:rPr>
          <w:b/>
          <w:bCs/>
        </w:rPr>
        <w:t xml:space="preserve">because it could have happened to any of us.</w:t>
      </w:r>
      <w:r>
        <w:br/>
      </w:r>
      <w:r>
        <w:t xml:space="preserve">    (a) instructive</w:t>
      </w:r>
      <w:r>
        <w:br/>
      </w:r>
      <w:r>
        <w:t xml:space="preserve">    (b) frightening</w:t>
      </w:r>
      <w:r>
        <w:br/>
      </w:r>
      <w:r>
        <w:t xml:space="preserve">    (c) realistic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witness said he paid the bribe to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intermediary</w:t>
      </w:r>
      <w:r>
        <w:rPr>
          <w:b/>
          <w:bCs/>
        </w:rPr>
        <w:t xml:space="preserve"> </w:t>
      </w:r>
      <w:r>
        <w:rPr>
          <w:b/>
          <w:bCs/>
        </w:rPr>
        <w:t xml:space="preserve">and never spoke with the congressman.</w:t>
      </w:r>
      <w:r>
        <w:br/>
      </w:r>
      <w:r>
        <w:t xml:space="preserve">    (a) foreign account</w:t>
      </w:r>
      <w:r>
        <w:br/>
      </w:r>
      <w:r>
        <w:t xml:space="preserve">    (b) middleman</w:t>
      </w:r>
      <w:r>
        <w:br/>
      </w:r>
      <w:r>
        <w:t xml:space="preserve">    (c) banker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museum displayed maps from the town's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maritime</w:t>
      </w:r>
      <w:r>
        <w:rPr>
          <w:b/>
          <w:bCs/>
        </w:rPr>
        <w:t xml:space="preserve"> </w:t>
      </w:r>
      <w:r>
        <w:rPr>
          <w:b/>
          <w:bCs/>
        </w:rPr>
        <w:t xml:space="preserve">history.</w:t>
      </w:r>
      <w:r>
        <w:br/>
      </w:r>
      <w:r>
        <w:t xml:space="preserve">    (a) related to deserts</w:t>
      </w:r>
      <w:r>
        <w:br/>
      </w:r>
      <w:r>
        <w:t xml:space="preserve">    (b) related to music</w:t>
      </w:r>
      <w:r>
        <w:br/>
      </w:r>
      <w:r>
        <w:t xml:space="preserve">    (c) related to the sea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rebuttal</w:t>
      </w:r>
      <w:r>
        <w:rPr>
          <w:b/>
          <w:bCs/>
        </w:rPr>
        <w:t xml:space="preserve"> </w:t>
      </w:r>
      <w:r>
        <w:rPr>
          <w:b/>
          <w:bCs/>
        </w:rPr>
        <w:t xml:space="preserve">devastated support for the proposal.</w:t>
      </w:r>
      <w:r>
        <w:br/>
      </w:r>
      <w:r>
        <w:t xml:space="preserve">    (a) answering argument</w:t>
      </w:r>
      <w:r>
        <w:br/>
      </w:r>
      <w:r>
        <w:t xml:space="preserve">    (b) refusal to cooperate</w:t>
      </w:r>
      <w:r>
        <w:br/>
      </w:r>
      <w:r>
        <w:t xml:space="preserve">    (c) sympathetic picture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business meeting, they discussed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salient</w:t>
      </w:r>
      <w:r>
        <w:rPr>
          <w:b/>
          <w:bCs/>
        </w:rPr>
        <w:t xml:space="preserve"> </w:t>
      </w:r>
      <w:r>
        <w:rPr>
          <w:b/>
          <w:bCs/>
        </w:rPr>
        <w:t xml:space="preserve">features of the new product that set it apart from the competition.</w:t>
      </w:r>
      <w:r>
        <w:br/>
      </w:r>
      <w:r>
        <w:t xml:space="preserve">    (a) most noteworthy</w:t>
      </w:r>
      <w:r>
        <w:br/>
      </w:r>
      <w:r>
        <w:t xml:space="preserve">    (b) most subtle</w:t>
      </w:r>
      <w:r>
        <w:br/>
      </w:r>
      <w:r>
        <w:t xml:space="preserve">    (c) newest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visited every art museum in New York City, and she still wasn't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satiated</w:t>
      </w:r>
      <w:r>
        <w:rPr>
          <w:b/>
          <w:bCs/>
        </w:rPr>
        <w:t xml:space="preserve">.</w:t>
      </w:r>
      <w:r>
        <w:br/>
      </w:r>
      <w:r>
        <w:t xml:space="preserve">    (a) knowledgeable</w:t>
      </w:r>
      <w:r>
        <w:br/>
      </w:r>
      <w:r>
        <w:t xml:space="preserve">    (b) tired</w:t>
      </w:r>
      <w:r>
        <w:br/>
      </w:r>
      <w:r>
        <w:t xml:space="preserve">    (c) satisfied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spurious</w:t>
      </w:r>
      <w:r>
        <w:rPr>
          <w:b/>
          <w:bCs/>
        </w:rPr>
        <w:t xml:space="preserve"> </w:t>
      </w:r>
      <w:r>
        <w:rPr>
          <w:b/>
          <w:bCs/>
        </w:rPr>
        <w:t xml:space="preserve">claim has already been dismissed by the court.</w:t>
      </w:r>
      <w:r>
        <w:br/>
      </w:r>
      <w:r>
        <w:t xml:space="preserve">    (a) false</w:t>
      </w:r>
      <w:r>
        <w:br/>
      </w:r>
      <w:r>
        <w:t xml:space="preserve">    (b) the quality of behaving in an instinctive, uninhibited, and unplanned manner</w:t>
      </w:r>
      <w:r>
        <w:br/>
      </w:r>
      <w:r>
        <w:t xml:space="preserve">    (c) the state or degree of having the ability to change for different situations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bandits planned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waylay</w:t>
      </w:r>
      <w:r>
        <w:rPr>
          <w:b/>
          <w:bCs/>
        </w:rPr>
        <w:t xml:space="preserve"> </w:t>
      </w:r>
      <w:r>
        <w:rPr>
          <w:b/>
          <w:bCs/>
        </w:rPr>
        <w:t xml:space="preserve">travelers on the narrow mountain path.</w:t>
      </w:r>
      <w:r>
        <w:br/>
      </w:r>
      <w:r>
        <w:t xml:space="preserve">    (a) stop unexpectedly</w:t>
      </w:r>
      <w:r>
        <w:br/>
      </w:r>
      <w:r>
        <w:t xml:space="preserve">    (b) spy upon</w:t>
      </w:r>
      <w:r>
        <w:br/>
      </w:r>
      <w:r>
        <w:t xml:space="preserve">    (c) follow quietly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wrested</w:t>
      </w:r>
      <w:r>
        <w:rPr>
          <w:b/>
          <w:bCs/>
        </w:rPr>
        <w:t xml:space="preserve"> </w:t>
      </w:r>
      <w:r>
        <w:rPr>
          <w:b/>
          <w:bCs/>
        </w:rPr>
        <w:t xml:space="preserve">power from the old government.</w:t>
      </w:r>
      <w:r>
        <w:br/>
      </w:r>
      <w:r>
        <w:t xml:space="preserve">    (a) took</w:t>
      </w:r>
      <w:r>
        <w:br/>
      </w:r>
      <w:r>
        <w:t xml:space="preserve">    (b) gave</w:t>
      </w:r>
      <w:r>
        <w:br/>
      </w:r>
      <w:r>
        <w:t xml:space="preserve">    (c) understood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writ</w:t>
      </w:r>
      <w:r>
        <w:rPr>
          <w:b/>
          <w:bCs/>
        </w:rPr>
        <w:t xml:space="preserve"> </w:t>
      </w:r>
      <w:r>
        <w:rPr>
          <w:b/>
          <w:bCs/>
        </w:rPr>
        <w:t xml:space="preserve">of habeas corpus, but the right was temporarily suspended in the troubled country.</w:t>
      </w:r>
      <w:r>
        <w:br/>
      </w:r>
      <w:r>
        <w:t xml:space="preserve">    (a) plot</w:t>
      </w:r>
      <w:r>
        <w:br/>
      </w:r>
      <w:r>
        <w:t xml:space="preserve">    (b) type</w:t>
      </w:r>
      <w:r>
        <w:br/>
      </w:r>
      <w:r>
        <w:t xml:space="preserve">    (c) order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2026-07-31T18:26:47Z</dcterms:created>
  <dcterms:modified xsi:type="dcterms:W3CDTF">2026-07-31T18:26:47Z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