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amistad-alexs-pate-vocabulary-in-context"/>
    <w:p>
      <w:pPr>
        <w:pStyle w:val="Heading1"/>
      </w:pPr>
      <w:r>
        <w:rPr>
          <w:b/>
          <w:bCs/>
        </w:rPr>
        <w:t xml:space="preserve">Amistad</w:t>
      </w:r>
      <w:r>
        <w:br/>
      </w:r>
      <w:r>
        <w:rPr>
          <w:i/>
          <w:iCs/>
        </w:rPr>
        <w:t xml:space="preserve">Alexs Pate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slave boy had been condescending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contemptuous</w:t>
      </w:r>
      <w:r>
        <w:rPr>
          <w:b/>
          <w:bCs/>
        </w:rPr>
        <w:t xml:space="preserve"> </w:t>
      </w:r>
      <w:r>
        <w:rPr>
          <w:b/>
          <w:bCs/>
        </w:rPr>
        <w:t xml:space="preserve">of them all during the journey, but he hated seeing any man a slave.</w:t>
      </w:r>
      <w:r>
        <w:br/>
      </w:r>
      <w:r>
        <w:t xml:space="preserve">    (a) able to be disagreed with</w:t>
      </w:r>
      <w:r>
        <w:br/>
      </w:r>
      <w:r>
        <w:t xml:space="preserve">    (b) showing a lack of respect</w:t>
      </w:r>
      <w:r>
        <w:br/>
      </w:r>
      <w:r>
        <w:t xml:space="preserve">    (c) not tending to find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Once more, sir, and you will be cited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.</w:t>
      </w:r>
      <w:r>
        <w:br/>
      </w:r>
      <w:r>
        <w:t xml:space="preserve">    (a) the crime of willful disobedience to or disrespect for the authority of a court</w:t>
      </w:r>
      <w:r>
        <w:br/>
      </w:r>
      <w:r>
        <w:t xml:space="preserve">    (b) growth hormone -- a hormone produced by the anterior pituitary gland that promotes growth in humans</w:t>
      </w:r>
      <w:r>
        <w:br/>
      </w:r>
      <w:r>
        <w:t xml:space="preserve">    (c) gland located near the base of the neck that, amongst other things, regulates growth and metabolism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could take weeks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.</w:t>
      </w:r>
      <w:r>
        <w:br/>
      </w:r>
      <w:r>
        <w:t xml:space="preserve">    (a) work or operate</w:t>
      </w:r>
      <w:r>
        <w:br/>
      </w:r>
      <w:r>
        <w:t xml:space="preserve">    (b) strongly desire</w:t>
      </w:r>
      <w:r>
        <w:br/>
      </w:r>
      <w:r>
        <w:t xml:space="preserve">    (c) settle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a man steeped in hope, determination,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.</w:t>
      </w:r>
      <w:r>
        <w:br/>
      </w:r>
      <w:r>
        <w:t xml:space="preserve">    (a) wrongly translating</w:t>
      </w:r>
      <w:r>
        <w:br/>
      </w:r>
      <w:r>
        <w:t xml:space="preserve">    (b) difficult situation</w:t>
      </w:r>
      <w:r>
        <w:br/>
      </w:r>
      <w:r>
        <w:t xml:space="preserve">    (c) firmness of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anything has come to us that will finally draw the questions of slavery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abolition</w:t>
      </w:r>
      <w:r>
        <w:rPr>
          <w:b/>
          <w:bCs/>
        </w:rPr>
        <w:t xml:space="preserve"> </w:t>
      </w:r>
      <w:r>
        <w:rPr>
          <w:b/>
          <w:bCs/>
        </w:rPr>
        <w:t xml:space="preserve">into public debate, it is this event.</w:t>
      </w:r>
      <w:r>
        <w:br/>
      </w:r>
      <w:r>
        <w:t xml:space="preserve">    (a) groupings of Egyptian rulers sharing a common origin some time between 3150 BC when Upper and Lower Egypt were united, and 31 BC when Rome conquered Egypt</w:t>
      </w:r>
      <w:r>
        <w:br/>
      </w:r>
      <w:r>
        <w:t xml:space="preserve">    (b) obsessive-compulsive disorder -- an anxiety disorder characterized by recurrent and persistent thoughts and feelings and repetitive, ritualized behaviors</w:t>
      </w:r>
      <w:r>
        <w:br/>
      </w:r>
      <w:r>
        <w:t xml:space="preserve">    (c) the act of formally ending a system, practice, or institution -- most often used to refer to the movement to end slavery when no specific system is named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also saw a gradual end to slavery as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prudent</w:t>
      </w:r>
      <w:r>
        <w:rPr>
          <w:b/>
          <w:bCs/>
        </w:rPr>
        <w:t xml:space="preserve"> </w:t>
      </w:r>
      <w:r>
        <w:rPr>
          <w:b/>
          <w:bCs/>
        </w:rPr>
        <w:t xml:space="preserve">way to solve the problem.</w:t>
      </w:r>
      <w:r>
        <w:br/>
      </w:r>
      <w:r>
        <w:t xml:space="preserve">    (a) not demonstrative of</w:t>
      </w:r>
      <w:r>
        <w:br/>
      </w:r>
      <w:r>
        <w:t xml:space="preserve">    (b) sincerity (realness)</w:t>
      </w:r>
      <w:r>
        <w:br/>
      </w:r>
      <w:r>
        <w:t xml:space="preserve">    (c)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 speak Mandingo with him, but he only knew a little, and only the northern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dialect</w:t>
      </w:r>
      <w:r>
        <w:rPr>
          <w:b/>
          <w:bCs/>
        </w:rPr>
        <w:t xml:space="preserve">.</w:t>
      </w:r>
      <w:r>
        <w:br/>
      </w:r>
      <w:r>
        <w:t xml:space="preserve">    (a) a change; or a changed version</w:t>
      </w:r>
      <w:r>
        <w:br/>
      </w:r>
      <w:r>
        <w:t xml:space="preserve">    (b) regional variety of a language</w:t>
      </w:r>
      <w:r>
        <w:br/>
      </w:r>
      <w:r>
        <w:t xml:space="preserve">    (c) a type of small portable radio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 black miscreants who perpetrated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mutiny</w:t>
      </w:r>
      <w:r>
        <w:rPr>
          <w:b/>
          <w:bCs/>
        </w:rPr>
        <w:t xml:space="preserve">, murder, and the repeated torture of my clients during a harrowing voyage of more than eight weeks.</w:t>
      </w:r>
      <w:r>
        <w:br/>
      </w:r>
      <w:r>
        <w:t xml:space="preserve">    (a) utter obscenities or profanities; or to speak disrespectfully of something considered sacred</w:t>
      </w:r>
      <w:r>
        <w:br/>
      </w:r>
      <w:r>
        <w:t xml:space="preserve">    (b) open rebellion against authority -- especially by seamen or soldiers against their officers</w:t>
      </w:r>
      <w:r>
        <w:br/>
      </w:r>
      <w:r>
        <w:t xml:space="preserve">    (c) a legal order requiring witnesses to appear, or documents related to an appeal be provided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Won't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testimony</w:t>
      </w:r>
      <w:r>
        <w:rPr>
          <w:b/>
          <w:bCs/>
        </w:rPr>
        <w:t xml:space="preserve"> </w:t>
      </w:r>
      <w:r>
        <w:rPr>
          <w:b/>
          <w:bCs/>
        </w:rPr>
        <w:t xml:space="preserve">validate that they are, in fact, Africans?</w:t>
      </w:r>
      <w:r>
        <w:br/>
      </w:r>
      <w:r>
        <w:t xml:space="preserve">    (a) an atom that has acquired an electrical charge by the loss or gain of an electron</w:t>
      </w:r>
      <w:r>
        <w:br/>
      </w:r>
      <w:r>
        <w:t xml:space="preserve">    (b) statements that serve as evidence</w:t>
      </w:r>
      <w:r>
        <w:br/>
      </w:r>
      <w:r>
        <w:t xml:space="preserve">    (c) an organ attached to the wall of the uterus to nourish the fetus during pregnancy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defense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divined</w:t>
      </w:r>
      <w:r>
        <w:rPr>
          <w:b/>
          <w:bCs/>
        </w:rPr>
        <w:t xml:space="preserve"> </w:t>
      </w:r>
      <w:r>
        <w:rPr>
          <w:b/>
          <w:bCs/>
        </w:rPr>
        <w:t xml:space="preserve">what they could from the notes but...</w:t>
      </w:r>
      <w:r>
        <w:br/>
      </w:r>
      <w:r>
        <w:t xml:space="preserve">    (a) discovered</w:t>
      </w:r>
      <w:r>
        <w:br/>
      </w:r>
      <w:r>
        <w:t xml:space="preserve">    (b) subtracted</w:t>
      </w:r>
      <w:r>
        <w:br/>
      </w:r>
      <w:r>
        <w:t xml:space="preserve">    (c)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...made it probable that it was nothing less than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intervention by the Almighty on behalf of the cause.</w:t>
      </w:r>
      <w:r>
        <w:br/>
      </w:r>
      <w:r>
        <w:t xml:space="preserve">    (a) wonderful; or coming from God</w:t>
      </w:r>
      <w:r>
        <w:br/>
      </w:r>
      <w:r>
        <w:t xml:space="preserve">    (b) the quality of being sensible and careful</w:t>
      </w:r>
      <w:r>
        <w:br/>
      </w:r>
      <w:r>
        <w:t xml:space="preserve">    (c) unable or difficult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particular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cited</w:t>
      </w:r>
      <w:r>
        <w:rPr>
          <w:b/>
          <w:bCs/>
        </w:rPr>
        <w:t xml:space="preserve"> </w:t>
      </w:r>
      <w:r>
        <w:rPr>
          <w:b/>
          <w:bCs/>
        </w:rPr>
        <w:t xml:space="preserve">the Treaty's provision permitting America's armed vessels to cruise in search of suspected slavers.</w:t>
      </w:r>
      <w:r>
        <w:br/>
      </w:r>
      <w:r>
        <w:t xml:space="preserve">    (a) mirrored back (an image)</w:t>
      </w:r>
      <w:r>
        <w:br/>
      </w:r>
      <w:r>
        <w:t xml:space="preserve">    (b) mentioned (to make a point)</w:t>
      </w:r>
      <w:r>
        <w:br/>
      </w:r>
      <w:r>
        <w:t xml:space="preserve">    (c) took up the attention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cited</w:t>
      </w:r>
      <w:r>
        <w:rPr>
          <w:b/>
          <w:bCs/>
        </w:rPr>
        <w:t xml:space="preserve"> </w:t>
      </w:r>
      <w:r>
        <w:rPr>
          <w:b/>
          <w:bCs/>
        </w:rPr>
        <w:t xml:space="preserve">for contempt of this court.</w:t>
      </w:r>
      <w:r>
        <w:br/>
      </w:r>
      <w:r>
        <w:t xml:space="preserve">    (a) selected (on a computer screen)</w:t>
      </w:r>
      <w:r>
        <w:br/>
      </w:r>
      <w:r>
        <w:t xml:space="preserve">    (b) learned, discovered, or decided</w:t>
      </w:r>
      <w:r>
        <w:br/>
      </w:r>
      <w:r>
        <w:t xml:space="preserve">    (c) charged (with breaking the law)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the prosecutor has said that the case of the Amistad is nearly identical, I believe we have heard Lieutenant Gedney's testimony to reveal a major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discrepancy</w:t>
      </w:r>
      <w:r>
        <w:rPr>
          <w:b/>
          <w:bCs/>
        </w:rPr>
        <w:t xml:space="preserve">.</w:t>
      </w:r>
      <w:r>
        <w:br/>
      </w:r>
      <w:r>
        <w:t xml:space="preserve">    (a) an unexpected difference between two things</w:t>
      </w:r>
      <w:r>
        <w:br/>
      </w:r>
      <w:r>
        <w:t xml:space="preserve">    (b) the act of taking something on as one's own</w:t>
      </w:r>
      <w:r>
        <w:br/>
      </w:r>
      <w:r>
        <w:t xml:space="preserve">    (c) something that helps clarify or demonstrate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Ellsworth went into extensive questioning of both Green and Fordham, trying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that they had come across the Amistad first.</w:t>
      </w:r>
      <w:r>
        <w:br/>
      </w:r>
      <w:r>
        <w:t xml:space="preserve">    (a) show</w:t>
      </w:r>
      <w:r>
        <w:br/>
      </w:r>
      <w:r>
        <w:t xml:space="preserve">    (b) accept as true (without proof)</w:t>
      </w:r>
      <w:r>
        <w:br/>
      </w:r>
      <w:r>
        <w:t xml:space="preserve">    (c) take (power or responsibility)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Mende Mission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in 1842 by William Raymond after James Steele and Henry Wilson decided to return to America.</w:t>
      </w:r>
      <w:r>
        <w:br/>
      </w:r>
      <w:r>
        <w:t xml:space="preserve">    (a) not having a relationship whereby a change in one thing helps predict a change in another</w:t>
      </w:r>
      <w:r>
        <w:br/>
      </w:r>
      <w:r>
        <w:t xml:space="preserve">    (b) persuaded someone to want something (often sex or love) by tempting with something desired</w:t>
      </w:r>
      <w:r>
        <w:br/>
      </w:r>
      <w:r>
        <w:t xml:space="preserve">    (c) founded (started)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Andrew Judson sat at the large oak desk in his study reading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depositions</w:t>
      </w:r>
      <w:r>
        <w:rPr>
          <w:b/>
          <w:bCs/>
        </w:rPr>
        <w:t xml:space="preserve"> </w:t>
      </w:r>
      <w:r>
        <w:rPr>
          <w:b/>
          <w:bCs/>
        </w:rPr>
        <w:t xml:space="preserve">for an upcoming trial.</w:t>
      </w:r>
      <w:r>
        <w:br/>
      </w:r>
      <w:r>
        <w:t xml:space="preserve">    (a) transcripts of pretrial questioning of witnesses</w:t>
      </w:r>
      <w:r>
        <w:br/>
      </w:r>
      <w:r>
        <w:t xml:space="preserve">    (b) judgments, rough calculations or guesses of qualities or values</w:t>
      </w:r>
      <w:r>
        <w:br/>
      </w:r>
      <w:r>
        <w:t xml:space="preserve">    (c) groups formed to discuss or offer insight on a particular topic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"Just after dark," Antonio said through a Spanish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.</w:t>
      </w:r>
      <w:r>
        <w:br/>
      </w:r>
      <w:r>
        <w:t xml:space="preserve">    (a) someone who translates language</w:t>
      </w:r>
      <w:r>
        <w:br/>
      </w:r>
      <w:r>
        <w:t xml:space="preserve">    (b) people who criticize or condemn</w:t>
      </w:r>
      <w:r>
        <w:br/>
      </w:r>
      <w:r>
        <w:t xml:space="preserve">    (c) someone who extensively damages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excuse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refuted</w:t>
      </w:r>
      <w:r>
        <w:rPr>
          <w:b/>
          <w:bCs/>
        </w:rPr>
        <w:t xml:space="preserve">.</w:t>
      </w:r>
      <w:r>
        <w:br/>
      </w:r>
      <w:r>
        <w:t xml:space="preserve">    (a) was attractive or desirable</w:t>
      </w:r>
      <w:r>
        <w:br/>
      </w:r>
      <w:r>
        <w:t xml:space="preserve">    (b) not wanting to do something</w:t>
      </w:r>
      <w:r>
        <w:br/>
      </w:r>
      <w:r>
        <w:t xml:space="preserve">    (c) argued against or disproven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"...his impressions were highly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prejudiced</w:t>
      </w:r>
      <w:r>
        <w:rPr>
          <w:b/>
          <w:bCs/>
        </w:rPr>
        <w:t xml:space="preserve"> </w:t>
      </w:r>
      <w:r>
        <w:rPr>
          <w:b/>
          <w:bCs/>
        </w:rPr>
        <w:t xml:space="preserve">in favor of the blacks and against the Spanish slave owners."</w:t>
      </w:r>
      <w:r>
        <w:br/>
      </w:r>
      <w:r>
        <w:t xml:space="preserve">    (a) corrupted or seduced from virtue, duty, or allegiance  OR  excessively drank, engaged in casual sex, and/or drug abuse while partying</w:t>
      </w:r>
      <w:r>
        <w:br/>
      </w:r>
      <w:r>
        <w:t xml:space="preserve">    (b) injured the ligaments of a joint by stretching them too far (ligaments are the tough, fibrous bands that connect bones across joints)</w:t>
      </w:r>
      <w:r>
        <w:br/>
      </w:r>
      <w:r>
        <w:t xml:space="preserve">    (c) with beliefs or feelings that prevent objective consideration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2026-07-31T18:26:47Z</dcterms:created>
  <dcterms:modified xsi:type="dcterms:W3CDTF">2026-07-31T18:26:47Z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