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0640850a7719ae64175667c17486a7272a05a61"/>
    <w:p>
      <w:pPr>
        <w:pStyle w:val="Heading1"/>
      </w:pPr>
      <w:r>
        <w:rPr>
          <w:b/>
          <w:bCs/>
        </w:rPr>
        <w:t xml:space="preserve">Always Running</w:t>
      </w:r>
      <w:r>
        <w:br/>
      </w:r>
      <w:r>
        <w:rPr>
          <w:i/>
          <w:iCs/>
        </w:rPr>
        <w:t xml:space="preserve">Luis J. Rodriguez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undertook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arduous</w:t>
      </w:r>
      <w:r>
        <w:rPr>
          <w:b/>
          <w:bCs/>
        </w:rPr>
        <w:t xml:space="preserve"> </w:t>
      </w:r>
      <w:r>
        <w:rPr>
          <w:b/>
          <w:bCs/>
        </w:rPr>
        <w:t xml:space="preserve">work of caring for twins.</w:t>
      </w:r>
      <w:r>
        <w:br/>
      </w:r>
      <w:r>
        <w:t xml:space="preserve">    (a) difficult</w:t>
      </w:r>
      <w:r>
        <w:br/>
      </w:r>
      <w:r>
        <w:t xml:space="preserve">    (b) profitable</w:t>
      </w:r>
      <w:r>
        <w:br/>
      </w:r>
      <w:r>
        <w:t xml:space="preserve">    (c) rewarding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performer chose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Bombay</w:t>
      </w:r>
      <w:r>
        <w:rPr>
          <w:b/>
          <w:bCs/>
        </w:rPr>
        <w:t xml:space="preserve"> </w:t>
      </w:r>
      <w:r>
        <w:rPr>
          <w:b/>
          <w:bCs/>
        </w:rPr>
        <w:t xml:space="preserve">as a good word to rhyme with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today</w:t>
      </w:r>
      <w:r>
        <w:rPr>
          <w:b/>
          <w:bCs/>
        </w:rPr>
        <w:t xml:space="preserve">, but India's Central Board of Film Certification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censored</w:t>
      </w:r>
      <w:r>
        <w:rPr>
          <w:b/>
          <w:bCs/>
        </w:rPr>
        <w:t xml:space="preserve"> </w:t>
      </w:r>
      <w:r>
        <w:rPr>
          <w:b/>
          <w:bCs/>
        </w:rPr>
        <w:t xml:space="preserve">the word and replaced it with a beep.</w:t>
      </w:r>
      <w:r>
        <w:br/>
      </w:r>
      <w:r>
        <w:t xml:space="preserve">    (a) removed</w:t>
      </w:r>
      <w:r>
        <w:br/>
      </w:r>
      <w:r>
        <w:t xml:space="preserve">    (b) improved</w:t>
      </w:r>
      <w:r>
        <w:br/>
      </w:r>
      <w:r>
        <w:t xml:space="preserve">    (c) reinforced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argument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coherent</w:t>
      </w:r>
      <w:r>
        <w:rPr>
          <w:b/>
          <w:bCs/>
        </w:rPr>
        <w:t xml:space="preserve">.</w:t>
      </w:r>
      <w:r>
        <w:br/>
      </w:r>
      <w:r>
        <w:t xml:space="preserve">    (a) sensible and clear</w:t>
      </w:r>
      <w:r>
        <w:br/>
      </w:r>
      <w:r>
        <w:t xml:space="preserve">    (b) unreasonable</w:t>
      </w:r>
      <w:r>
        <w:br/>
      </w:r>
      <w:r>
        <w:t xml:space="preserve">    (c) fragmented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cannot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condone</w:t>
      </w:r>
      <w:r>
        <w:rPr>
          <w:b/>
          <w:bCs/>
        </w:rPr>
        <w:t xml:space="preserve"> </w:t>
      </w:r>
      <w:r>
        <w:rPr>
          <w:b/>
          <w:bCs/>
        </w:rPr>
        <w:t xml:space="preserve">such behavior.</w:t>
      </w:r>
      <w:r>
        <w:br/>
      </w:r>
      <w:r>
        <w:t xml:space="preserve">    (a) approve of</w:t>
      </w:r>
      <w:r>
        <w:br/>
      </w:r>
      <w:r>
        <w:t xml:space="preserve">    (b) insure</w:t>
      </w:r>
      <w:r>
        <w:br/>
      </w:r>
      <w:r>
        <w:t xml:space="preserve">    (c)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confided</w:t>
      </w:r>
      <w:r>
        <w:rPr>
          <w:b/>
          <w:bCs/>
        </w:rPr>
        <w:t xml:space="preserve"> </w:t>
      </w:r>
      <w:r>
        <w:rPr>
          <w:b/>
          <w:bCs/>
        </w:rPr>
        <w:t xml:space="preserve">in her parents.</w:t>
      </w:r>
      <w:r>
        <w:br/>
      </w:r>
      <w:r>
        <w:t xml:space="preserve">    (a) trusted</w:t>
      </w:r>
      <w:r>
        <w:br/>
      </w:r>
      <w:r>
        <w:t xml:space="preserve">    (b) was proud</w:t>
      </w:r>
      <w:r>
        <w:br/>
      </w:r>
      <w:r>
        <w:t xml:space="preserve">    (c) didn't trust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want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constraints</w:t>
      </w:r>
      <w:r>
        <w:rPr>
          <w:b/>
          <w:bCs/>
        </w:rPr>
        <w:t xml:space="preserve"> </w:t>
      </w:r>
      <w:r>
        <w:rPr>
          <w:b/>
          <w:bCs/>
        </w:rPr>
        <w:t xml:space="preserve">on her power to spend taxpayer funds.</w:t>
      </w:r>
      <w:r>
        <w:br/>
      </w:r>
      <w:r>
        <w:t xml:space="preserve">    (a) flexibility</w:t>
      </w:r>
      <w:r>
        <w:br/>
      </w:r>
      <w:r>
        <w:t xml:space="preserve">    (b) limitations</w:t>
      </w:r>
      <w:r>
        <w:br/>
      </w:r>
      <w:r>
        <w:t xml:space="preserve">    (c) increases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Crews spent hours clearing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debris</w:t>
      </w:r>
      <w:r>
        <w:rPr>
          <w:b/>
          <w:bCs/>
        </w:rPr>
        <w:t xml:space="preserve"> </w:t>
      </w:r>
      <w:r>
        <w:rPr>
          <w:b/>
          <w:bCs/>
        </w:rPr>
        <w:t xml:space="preserve">from the highway after the crash.</w:t>
      </w:r>
      <w:r>
        <w:br/>
      </w:r>
      <w:r>
        <w:t xml:space="preserve">    (a) valuable items</w:t>
      </w:r>
      <w:r>
        <w:br/>
      </w:r>
      <w:r>
        <w:t xml:space="preserve">    (b) scattered wreckage</w:t>
      </w:r>
      <w:r>
        <w:br/>
      </w:r>
      <w:r>
        <w:t xml:space="preserve">    (c) intact structures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nothing but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disdain</w:t>
      </w:r>
      <w:r>
        <w:rPr>
          <w:b/>
          <w:bCs/>
        </w:rPr>
        <w:t xml:space="preserve"> </w:t>
      </w:r>
      <w:r>
        <w:rPr>
          <w:b/>
          <w:bCs/>
        </w:rPr>
        <w:t xml:space="preserve">for the notion that common people can regulate their own lives better than she can.</w:t>
      </w:r>
      <w:r>
        <w:br/>
      </w:r>
      <w:r>
        <w:t xml:space="preserve">    (a) humility</w:t>
      </w:r>
      <w:r>
        <w:br/>
      </w:r>
      <w:r>
        <w:t xml:space="preserve">    (b) lack of respect</w:t>
      </w:r>
      <w:r>
        <w:br/>
      </w:r>
      <w:r>
        <w:t xml:space="preserve">    (c) intense anger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her behavior does not improve, she could face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expulsion</w:t>
      </w:r>
      <w:r>
        <w:rPr>
          <w:b/>
          <w:bCs/>
        </w:rPr>
        <w:t xml:space="preserve"> </w:t>
      </w:r>
      <w:r>
        <w:rPr>
          <w:b/>
          <w:bCs/>
        </w:rPr>
        <w:t xml:space="preserve">from school.</w:t>
      </w:r>
      <w:r>
        <w:br/>
      </w:r>
      <w:r>
        <w:t xml:space="preserve">    (a) having to repeat a grade</w:t>
      </w:r>
      <w:r>
        <w:br/>
      </w:r>
      <w:r>
        <w:t xml:space="preserve">    (b) serious punishment</w:t>
      </w:r>
      <w:r>
        <w:br/>
      </w:r>
      <w:r>
        <w:t xml:space="preserve">    (c) being forcing to leave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that time, most of the people who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immigrated</w:t>
      </w:r>
      <w:r>
        <w:rPr>
          <w:b/>
          <w:bCs/>
        </w:rPr>
        <w:t xml:space="preserve"> </w:t>
      </w:r>
      <w:r>
        <w:rPr>
          <w:b/>
          <w:bCs/>
        </w:rPr>
        <w:t xml:space="preserve">to the United States came from Latin America and Asia.</w:t>
      </w:r>
      <w:r>
        <w:br/>
      </w:r>
      <w:r>
        <w:t xml:space="preserve">    (a) relocated</w:t>
      </w:r>
      <w:r>
        <w:br/>
      </w:r>
      <w:r>
        <w:t xml:space="preserve">    (b) visited</w:t>
      </w:r>
      <w:r>
        <w:br/>
      </w:r>
      <w:r>
        <w:t xml:space="preserve">    (c) exported goods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rumors were spread by her enemies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incite</w:t>
      </w:r>
      <w:r>
        <w:rPr>
          <w:b/>
          <w:bCs/>
        </w:rPr>
        <w:t xml:space="preserve"> </w:t>
      </w:r>
      <w:r>
        <w:rPr>
          <w:b/>
          <w:bCs/>
        </w:rPr>
        <w:t xml:space="preserve">the people against her.</w:t>
      </w:r>
      <w:r>
        <w:br/>
      </w:r>
      <w:r>
        <w:t xml:space="preserve">    (a) calm the anger of</w:t>
      </w:r>
      <w:r>
        <w:br/>
      </w:r>
      <w:r>
        <w:t xml:space="preserve">    (b) provoke</w:t>
      </w:r>
      <w:r>
        <w:br/>
      </w:r>
      <w:r>
        <w:t xml:space="preserve">    (c) distract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irate</w:t>
      </w:r>
      <w:r>
        <w:rPr>
          <w:b/>
          <w:bCs/>
        </w:rPr>
        <w:t xml:space="preserve"> </w:t>
      </w:r>
      <w:r>
        <w:rPr>
          <w:b/>
          <w:bCs/>
        </w:rPr>
        <w:t xml:space="preserve">customer was yelling at the manager.</w:t>
      </w:r>
      <w:r>
        <w:br/>
      </w:r>
      <w:r>
        <w:t xml:space="preserve">    (a) extremely angry</w:t>
      </w:r>
      <w:r>
        <w:br/>
      </w:r>
      <w:r>
        <w:t xml:space="preserve">    (b) extremely big</w:t>
      </w:r>
      <w:r>
        <w:br/>
      </w:r>
      <w:r>
        <w:t xml:space="preserve">    (c) extremely loud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writes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liberate</w:t>
      </w:r>
      <w:r>
        <w:rPr>
          <w:b/>
          <w:bCs/>
        </w:rPr>
        <w:t xml:space="preserve"> </w:t>
      </w:r>
      <w:r>
        <w:rPr>
          <w:b/>
          <w:bCs/>
        </w:rPr>
        <w:t xml:space="preserve">her readers from social conformity.</w:t>
      </w:r>
      <w:r>
        <w:br/>
      </w:r>
      <w:r>
        <w:t xml:space="preserve">    (a) instruct</w:t>
      </w:r>
      <w:r>
        <w:br/>
      </w:r>
      <w:r>
        <w:t xml:space="preserve">    (b) teach</w:t>
      </w:r>
      <w:r>
        <w:br/>
      </w:r>
      <w:r>
        <w:t xml:space="preserve">    (c) free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second paragraph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primarily</w:t>
      </w:r>
      <w:r>
        <w:rPr>
          <w:b/>
          <w:bCs/>
        </w:rPr>
        <w:t xml:space="preserve"> </w:t>
      </w:r>
      <w:r>
        <w:rPr>
          <w:b/>
          <w:bCs/>
        </w:rPr>
        <w:t xml:space="preserve">concerned with showing how the colleges are different.</w:t>
      </w:r>
      <w:r>
        <w:br/>
      </w:r>
      <w:r>
        <w:t xml:space="preserve">    (a) mainly</w:t>
      </w:r>
      <w:r>
        <w:br/>
      </w:r>
      <w:r>
        <w:t xml:space="preserve">    (b) secretly</w:t>
      </w:r>
      <w:r>
        <w:br/>
      </w:r>
      <w:r>
        <w:t xml:space="preserve">    (c) barely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program helps injured athletes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rehabilitate</w:t>
      </w:r>
      <w:r>
        <w:rPr>
          <w:b/>
          <w:bCs/>
        </w:rPr>
        <w:t xml:space="preserve"> </w:t>
      </w:r>
      <w:r>
        <w:rPr>
          <w:b/>
          <w:bCs/>
        </w:rPr>
        <w:t xml:space="preserve">their muscles after surgery.</w:t>
      </w:r>
      <w:r>
        <w:br/>
      </w:r>
      <w:r>
        <w:t xml:space="preserve">    (a) hide from public view</w:t>
      </w:r>
      <w:r>
        <w:br/>
      </w:r>
      <w:r>
        <w:t xml:space="preserve">    (b) judge as impossible</w:t>
      </w:r>
      <w:r>
        <w:br/>
      </w:r>
      <w:r>
        <w:t xml:space="preserve">    (c) restore to good condition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silence seemed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signify</w:t>
      </w:r>
      <w:r>
        <w:rPr>
          <w:b/>
          <w:bCs/>
        </w:rPr>
        <w:t xml:space="preserve"> </w:t>
      </w:r>
      <w:r>
        <w:rPr>
          <w:b/>
          <w:bCs/>
        </w:rPr>
        <w:t xml:space="preserve">that she disagreed.</w:t>
      </w:r>
      <w:r>
        <w:br/>
      </w:r>
      <w:r>
        <w:t xml:space="preserve">    (a) delay</w:t>
      </w:r>
      <w:r>
        <w:br/>
      </w:r>
      <w:r>
        <w:t xml:space="preserve">    (b) indicate</w:t>
      </w:r>
      <w:r>
        <w:br/>
      </w:r>
      <w:r>
        <w:t xml:space="preserve">    (c) repeat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movie, there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sinister</w:t>
      </w:r>
      <w:r>
        <w:rPr>
          <w:b/>
          <w:bCs/>
        </w:rPr>
        <w:t xml:space="preserve"> </w:t>
      </w:r>
      <w:r>
        <w:rPr>
          <w:b/>
          <w:bCs/>
        </w:rPr>
        <w:t xml:space="preserve">plot to kill people and harvest their organs.</w:t>
      </w:r>
      <w:r>
        <w:br/>
      </w:r>
      <w:r>
        <w:t xml:space="preserve">    (a) complicated</w:t>
      </w:r>
      <w:r>
        <w:br/>
      </w:r>
      <w:r>
        <w:t xml:space="preserve">    (b) clever</w:t>
      </w:r>
      <w:r>
        <w:br/>
      </w:r>
      <w:r>
        <w:t xml:space="preserve">    (c) evil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open restaurants in nice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suburban</w:t>
      </w:r>
      <w:r>
        <w:rPr>
          <w:b/>
          <w:bCs/>
        </w:rPr>
        <w:t xml:space="preserve"> </w:t>
      </w:r>
      <w:r>
        <w:rPr>
          <w:b/>
          <w:bCs/>
        </w:rPr>
        <w:t xml:space="preserve">areas.</w:t>
      </w:r>
      <w:r>
        <w:br/>
      </w:r>
      <w:r>
        <w:t xml:space="preserve">    (a) located far from any city</w:t>
      </w:r>
      <w:r>
        <w:br/>
      </w:r>
      <w:r>
        <w:t xml:space="preserve">    (b) located in the center of the city</w:t>
      </w:r>
      <w:r>
        <w:br/>
      </w:r>
      <w:r>
        <w:t xml:space="preserve">    (c) located outside the edge of a city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artwork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transcends</w:t>
      </w:r>
      <w:r>
        <w:rPr>
          <w:b/>
          <w:bCs/>
        </w:rPr>
        <w:t xml:space="preserve"> </w:t>
      </w:r>
      <w:r>
        <w:rPr>
          <w:b/>
          <w:bCs/>
        </w:rPr>
        <w:t xml:space="preserve">typical landscape painting through bold abstract elements.</w:t>
      </w:r>
      <w:r>
        <w:br/>
      </w:r>
      <w:r>
        <w:t xml:space="preserve">    (a) exactly copies</w:t>
      </w:r>
      <w:r>
        <w:br/>
      </w:r>
      <w:r>
        <w:t xml:space="preserve">    (b) stays within</w:t>
      </w:r>
      <w:r>
        <w:br/>
      </w:r>
      <w:r>
        <w:t xml:space="preserve">    (c) goes beyond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purpose of the UN Human Rights Commission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undermined</w:t>
      </w:r>
      <w:r>
        <w:rPr>
          <w:b/>
          <w:bCs/>
        </w:rPr>
        <w:t xml:space="preserve"> </w:t>
      </w:r>
      <w:r>
        <w:rPr>
          <w:b/>
          <w:bCs/>
        </w:rPr>
        <w:t xml:space="preserve">by dictators who have maneuvered to control it.</w:t>
      </w:r>
      <w:r>
        <w:br/>
      </w:r>
      <w:r>
        <w:t xml:space="preserve">    (a) celebrated</w:t>
      </w:r>
      <w:r>
        <w:br/>
      </w:r>
      <w:r>
        <w:t xml:space="preserve">    (b) strengthened</w:t>
      </w:r>
      <w:r>
        <w:br/>
      </w:r>
      <w:r>
        <w:t xml:space="preserve">    (c) weakened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2026-07-31T18:47:25Z</dcterms:created>
  <dcterms:modified xsi:type="dcterms:W3CDTF">2026-07-31T18:47:25Z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