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a1a43c772c90b1c8c2a0ab51e6bd9cb23b16e5"/>
    <w:p>
      <w:pPr>
        <w:pStyle w:val="Heading1"/>
      </w:pPr>
      <w:r>
        <w:rPr>
          <w:b/>
          <w:bCs/>
        </w:rPr>
        <w:t xml:space="preserve">Always Running</w:t>
      </w:r>
      <w:r>
        <w:br/>
      </w:r>
      <w:r>
        <w:rPr>
          <w:i/>
          <w:iCs/>
        </w:rPr>
        <w:t xml:space="preserve">Luis J. Rodriguez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visited numerous prisons, juvenile detention centers, sober-living homes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rehabilitation</w:t>
      </w:r>
      <w:r>
        <w:rPr>
          <w:b/>
          <w:bCs/>
        </w:rPr>
        <w:t xml:space="preserve"> </w:t>
      </w:r>
      <w:r>
        <w:rPr>
          <w:b/>
          <w:bCs/>
        </w:rPr>
        <w:t xml:space="preserve">centers.</w:t>
      </w:r>
      <w:r>
        <w:br/>
      </w:r>
      <w:r>
        <w:t xml:space="preserve">    (a) to restore someone to a state of good condition</w:t>
      </w:r>
      <w:r>
        <w:br/>
      </w:r>
      <w:r>
        <w:t xml:space="preserve">    (b) the degree to which something can be translated</w:t>
      </w:r>
      <w:r>
        <w:br/>
      </w:r>
      <w:r>
        <w:t xml:space="preserve">    (c) the state or character of agreeing or approving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According to the American Library Association, it is one of the 100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censored</w:t>
      </w:r>
      <w:r>
        <w:rPr>
          <w:b/>
          <w:bCs/>
        </w:rPr>
        <w:t xml:space="preserve"> </w:t>
      </w:r>
      <w:r>
        <w:rPr>
          <w:b/>
          <w:bCs/>
        </w:rPr>
        <w:t xml:space="preserve">books in the United States.</w:t>
      </w:r>
      <w:r>
        <w:br/>
      </w:r>
      <w:r>
        <w:t xml:space="preserve">    (a) not having a relationship whereby a change in one thing helps predict a change in another</w:t>
      </w:r>
      <w:r>
        <w:br/>
      </w:r>
      <w:r>
        <w:t xml:space="preserve">    (b) removed or suppressed something considered obscene, immoral, or politically unacceptable</w:t>
      </w:r>
      <w:r>
        <w:br/>
      </w:r>
      <w:r>
        <w:t xml:space="preserve">    (c) without a personal preference; or without any tendency to move in a particular direction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this, although it usually happens in places where there are no bookstores or decent library facilities.</w:t>
      </w:r>
      <w:r>
        <w:br/>
      </w:r>
      <w:r>
        <w:t xml:space="preserve">    (a) accept without criticism; or approve of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Still I sprinted down the gangway which led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-strewn alley, filled with furniture parts and overturned trash cans.</w:t>
      </w:r>
      <w:r>
        <w:br/>
      </w:r>
      <w:r>
        <w:t xml:space="preserve">    (a) the act of treating or preparing food in a way that keeps it from spoiling</w:t>
      </w:r>
      <w:r>
        <w:br/>
      </w:r>
      <w:r>
        <w:t xml:space="preserve">    (b) passages food and drink follow between the back of mouths and the stomachs</w:t>
      </w:r>
      <w:r>
        <w:br/>
      </w:r>
      <w:r>
        <w:t xml:space="preserve">    (c) pieces of something that has been destroyed; or trash that is lying around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members of a social stratum which includes welfare mothers, housing project residents,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immigrant</w:t>
      </w:r>
      <w:r>
        <w:rPr>
          <w:b/>
          <w:bCs/>
        </w:rPr>
        <w:t xml:space="preserve"> </w:t>
      </w:r>
      <w:r>
        <w:rPr>
          <w:b/>
          <w:bCs/>
        </w:rPr>
        <w:t xml:space="preserve">families, the homeless and unemployed.</w:t>
      </w:r>
      <w:r>
        <w:br/>
      </w:r>
      <w:r>
        <w:t xml:space="preserve">    (a) a person who came to live in a new country</w:t>
      </w:r>
      <w:r>
        <w:br/>
      </w:r>
      <w:r>
        <w:t xml:space="preserve">    (b) relating to properties of sound or hearing</w:t>
      </w:r>
      <w:r>
        <w:br/>
      </w:r>
      <w:r>
        <w:t xml:space="preserve">    (c) something accepted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incited</w:t>
      </w:r>
      <w:r>
        <w:rPr>
          <w:b/>
          <w:bCs/>
        </w:rPr>
        <w:t xml:space="preserve"> </w:t>
      </w:r>
      <w:r>
        <w:rPr>
          <w:b/>
          <w:bCs/>
        </w:rPr>
        <w:t xml:space="preserve">my mother to greater fits.</w:t>
      </w:r>
      <w:r>
        <w:br/>
      </w:r>
      <w:r>
        <w:t xml:space="preserve">    (a) provoked</w:t>
      </w:r>
      <w:r>
        <w:br/>
      </w:r>
      <w:r>
        <w:t xml:space="preserve">    (b) collided</w:t>
      </w:r>
      <w:r>
        <w:br/>
      </w:r>
      <w:r>
        <w:t xml:space="preserve">    (c) not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ended up in Watts, a community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of black people except for La Colonia, often called The Quarter — the Mexican section and the oldest part of Watts.</w:t>
      </w:r>
      <w:r>
        <w:br/>
      </w:r>
      <w:r>
        <w:t xml:space="preserve">    (a) really</w:t>
      </w:r>
      <w:r>
        <w:br/>
      </w:r>
      <w:r>
        <w:t xml:space="preserve">    (b) mainly</w:t>
      </w:r>
      <w:r>
        <w:br/>
      </w:r>
      <w:r>
        <w:t xml:space="preserve">    (c) wisely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kept jumping hurdles, kept breaking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, kept evading the border guards of every new trek.</w:t>
      </w:r>
      <w:r>
        <w:br/>
      </w:r>
      <w:r>
        <w:t xml:space="preserve">    (a) differences</w:t>
      </w:r>
      <w:r>
        <w:br/>
      </w:r>
      <w:r>
        <w:t xml:space="preserve">    (b) thigh bones</w:t>
      </w:r>
      <w:r>
        <w:br/>
      </w:r>
      <w:r>
        <w:t xml:space="preserve">    (c) limitations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 until then my brother had never shown any emotion to me other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.</w:t>
      </w:r>
      <w:r>
        <w:br/>
      </w:r>
      <w:r>
        <w:t xml:space="preserve">    (a) influence opinion</w:t>
      </w:r>
      <w:r>
        <w:br/>
      </w:r>
      <w:r>
        <w:t xml:space="preserve">    (b) differ; or change</w:t>
      </w:r>
      <w:r>
        <w:br/>
      </w:r>
      <w:r>
        <w:t xml:space="preserve">    (c) a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rooms lay there, hauntingly still without the voices of children, the commands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irate</w:t>
      </w:r>
      <w:r>
        <w:rPr>
          <w:b/>
          <w:bCs/>
        </w:rPr>
        <w:t xml:space="preserve"> </w:t>
      </w:r>
      <w:r>
        <w:rPr>
          <w:b/>
          <w:bCs/>
        </w:rPr>
        <w:t xml:space="preserve">teachers or the clapping sounds of books as they were closed.</w:t>
      </w:r>
      <w:r>
        <w:br/>
      </w:r>
      <w:r>
        <w:t xml:space="preserve">    (a) strongly biased</w:t>
      </w:r>
      <w:r>
        <w:br/>
      </w:r>
      <w:r>
        <w:t xml:space="preserve">    (b) angry</w:t>
      </w:r>
      <w:r>
        <w:br/>
      </w:r>
      <w:r>
        <w:t xml:space="preserve">    (c) material wealth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Books were discards from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suburban</w:t>
      </w:r>
      <w:r>
        <w:rPr>
          <w:b/>
          <w:bCs/>
        </w:rPr>
        <w:t xml:space="preserve"> </w:t>
      </w:r>
      <w:r>
        <w:rPr>
          <w:b/>
          <w:bCs/>
        </w:rPr>
        <w:t xml:space="preserve">schools where the well-off students turned up.</w:t>
      </w:r>
      <w:r>
        <w:br/>
      </w:r>
      <w:r>
        <w:t xml:space="preserve">    (a) outstanding or surpassing others in status, ability, or possession of a notable characteristic</w:t>
      </w:r>
      <w:r>
        <w:br/>
      </w:r>
      <w:r>
        <w:t xml:space="preserve">    (b) not relating to practice or belief that is long-established or was previously long-established</w:t>
      </w:r>
      <w:r>
        <w:br/>
      </w:r>
      <w:r>
        <w:t xml:space="preserve">    (c) relating to a residential area located near the outer edge of a city where it isn't as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also told her the next time I cut class or even made a feint toward trouble, I'd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expelled</w:t>
      </w:r>
      <w:r>
        <w:rPr>
          <w:b/>
          <w:bCs/>
        </w:rPr>
        <w:t xml:space="preserve">.</w:t>
      </w:r>
      <w:r>
        <w:br/>
      </w:r>
      <w:r>
        <w:t xml:space="preserve">    (a) subtracted</w:t>
      </w:r>
      <w:r>
        <w:br/>
      </w:r>
      <w:r>
        <w:t xml:space="preserve">    (b) translated</w:t>
      </w:r>
      <w:r>
        <w:br/>
      </w:r>
      <w:r>
        <w:t xml:space="preserve">    (c) forced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Wilo threw a dirt clod at the sofa and Noodles mumbled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incoherent</w:t>
      </w:r>
      <w:r>
        <w:rPr>
          <w:b/>
          <w:bCs/>
        </w:rPr>
        <w:t xml:space="preserve"> </w:t>
      </w:r>
      <w:r>
        <w:rPr>
          <w:b/>
          <w:bCs/>
        </w:rPr>
        <w:t xml:space="preserve">words.</w:t>
      </w:r>
      <w:r>
        <w:br/>
      </w:r>
      <w:r>
        <w:t xml:space="preserve">    (a) not sensible or clear; or describing parts as not fitting together in a consistent or pleasing manner</w:t>
      </w:r>
      <w:r>
        <w:br/>
      </w:r>
      <w:r>
        <w:t xml:space="preserve">    (b) related to a scale where each step is a multiple of the prior step rather than a fixed addition to it</w:t>
      </w:r>
      <w:r>
        <w:br/>
      </w:r>
      <w:r>
        <w:t xml:space="preserve">    (c) related to the change of a light wave (or other wave) when it passes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march to the concession stand was sustained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arduous</w:t>
      </w:r>
      <w:r>
        <w:rPr>
          <w:b/>
          <w:bCs/>
        </w:rPr>
        <w:t xml:space="preserve">.</w:t>
      </w:r>
      <w:r>
        <w:br/>
      </w:r>
      <w:r>
        <w:t xml:space="preserve">    (a) the state of doing something unintentionally</w:t>
      </w:r>
      <w:r>
        <w:br/>
      </w:r>
      <w:r>
        <w:t xml:space="preserve">    (b) difficult - requiring much energy and effort</w:t>
      </w:r>
      <w:r>
        <w:br/>
      </w:r>
      <w:r>
        <w:t xml:space="preserve">    (c) the state or degree of agreeing or approving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US and Thee Prophettes kept cool, not wanting anything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undermine</w:t>
      </w:r>
      <w:r>
        <w:rPr>
          <w:b/>
          <w:bCs/>
        </w:rPr>
        <w:t xml:space="preserve"> </w:t>
      </w:r>
      <w:r>
        <w:rPr>
          <w:b/>
          <w:bCs/>
        </w:rPr>
        <w:t xml:space="preserve">the benefit dance.</w:t>
      </w:r>
      <w:r>
        <w:br/>
      </w:r>
      <w:r>
        <w:t xml:space="preserve">    (a) take on or adopt</w:t>
      </w:r>
      <w:r>
        <w:br/>
      </w:r>
      <w:r>
        <w:t xml:space="preserve">    (b) weaken gradually</w:t>
      </w:r>
      <w:r>
        <w:br/>
      </w:r>
      <w:r>
        <w:t xml:space="preserve">    (c) make more varied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Others said it began with one guy who happened to be crazy, but the rest followed suit as the attacks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signified</w:t>
      </w:r>
      <w:r>
        <w:rPr>
          <w:b/>
          <w:bCs/>
        </w:rPr>
        <w:t xml:space="preserve"> </w:t>
      </w:r>
      <w:r>
        <w:rPr>
          <w:b/>
          <w:bCs/>
        </w:rPr>
        <w:t xml:space="preserve">a distorted sense of power.</w:t>
      </w:r>
      <w:r>
        <w:br/>
      </w:r>
      <w:r>
        <w:t xml:space="preserve">    (a) of the Netherlands or its people</w:t>
      </w:r>
      <w:r>
        <w:br/>
      </w:r>
      <w:r>
        <w:t xml:space="preserve">    (b) lacking things most people enjoy</w:t>
      </w:r>
      <w:r>
        <w:br/>
      </w:r>
      <w:r>
        <w:t xml:space="preserve">    (c) to indicate (to show or to mean)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"Listen, I like you Louie," Frankie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.</w:t>
      </w:r>
      <w:r>
        <w:br/>
      </w:r>
      <w:r>
        <w:t xml:space="preserve">    (a) made a decision or voiced an opinion by formal group vote</w:t>
      </w:r>
      <w:r>
        <w:br/>
      </w:r>
      <w:r>
        <w:t xml:space="preserve">    (b) viewed in a certain way so as to form a belief or opinion</w:t>
      </w:r>
      <w:r>
        <w:br/>
      </w:r>
      <w:r>
        <w:t xml:space="preserve">    (c) placed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Sinisters</w:t>
      </w:r>
      <w:r>
        <w:rPr>
          <w:b/>
          <w:bCs/>
        </w:rPr>
        <w:t xml:space="preserve"> </w:t>
      </w:r>
      <w:r>
        <w:rPr>
          <w:b/>
          <w:bCs/>
        </w:rPr>
        <w:t xml:space="preserve">hated Mexicans.</w:t>
      </w:r>
      <w:r>
        <w:br/>
      </w:r>
      <w:r>
        <w:t xml:space="preserve">    (a) things or characteristics that express agreement or approval</w:t>
      </w:r>
      <w:r>
        <w:br/>
      </w:r>
      <w:r>
        <w:t xml:space="preserve">    (b) evil or harmful; or making an evil or frightening impression</w:t>
      </w:r>
      <w:r>
        <w:br/>
      </w:r>
      <w:r>
        <w:t xml:space="preserve">    (c) acts of being in a working position; or the acts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East L.A., a group calling itself the Chicano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Liberation</w:t>
      </w:r>
      <w:r>
        <w:rPr>
          <w:b/>
          <w:bCs/>
        </w:rPr>
        <w:t xml:space="preserve"> </w:t>
      </w:r>
      <w:r>
        <w:rPr>
          <w:b/>
          <w:bCs/>
        </w:rPr>
        <w:t xml:space="preserve">Front had allegedly planted bombs in power stations and government buildings.</w:t>
      </w:r>
      <w:r>
        <w:br/>
      </w:r>
      <w:r>
        <w:t xml:space="preserve">    (a) the act of being set free</w:t>
      </w:r>
      <w:r>
        <w:br/>
      </w:r>
      <w:r>
        <w:t xml:space="preserve">    (b) expressing intense hatred</w:t>
      </w:r>
      <w:r>
        <w:br/>
      </w:r>
      <w:r>
        <w:t xml:space="preserve">    (c) aroused or inspired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Pity links us in a perverted way,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transcending</w:t>
      </w:r>
      <w:r>
        <w:rPr>
          <w:b/>
          <w:bCs/>
        </w:rPr>
        <w:t xml:space="preserve"> </w:t>
      </w:r>
      <w:r>
        <w:rPr>
          <w:b/>
          <w:bCs/>
        </w:rPr>
        <w:t xml:space="preserve">our veneers, joining us in our vulnerability, and at the same time distancing us from one another.</w:t>
      </w:r>
      <w:r>
        <w:br/>
      </w:r>
      <w:r>
        <w:t xml:space="preserve">    (a) exceeding or surpassing</w:t>
      </w:r>
      <w:r>
        <w:br/>
      </w:r>
      <w:r>
        <w:t xml:space="preserve">    (b) reaching</w:t>
      </w:r>
      <w:r>
        <w:br/>
      </w:r>
      <w:r>
        <w:t xml:space="preserve">    (c) restricting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2026-07-31T18:47:25Z</dcterms:created>
  <dcterms:modified xsi:type="dcterms:W3CDTF">2026-07-31T18:47:25Z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