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5aa200ac7e3cbe8f4fc65c4b87dd1fb5ec7d5e4"/>
    <w:p>
      <w:pPr>
        <w:pStyle w:val="Heading1"/>
      </w:pPr>
      <w:r>
        <w:rPr>
          <w:b/>
          <w:bCs/>
        </w:rPr>
        <w:t xml:space="preserve">Always Running</w:t>
      </w:r>
      <w:r>
        <w:br/>
      </w:r>
      <w:r>
        <w:rPr>
          <w:i/>
          <w:iCs/>
        </w:rPr>
        <w:t xml:space="preserve">Luis J. Rodriguez</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As a result, much of the expanse and variety of the human condition is</w:t>
      </w:r>
      <w:r>
        <w:rPr>
          <w:b/>
          <w:bCs/>
        </w:rPr>
        <w:t xml:space="preserve"> </w:t>
      </w:r>
      <w:r>
        <w:rPr>
          <w:b/>
          <w:bCs/>
          <w:u w:val="single"/>
        </w:rPr>
        <w:t xml:space="preserve">belittled</w:t>
      </w:r>
      <w:r>
        <w:rPr>
          <w:b/>
          <w:bCs/>
        </w:rPr>
        <w:t xml:space="preserve"> </w:t>
      </w:r>
      <w:r>
        <w:rPr>
          <w:b/>
          <w:bCs/>
        </w:rPr>
        <w:t xml:space="preserve">or invalidated.</w:t>
      </w:r>
      <w:r>
        <w:br/>
      </w:r>
      <w:r>
        <w:t xml:space="preserve">    (a) made someone or something seem less important</w:t>
      </w:r>
      <w:r>
        <w:br/>
      </w:r>
      <w:r>
        <w:t xml:space="preserve">    (b) returned to an undesirable previous condition</w:t>
      </w:r>
      <w:r>
        <w:br/>
      </w:r>
      <w:r>
        <w:t xml:space="preserve">    (c) donated a portion of one's income to a church</w:t>
      </w:r>
    </w:p>
    <w:p>
      <w:pPr>
        <w:pStyle w:val="Compact"/>
        <w:numPr>
          <w:ilvl w:val="0"/>
          <w:numId w:val="1001"/>
        </w:numPr>
      </w:pPr>
      <w:r>
        <w:rPr>
          <w:b/>
          <w:bCs/>
        </w:rPr>
        <w:t xml:space="preserve">To</w:t>
      </w:r>
      <w:r>
        <w:rPr>
          <w:b/>
          <w:bCs/>
        </w:rPr>
        <w:t xml:space="preserve"> </w:t>
      </w:r>
      <w:r>
        <w:rPr>
          <w:b/>
          <w:bCs/>
          <w:u w:val="single"/>
        </w:rPr>
        <w:t xml:space="preserve">paraphrase</w:t>
      </w:r>
      <w:r>
        <w:rPr>
          <w:b/>
          <w:bCs/>
        </w:rPr>
        <w:t xml:space="preserve"> </w:t>
      </w:r>
      <w:r>
        <w:rPr>
          <w:b/>
          <w:bCs/>
        </w:rPr>
        <w:t xml:space="preserve">Henry David Thoreau, thousands are hacking at the branches of the problem; few are working at the root.</w:t>
      </w:r>
      <w:r>
        <w:br/>
      </w:r>
      <w:r>
        <w:t xml:space="preserve">    (a) express the same message in different (or slightly different) words</w:t>
      </w:r>
      <w:r>
        <w:br/>
      </w:r>
      <w:r>
        <w:t xml:space="preserve">    (b) an overwhelming amount; or to overwhelm -- especially said of water</w:t>
      </w:r>
      <w:r>
        <w:br/>
      </w:r>
      <w:r>
        <w:t xml:space="preserve">    (c) spend time with; or someone with whom a person spends a lot of time</w:t>
      </w:r>
    </w:p>
    <w:p>
      <w:pPr>
        <w:pStyle w:val="Compact"/>
        <w:numPr>
          <w:ilvl w:val="0"/>
          <w:numId w:val="1001"/>
        </w:numPr>
      </w:pPr>
      <w:r>
        <w:rPr>
          <w:b/>
          <w:bCs/>
        </w:rPr>
        <w:t xml:space="preserve">They are members of a social</w:t>
      </w:r>
      <w:r>
        <w:rPr>
          <w:b/>
          <w:bCs/>
        </w:rPr>
        <w:t xml:space="preserve"> </w:t>
      </w:r>
      <w:r>
        <w:rPr>
          <w:b/>
          <w:bCs/>
          <w:u w:val="single"/>
        </w:rPr>
        <w:t xml:space="preserve">stratum</w:t>
      </w:r>
      <w:r>
        <w:rPr>
          <w:b/>
          <w:bCs/>
        </w:rPr>
        <w:t xml:space="preserve"> </w:t>
      </w:r>
      <w:r>
        <w:rPr>
          <w:b/>
          <w:bCs/>
        </w:rPr>
        <w:t xml:space="preserve">which includes welfare mothers, housing project residents, immigrant families, the homeless and unemployed.</w:t>
      </w:r>
      <w:r>
        <w:br/>
      </w:r>
      <w:r>
        <w:t xml:space="preserve">    (a) one who believes that knowledge is acquired primarily by reason rather than by experience</w:t>
      </w:r>
      <w:r>
        <w:br/>
      </w:r>
      <w:r>
        <w:t xml:space="preserve">    (b) class</w:t>
      </w:r>
      <w:r>
        <w:br/>
      </w:r>
      <w:r>
        <w:t xml:space="preserve">    (c) a hollow muscular organ in the pelvic cavity of females which can hold a developing fetus</w:t>
      </w:r>
    </w:p>
    <w:p>
      <w:pPr>
        <w:pStyle w:val="Compact"/>
        <w:numPr>
          <w:ilvl w:val="0"/>
          <w:numId w:val="1001"/>
        </w:numPr>
      </w:pPr>
      <w:r>
        <w:rPr>
          <w:b/>
          <w:bCs/>
        </w:rPr>
        <w:t xml:space="preserve">Soon after the incident, the landlord</w:t>
      </w:r>
      <w:r>
        <w:rPr>
          <w:b/>
          <w:bCs/>
        </w:rPr>
        <w:t xml:space="preserve"> </w:t>
      </w:r>
      <w:r>
        <w:rPr>
          <w:b/>
          <w:bCs/>
          <w:u w:val="single"/>
        </w:rPr>
        <w:t xml:space="preserve">evicted</w:t>
      </w:r>
      <w:r>
        <w:rPr>
          <w:b/>
          <w:bCs/>
        </w:rPr>
        <w:t xml:space="preserve"> </w:t>
      </w:r>
      <w:r>
        <w:rPr>
          <w:b/>
          <w:bCs/>
        </w:rPr>
        <w:t xml:space="preserve">us all.</w:t>
      </w:r>
      <w:r>
        <w:br/>
      </w:r>
      <w:r>
        <w:t xml:space="preserve">    (a) requested or challenged</w:t>
      </w:r>
      <w:r>
        <w:br/>
      </w:r>
      <w:r>
        <w:t xml:space="preserve">    (b) forced someone to leave</w:t>
      </w:r>
      <w:r>
        <w:br/>
      </w:r>
      <w:r>
        <w:t xml:space="preserve">    (c) did in a particular way</w:t>
      </w:r>
    </w:p>
    <w:p>
      <w:pPr>
        <w:pStyle w:val="Compact"/>
        <w:numPr>
          <w:ilvl w:val="0"/>
          <w:numId w:val="1001"/>
        </w:numPr>
      </w:pPr>
      <w:r>
        <w:rPr>
          <w:b/>
          <w:bCs/>
        </w:rPr>
        <w:t xml:space="preserve">Over in San Gabriel, other cliques were formed such as Thee</w:t>
      </w:r>
      <w:r>
        <w:rPr>
          <w:b/>
          <w:bCs/>
        </w:rPr>
        <w:t xml:space="preserve"> </w:t>
      </w:r>
      <w:r>
        <w:rPr>
          <w:b/>
          <w:bCs/>
          <w:u w:val="single"/>
        </w:rPr>
        <w:t xml:space="preserve">Regents</w:t>
      </w:r>
      <w:r>
        <w:rPr>
          <w:b/>
          <w:bCs/>
        </w:rPr>
        <w:t xml:space="preserve">, The Chancellors, Little Gents, The Intruders and Little Jesters.</w:t>
      </w:r>
      <w:r>
        <w:br/>
      </w:r>
      <w:r>
        <w:t xml:space="preserve">    (a) organisms in the early stages of growth prior to birth, hatching, or sprouting; in humans organisms during the first eight weeks of development (prior to the fetal stage)</w:t>
      </w:r>
      <w:r>
        <w:br/>
      </w:r>
      <w:r>
        <w:t xml:space="preserve">    (b) someone appointed to a position of temporary or delegated authority -- such as a temporarily while the king or queen is too young, too sick, or away; or a member of a governing board</w:t>
      </w:r>
      <w:r>
        <w:br/>
      </w:r>
      <w:r>
        <w:t xml:space="preserve">    (c) used historically or possibly in relation to a very poor country:  people of low income, education, and social standing -- especially those who raise crops or livestock</w:t>
      </w:r>
    </w:p>
    <w:p>
      <w:pPr>
        <w:pStyle w:val="Compact"/>
        <w:numPr>
          <w:ilvl w:val="0"/>
          <w:numId w:val="1001"/>
        </w:numPr>
      </w:pPr>
      <w:r>
        <w:rPr>
          <w:b/>
          <w:bCs/>
        </w:rPr>
        <w:t xml:space="preserve">Tio Kiko knew a little of the Mexican healing arts, the use of herbs and</w:t>
      </w:r>
      <w:r>
        <w:rPr>
          <w:b/>
          <w:bCs/>
        </w:rPr>
        <w:t xml:space="preserve"> </w:t>
      </w:r>
      <w:r>
        <w:rPr>
          <w:b/>
          <w:bCs/>
          <w:u w:val="single"/>
        </w:rPr>
        <w:t xml:space="preserve">incantations</w:t>
      </w:r>
      <w:r>
        <w:rPr>
          <w:b/>
          <w:bCs/>
        </w:rPr>
        <w:t xml:space="preserve"> </w:t>
      </w:r>
      <w:r>
        <w:rPr>
          <w:b/>
          <w:bCs/>
        </w:rPr>
        <w:t xml:space="preserve">from old Indian traditions used to treat most ailments.</w:t>
      </w:r>
      <w:r>
        <w:br/>
      </w:r>
      <w:r>
        <w:t xml:space="preserve">    (a) combinations of words believed to have a magical effect when they are said aloud</w:t>
      </w:r>
      <w:r>
        <w:br/>
      </w:r>
      <w:r>
        <w:t xml:space="preserve">    (b) surgical interruptions of nerve tracts to and from the frontal lobe of the brain</w:t>
      </w:r>
      <w:r>
        <w:br/>
      </w:r>
      <w:r>
        <w:t xml:space="preserve">    (c) the branch of physics concerned with the conversion of different forms of energy</w:t>
      </w:r>
    </w:p>
    <w:p>
      <w:pPr>
        <w:pStyle w:val="Compact"/>
        <w:numPr>
          <w:ilvl w:val="0"/>
          <w:numId w:val="1001"/>
        </w:numPr>
      </w:pPr>
      <w:r>
        <w:rPr>
          <w:b/>
          <w:bCs/>
        </w:rPr>
        <w:t xml:space="preserve">I became a cartoon, twirling through a tunnel, womb-like and</w:t>
      </w:r>
      <w:r>
        <w:rPr>
          <w:b/>
          <w:bCs/>
        </w:rPr>
        <w:t xml:space="preserve"> </w:t>
      </w:r>
      <w:r>
        <w:rPr>
          <w:b/>
          <w:bCs/>
          <w:u w:val="single"/>
        </w:rPr>
        <w:t xml:space="preserve">satiated</w:t>
      </w:r>
      <w:r>
        <w:rPr>
          <w:b/>
          <w:bCs/>
        </w:rPr>
        <w:t xml:space="preserve"> </w:t>
      </w:r>
      <w:r>
        <w:rPr>
          <w:b/>
          <w:bCs/>
        </w:rPr>
        <w:t xml:space="preserve">with sounds and lines and darkness.</w:t>
      </w:r>
      <w:r>
        <w:br/>
      </w:r>
      <w:r>
        <w:t xml:space="preserve">    (a) influenced or effected</w:t>
      </w:r>
      <w:r>
        <w:br/>
      </w:r>
      <w:r>
        <w:t xml:space="preserve">    (b) filled to satisfaction</w:t>
      </w:r>
      <w:r>
        <w:br/>
      </w:r>
      <w:r>
        <w:t xml:space="preserve">    (c) not roughly calculated</w:t>
      </w:r>
    </w:p>
    <w:p>
      <w:pPr>
        <w:pStyle w:val="Compact"/>
        <w:numPr>
          <w:ilvl w:val="0"/>
          <w:numId w:val="1001"/>
        </w:numPr>
      </w:pPr>
      <w:r>
        <w:rPr>
          <w:b/>
          <w:bCs/>
        </w:rPr>
        <w:t xml:space="preserve">The schools surrounding the barrio catered to the</w:t>
      </w:r>
      <w:r>
        <w:rPr>
          <w:b/>
          <w:bCs/>
        </w:rPr>
        <w:t xml:space="preserve"> </w:t>
      </w:r>
      <w:r>
        <w:rPr>
          <w:b/>
          <w:bCs/>
          <w:u w:val="single"/>
        </w:rPr>
        <w:t xml:space="preserve">affluent</w:t>
      </w:r>
      <w:r>
        <w:rPr>
          <w:b/>
          <w:bCs/>
        </w:rPr>
        <w:t xml:space="preserve"> </w:t>
      </w:r>
      <w:r>
        <w:rPr>
          <w:b/>
          <w:bCs/>
        </w:rPr>
        <w:t xml:space="preserve">whites who lived around Sangra, so they all dropped out.</w:t>
      </w:r>
      <w:r>
        <w:br/>
      </w:r>
      <w:r>
        <w:t xml:space="preserve">    (a) the trait of being difficult to meet and talk with</w:t>
      </w:r>
      <w:r>
        <w:br/>
      </w:r>
      <w:r>
        <w:t xml:space="preserve">    (b) aka analytic -- relating to a theory of psychiatry</w:t>
      </w:r>
      <w:r>
        <w:br/>
      </w:r>
      <w:r>
        <w:t xml:space="preserve">    (c) people who are, or the condition of being, wealthy</w:t>
      </w:r>
    </w:p>
    <w:p>
      <w:pPr>
        <w:pStyle w:val="Compact"/>
        <w:numPr>
          <w:ilvl w:val="0"/>
          <w:numId w:val="1001"/>
        </w:numPr>
      </w:pPr>
      <w:r>
        <w:rPr>
          <w:b/>
          <w:bCs/>
        </w:rPr>
        <w:t xml:space="preserve">Also their style of graffiti, quite colorful and cryptic — and their ability to sneak into the Hills unnoticed and cross out Lomas placas — brought much</w:t>
      </w:r>
      <w:r>
        <w:rPr>
          <w:b/>
          <w:bCs/>
        </w:rPr>
        <w:t xml:space="preserve"> </w:t>
      </w:r>
      <w:r>
        <w:rPr>
          <w:b/>
          <w:bCs/>
          <w:u w:val="single"/>
        </w:rPr>
        <w:t xml:space="preserve">ire</w:t>
      </w:r>
      <w:r>
        <w:rPr>
          <w:b/>
          <w:bCs/>
        </w:rPr>
        <w:t xml:space="preserve"> </w:t>
      </w:r>
      <w:r>
        <w:rPr>
          <w:b/>
          <w:bCs/>
        </w:rPr>
        <w:t xml:space="preserve">upon them.</w:t>
      </w:r>
      <w:r>
        <w:br/>
      </w:r>
      <w:r>
        <w:t xml:space="preserve">    (a) quits</w:t>
      </w:r>
      <w:r>
        <w:br/>
      </w:r>
      <w:r>
        <w:t xml:space="preserve">    (b) anger</w:t>
      </w:r>
      <w:r>
        <w:br/>
      </w:r>
      <w:r>
        <w:t xml:space="preserve">    (c) allow</w:t>
      </w:r>
    </w:p>
    <w:p>
      <w:pPr>
        <w:pStyle w:val="Compact"/>
        <w:numPr>
          <w:ilvl w:val="0"/>
          <w:numId w:val="1001"/>
        </w:numPr>
      </w:pPr>
      <w:r>
        <w:rPr>
          <w:b/>
          <w:bCs/>
        </w:rPr>
        <w:t xml:space="preserve">Lowriders from every barrio in Southern California, and often from places throughout the Southwest,</w:t>
      </w:r>
      <w:r>
        <w:rPr>
          <w:b/>
          <w:bCs/>
        </w:rPr>
        <w:t xml:space="preserve"> </w:t>
      </w:r>
      <w:r>
        <w:rPr>
          <w:b/>
          <w:bCs/>
          <w:u w:val="single"/>
        </w:rPr>
        <w:t xml:space="preserve">congregated</w:t>
      </w:r>
      <w:r>
        <w:rPr>
          <w:b/>
          <w:bCs/>
        </w:rPr>
        <w:t xml:space="preserve"> </w:t>
      </w:r>
      <w:r>
        <w:rPr>
          <w:b/>
          <w:bCs/>
        </w:rPr>
        <w:t xml:space="preserve">there.</w:t>
      </w:r>
      <w:r>
        <w:br/>
      </w:r>
      <w:r>
        <w:t xml:space="preserve">    (a) came together</w:t>
      </w:r>
      <w:r>
        <w:br/>
      </w:r>
      <w:r>
        <w:t xml:space="preserve">    (b) shouted</w:t>
      </w:r>
      <w:r>
        <w:br/>
      </w:r>
      <w:r>
        <w:t xml:space="preserve">    (c) sat down</w:t>
      </w:r>
    </w:p>
    <w:p>
      <w:pPr>
        <w:pStyle w:val="Compact"/>
        <w:numPr>
          <w:ilvl w:val="0"/>
          <w:numId w:val="1001"/>
        </w:numPr>
      </w:pPr>
      <w:r>
        <w:rPr>
          <w:b/>
          <w:bCs/>
        </w:rPr>
        <w:t xml:space="preserve">There was nothing like it, this rush, and here I was on the edges of a new fraternity which crossed barrio and sex lines, this fellowship of la carga, so</w:t>
      </w:r>
      <w:r>
        <w:rPr>
          <w:b/>
          <w:bCs/>
        </w:rPr>
        <w:t xml:space="preserve"> </w:t>
      </w:r>
      <w:r>
        <w:rPr>
          <w:b/>
          <w:bCs/>
          <w:u w:val="single"/>
        </w:rPr>
        <w:t xml:space="preserve">integral</w:t>
      </w:r>
      <w:r>
        <w:rPr>
          <w:b/>
          <w:bCs/>
        </w:rPr>
        <w:t xml:space="preserve"> </w:t>
      </w:r>
      <w:r>
        <w:rPr>
          <w:b/>
          <w:bCs/>
        </w:rPr>
        <w:t xml:space="preserve">to "la vida loca."</w:t>
      </w:r>
      <w:r>
        <w:br/>
      </w:r>
      <w:r>
        <w:t xml:space="preserve">    (a) an essential part or characteristic</w:t>
      </w:r>
      <w:r>
        <w:br/>
      </w:r>
      <w:r>
        <w:t xml:space="preserve">    (b) extra</w:t>
      </w:r>
      <w:r>
        <w:br/>
      </w:r>
      <w:r>
        <w:t xml:space="preserve">    (c) unimportant</w:t>
      </w:r>
    </w:p>
    <w:p>
      <w:pPr>
        <w:pStyle w:val="Compact"/>
        <w:numPr>
          <w:ilvl w:val="0"/>
          <w:numId w:val="1001"/>
        </w:numPr>
      </w:pPr>
      <w:r>
        <w:rPr>
          <w:b/>
          <w:bCs/>
        </w:rPr>
        <w:t xml:space="preserve">She acted coy,</w:t>
      </w:r>
      <w:r>
        <w:rPr>
          <w:b/>
          <w:bCs/>
        </w:rPr>
        <w:t xml:space="preserve"> </w:t>
      </w:r>
      <w:r>
        <w:rPr>
          <w:b/>
          <w:bCs/>
          <w:u w:val="single"/>
        </w:rPr>
        <w:t xml:space="preserve">diffident</w:t>
      </w:r>
      <w:r>
        <w:rPr>
          <w:b/>
          <w:bCs/>
        </w:rPr>
        <w:t xml:space="preserve">, but alluring.</w:t>
      </w:r>
      <w:r>
        <w:br/>
      </w:r>
      <w:r>
        <w:t xml:space="preserve">    (a) hesitant and unassertive</w:t>
      </w:r>
      <w:r>
        <w:br/>
      </w:r>
      <w:r>
        <w:t xml:space="preserve">    (b) young</w:t>
      </w:r>
      <w:r>
        <w:br/>
      </w:r>
      <w:r>
        <w:t xml:space="preserve">    (c) belligerent (argumentative or aggressive)</w:t>
      </w:r>
    </w:p>
    <w:p>
      <w:pPr>
        <w:pStyle w:val="Compact"/>
        <w:numPr>
          <w:ilvl w:val="0"/>
          <w:numId w:val="1001"/>
        </w:numPr>
      </w:pPr>
      <w:r>
        <w:rPr>
          <w:b/>
          <w:bCs/>
        </w:rPr>
        <w:t xml:space="preserve">Esme could have been a priestess from Tenochtitlan, her face pure and brown, with slight make up that accented her already slanted,</w:t>
      </w:r>
      <w:r>
        <w:rPr>
          <w:b/>
          <w:bCs/>
        </w:rPr>
        <w:t xml:space="preserve"> </w:t>
      </w:r>
      <w:r>
        <w:rPr>
          <w:b/>
          <w:bCs/>
          <w:u w:val="single"/>
        </w:rPr>
        <w:t xml:space="preserve">indigenous</w:t>
      </w:r>
      <w:r>
        <w:rPr>
          <w:b/>
          <w:bCs/>
        </w:rPr>
        <w:t xml:space="preserve"> </w:t>
      </w:r>
      <w:r>
        <w:rPr>
          <w:b/>
          <w:bCs/>
        </w:rPr>
        <w:t xml:space="preserve">eyes.</w:t>
      </w:r>
      <w:r>
        <w:br/>
      </w:r>
      <w:r>
        <w:t xml:space="preserve">    (a) of local origin</w:t>
      </w:r>
      <w:r>
        <w:br/>
      </w:r>
      <w:r>
        <w:t xml:space="preserve">    (b) strongly biased</w:t>
      </w:r>
      <w:r>
        <w:br/>
      </w:r>
      <w:r>
        <w:t xml:space="preserve">    (c) material wealth</w:t>
      </w:r>
    </w:p>
    <w:p>
      <w:pPr>
        <w:pStyle w:val="Compact"/>
        <w:numPr>
          <w:ilvl w:val="0"/>
          <w:numId w:val="1001"/>
        </w:numPr>
      </w:pPr>
      <w:r>
        <w:rPr>
          <w:b/>
          <w:bCs/>
        </w:rPr>
        <w:t xml:space="preserve">The cells babbled with the</w:t>
      </w:r>
      <w:r>
        <w:rPr>
          <w:b/>
          <w:bCs/>
        </w:rPr>
        <w:t xml:space="preserve"> </w:t>
      </w:r>
      <w:r>
        <w:rPr>
          <w:b/>
          <w:bCs/>
          <w:u w:val="single"/>
        </w:rPr>
        <w:t xml:space="preserve">poignant</w:t>
      </w:r>
      <w:r>
        <w:rPr>
          <w:b/>
          <w:bCs/>
        </w:rPr>
        <w:t xml:space="preserve"> </w:t>
      </w:r>
      <w:r>
        <w:rPr>
          <w:b/>
          <w:bCs/>
        </w:rPr>
        <w:t xml:space="preserve">tongues of despair licking the walls.</w:t>
      </w:r>
      <w:r>
        <w:br/>
      </w:r>
      <w:r>
        <w:t xml:space="preserve">    (a) able to be found</w:t>
      </w:r>
      <w:r>
        <w:br/>
      </w:r>
      <w:r>
        <w:t xml:space="preserve">    (b) sharp or intense</w:t>
      </w:r>
      <w:r>
        <w:br/>
      </w:r>
      <w:r>
        <w:t xml:space="preserve">    (c) likely to change</w:t>
      </w:r>
    </w:p>
    <w:p>
      <w:pPr>
        <w:pStyle w:val="Compact"/>
        <w:numPr>
          <w:ilvl w:val="0"/>
          <w:numId w:val="1001"/>
        </w:numPr>
      </w:pPr>
      <w:r>
        <w:rPr>
          <w:b/>
          <w:bCs/>
        </w:rPr>
        <w:t xml:space="preserve">Jail in the barrio is only a</w:t>
      </w:r>
      <w:r>
        <w:rPr>
          <w:b/>
          <w:bCs/>
        </w:rPr>
        <w:t xml:space="preserve"> </w:t>
      </w:r>
      <w:r>
        <w:rPr>
          <w:b/>
          <w:bCs/>
          <w:u w:val="single"/>
        </w:rPr>
        <w:t xml:space="preserve">prelude</w:t>
      </w:r>
      <w:r>
        <w:rPr>
          <w:b/>
          <w:bCs/>
        </w:rPr>
        <w:t xml:space="preserve">; for many homeboys the walls would soon taste of San Quentin, Folsom and Soledad, the pathway through The Crazy Life.</w:t>
      </w:r>
      <w:r>
        <w:br/>
      </w:r>
      <w:r>
        <w:t xml:space="preserve">    (a) something that comes before and prepares for what follows; in music, a short piece that introduces a larger work or stands alone as a brief, expressive piece (often for piano)</w:t>
      </w:r>
      <w:r>
        <w:br/>
      </w:r>
      <w:r>
        <w:t xml:space="preserve">    (b) American football:  a defensive maneuver to swiftly tackle the quarterback by pursuing him with one or more defenders who normally remain behind the line of scrimmage</w:t>
      </w:r>
      <w:r>
        <w:br/>
      </w:r>
      <w:r>
        <w:t xml:space="preserve">    (c) treat in a manner that demonstrates a sense of superiority, but is supposed to seem kind  OR  the actions of a patron (to support someone or something; or to be a customer)</w:t>
      </w:r>
    </w:p>
    <w:p>
      <w:pPr>
        <w:pStyle w:val="Compact"/>
        <w:numPr>
          <w:ilvl w:val="0"/>
          <w:numId w:val="1001"/>
        </w:numPr>
      </w:pPr>
      <w:r>
        <w:rPr>
          <w:b/>
          <w:bCs/>
        </w:rPr>
        <w:t xml:space="preserve">Beauty was not a</w:t>
      </w:r>
      <w:r>
        <w:rPr>
          <w:b/>
          <w:bCs/>
        </w:rPr>
        <w:t xml:space="preserve"> </w:t>
      </w:r>
      <w:r>
        <w:rPr>
          <w:b/>
          <w:bCs/>
          <w:u w:val="single"/>
        </w:rPr>
        <w:t xml:space="preserve">criterion</w:t>
      </w:r>
      <w:r>
        <w:rPr>
          <w:b/>
          <w:bCs/>
        </w:rPr>
        <w:t xml:space="preserve">; the winner was the person who could raise more money in a designated period of time.</w:t>
      </w:r>
      <w:r>
        <w:br/>
      </w:r>
      <w:r>
        <w:t xml:space="preserve">    (a) a period of time when someone exhibits unusual behavior</w:t>
      </w:r>
      <w:r>
        <w:br/>
      </w:r>
      <w:r>
        <w:t xml:space="preserve">    (b) a reference point against which things can be evaluated</w:t>
      </w:r>
      <w:r>
        <w:br/>
      </w:r>
      <w:r>
        <w:t xml:space="preserve">    (c) the act or process of stopping something from happening</w:t>
      </w:r>
    </w:p>
    <w:p>
      <w:pPr>
        <w:pStyle w:val="Compact"/>
        <w:numPr>
          <w:ilvl w:val="0"/>
          <w:numId w:val="1001"/>
        </w:numPr>
      </w:pPr>
      <w:r>
        <w:rPr>
          <w:b/>
          <w:bCs/>
        </w:rPr>
        <w:t xml:space="preserve">Finally a few consented, especially if it meant an improvement over the</w:t>
      </w:r>
      <w:r>
        <w:rPr>
          <w:b/>
          <w:bCs/>
        </w:rPr>
        <w:t xml:space="preserve"> </w:t>
      </w:r>
      <w:r>
        <w:rPr>
          <w:b/>
          <w:bCs/>
          <w:u w:val="single"/>
        </w:rPr>
        <w:t xml:space="preserve">anarchy</w:t>
      </w:r>
      <w:r>
        <w:rPr>
          <w:b/>
          <w:bCs/>
        </w:rPr>
        <w:t xml:space="preserve"> </w:t>
      </w:r>
      <w:r>
        <w:rPr>
          <w:b/>
          <w:bCs/>
        </w:rPr>
        <w:t xml:space="preserve">of scrawl.</w:t>
      </w:r>
      <w:r>
        <w:br/>
      </w:r>
      <w:r>
        <w:t xml:space="preserve">    (a) a hollow muscular organ in the pelvic cavity of females which can hold a developing fetus</w:t>
      </w:r>
      <w:r>
        <w:br/>
      </w:r>
      <w:r>
        <w:t xml:space="preserve">    (b) one who believes that knowledge is acquired primarily by reason rather than by experience</w:t>
      </w:r>
      <w:r>
        <w:br/>
      </w:r>
      <w:r>
        <w:t xml:space="preserve">    (c) the complete absence of political authority; or more generally, complete absence of order</w:t>
      </w:r>
    </w:p>
    <w:p>
      <w:pPr>
        <w:pStyle w:val="Compact"/>
        <w:numPr>
          <w:ilvl w:val="0"/>
          <w:numId w:val="1001"/>
        </w:numPr>
      </w:pPr>
      <w:r>
        <w:rPr>
          <w:b/>
          <w:bCs/>
        </w:rPr>
        <w:t xml:space="preserve">About the same time, the California State College at Los Angeles offered me an Economic Opportunity Program Grant — despite my past school record, lack of credits and other</w:t>
      </w:r>
      <w:r>
        <w:rPr>
          <w:b/>
          <w:bCs/>
        </w:rPr>
        <w:t xml:space="preserve"> </w:t>
      </w:r>
      <w:r>
        <w:rPr>
          <w:b/>
          <w:bCs/>
          <w:u w:val="single"/>
        </w:rPr>
        <w:t xml:space="preserve">mishaps</w:t>
      </w:r>
      <w:r>
        <w:rPr>
          <w:b/>
          <w:bCs/>
        </w:rPr>
        <w:t xml:space="preserve">.</w:t>
      </w:r>
      <w:r>
        <w:br/>
      </w:r>
      <w:r>
        <w:t xml:space="preserve">    (a) shows or demonstrates</w:t>
      </w:r>
      <w:r>
        <w:br/>
      </w:r>
      <w:r>
        <w:t xml:space="preserve">    (b) things that stand out</w:t>
      </w:r>
      <w:r>
        <w:br/>
      </w:r>
      <w:r>
        <w:t xml:space="preserve">    (c) unfortunate accidents</w:t>
      </w:r>
    </w:p>
    <w:p>
      <w:pPr>
        <w:pStyle w:val="Compact"/>
        <w:numPr>
          <w:ilvl w:val="0"/>
          <w:numId w:val="1001"/>
        </w:numPr>
      </w:pPr>
      <w:r>
        <w:rPr>
          <w:b/>
          <w:bCs/>
        </w:rPr>
        <w:t xml:space="preserve">Mr. Madison handed it to me without a word and shook my hand, looking</w:t>
      </w:r>
      <w:r>
        <w:rPr>
          <w:b/>
          <w:bCs/>
        </w:rPr>
        <w:t xml:space="preserve"> </w:t>
      </w:r>
      <w:r>
        <w:rPr>
          <w:b/>
          <w:bCs/>
          <w:u w:val="single"/>
        </w:rPr>
        <w:t xml:space="preserve">ambivalent</w:t>
      </w:r>
      <w:r>
        <w:rPr>
          <w:b/>
          <w:bCs/>
        </w:rPr>
        <w:t xml:space="preserve">.</w:t>
      </w:r>
      <w:r>
        <w:br/>
      </w:r>
      <w:r>
        <w:t xml:space="preserve">    (a) with mixed feelings</w:t>
      </w:r>
      <w:r>
        <w:br/>
      </w:r>
      <w:r>
        <w:t xml:space="preserve">    (b) not straightforward</w:t>
      </w:r>
      <w:r>
        <w:br/>
      </w:r>
      <w:r>
        <w:t xml:space="preserve">    (c) not done on purpose</w:t>
      </w:r>
    </w:p>
    <w:p>
      <w:pPr>
        <w:pStyle w:val="Compact"/>
        <w:numPr>
          <w:ilvl w:val="0"/>
          <w:numId w:val="1001"/>
        </w:numPr>
      </w:pPr>
      <w:r>
        <w:rPr>
          <w:b/>
          <w:bCs/>
        </w:rPr>
        <w:t xml:space="preserve">I see Chava hobbleaway, two confused teenagers at his side, and as he vanishes into a flicker of neon, I hear the final tempo of the crazy life leave my body, the last song before the dying, lapsing forever out of mind as Chava disappears, enveloped in flames breaking through the asphalt,</w:t>
      </w:r>
      <w:r>
        <w:rPr>
          <w:b/>
          <w:bCs/>
        </w:rPr>
        <w:t xml:space="preserve"> </w:t>
      </w:r>
      <w:r>
        <w:rPr>
          <w:b/>
          <w:bCs/>
          <w:u w:val="single"/>
        </w:rPr>
        <w:t xml:space="preserve">wrested</w:t>
      </w:r>
      <w:r>
        <w:rPr>
          <w:b/>
          <w:bCs/>
        </w:rPr>
        <w:t xml:space="preserve"> </w:t>
      </w:r>
      <w:r>
        <w:rPr>
          <w:b/>
          <w:bCs/>
        </w:rPr>
        <w:t xml:space="preserve">into the black heart of night.</w:t>
      </w:r>
      <w:r>
        <w:br/>
      </w:r>
      <w:r>
        <w:t xml:space="preserve">    (a) controlled (how something turned out)</w:t>
      </w:r>
      <w:r>
        <w:br/>
      </w:r>
      <w:r>
        <w:t xml:space="preserve">    (b) protected or kept something as it was</w:t>
      </w:r>
      <w:r>
        <w:br/>
      </w:r>
      <w:r>
        <w:t xml:space="preserve">    (c) obtain with difficult effort or force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2026-07-31T18:47:25Z</dcterms:created>
  <dcterms:modified xsi:type="dcterms:W3CDTF">2026-07-31T18:47:25Z</dcterms:modified>
</cp:coreProperties>
</file>

<file path=docProps/custom.xml><?xml version="1.0" encoding="utf-8"?>
<Properties xmlns="http://schemas.openxmlformats.org/officeDocument/2006/custom-properties" xmlns:vt="http://schemas.openxmlformats.org/officeDocument/2006/docPropsVTypes"/>
</file>