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3df96df2aaa5aa9e439389024c295429f046d5"/>
    <w:p>
      <w:pPr>
        <w:pStyle w:val="Heading1"/>
      </w:pPr>
      <w:r>
        <w:rPr>
          <w:b/>
          <w:bCs/>
        </w:rPr>
        <w:t xml:space="preserve">Along for the Ride</w:t>
      </w:r>
      <w:r>
        <w:br/>
      </w:r>
      <w:r>
        <w:rPr>
          <w:i/>
          <w:iCs/>
        </w:rPr>
        <w:t xml:space="preserve">Sarah Dessen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time, he'd just found a publisher for his first novel, The Narwhal Horn, while my mom was pregnant with my brother and trying to finish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dissertation</w:t>
      </w:r>
      <w:r>
        <w:rPr>
          <w:b/>
          <w:bCs/>
        </w:rPr>
        <w:t xml:space="preserve">.</w:t>
      </w:r>
      <w:r>
        <w:br/>
      </w:r>
      <w:r>
        <w:t xml:space="preserve">    (a) something that encourages something else to happen; or the process of something being encouraged</w:t>
      </w:r>
      <w:r>
        <w:br/>
      </w:r>
      <w:r>
        <w:t xml:space="preserve">    (b) a lengthy academic paper -- especially a scholarly work required for an advanced academic degree</w:t>
      </w:r>
      <w:r>
        <w:br/>
      </w:r>
      <w:r>
        <w:t xml:space="preserve">    (c) a law developed by governmental groups in contrast to common law (based on custom and precedent)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just making the point that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context</w:t>
      </w:r>
      <w:r>
        <w:rPr>
          <w:b/>
          <w:bCs/>
        </w:rPr>
        <w:t xml:space="preserve"> </w:t>
      </w:r>
      <w:r>
        <w:rPr>
          <w:b/>
          <w:bCs/>
        </w:rPr>
        <w:t xml:space="preserve">doesn't have to be exclusive.</w:t>
      </w:r>
      <w:r>
        <w:br/>
      </w:r>
      <w:r>
        <w:t xml:space="preserve">    (a) the setting or situation in which something occurs</w:t>
      </w:r>
      <w:r>
        <w:br/>
      </w:r>
      <w:r>
        <w:t xml:space="preserve">    (b) the act of interacting or getting interested again</w:t>
      </w:r>
      <w:r>
        <w:br/>
      </w:r>
      <w:r>
        <w:t xml:space="preserve">    (c) an image (seen on a mirror or other shiny surface)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telling me he met some Norwegians who were on their way 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in Amsterdam.</w:t>
      </w:r>
      <w:r>
        <w:br/>
      </w:r>
      <w:r>
        <w:t xml:space="preserve">    (a) a long uninterrupted speech</w:t>
      </w:r>
      <w:r>
        <w:br/>
      </w:r>
      <w:r>
        <w:t xml:space="preserve">    (b) large conference or meeting</w:t>
      </w:r>
      <w:r>
        <w:br/>
      </w:r>
      <w:r>
        <w:t xml:space="preserve">    (c) result or predictable value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Hollis was still bucking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and his own history.</w:t>
      </w:r>
      <w:r>
        <w:br/>
      </w:r>
      <w:r>
        <w:t xml:space="preserve">    (a) small quantity or indication</w:t>
      </w:r>
      <w:r>
        <w:br/>
      </w:r>
      <w:r>
        <w:t xml:space="preserve">    (b) reason (for doing something)</w:t>
      </w:r>
      <w:r>
        <w:br/>
      </w:r>
      <w:r>
        <w:t xml:space="preserve">    (c) normal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he saw Heidi, and she looked back at him, I knew instantly their argument from the night before had not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.</w:t>
      </w:r>
      <w:r>
        <w:br/>
      </w:r>
      <w:r>
        <w:t xml:space="preserve">    (a) settled</w:t>
      </w:r>
      <w:r>
        <w:br/>
      </w:r>
      <w:r>
        <w:t xml:space="preserve">    (b) helped make clear</w:t>
      </w:r>
      <w:r>
        <w:br/>
      </w:r>
      <w:r>
        <w:t xml:space="preserve">    (c) thought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I'd long ago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be cordial but not overly so, lest I be sucked into some conversation about what celebrity was in rehab or strap versus strapless dresses.</w:t>
      </w:r>
      <w:r>
        <w:br/>
      </w:r>
      <w:r>
        <w:t xml:space="preserve">    (a) decided</w:t>
      </w:r>
      <w:r>
        <w:br/>
      </w:r>
      <w:r>
        <w:t xml:space="preserve">    (b) adapted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environment totally ruled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gender</w:t>
      </w:r>
      <w:r>
        <w:rPr>
          <w:b/>
          <w:bCs/>
        </w:rPr>
        <w:t xml:space="preserve"> </w:t>
      </w:r>
      <w:r>
        <w:rPr>
          <w:b/>
          <w:bCs/>
        </w:rPr>
        <w:t xml:space="preserve">stereotypes and expectations, as pathetic as those who chose to inhabit it.</w:t>
      </w:r>
      <w:r>
        <w:br/>
      </w:r>
      <w:r>
        <w:t xml:space="preserve">    (a) quick, informal vote to see what people think</w:t>
      </w:r>
      <w:r>
        <w:br/>
      </w:r>
      <w:r>
        <w:t xml:space="preserve">    (b) an official charge (of having broken the law)</w:t>
      </w:r>
      <w:r>
        <w:br/>
      </w:r>
      <w:r>
        <w:t xml:space="preserve">    (c) male, female, or any of many trans categories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immersed</w:t>
      </w:r>
      <w:r>
        <w:rPr>
          <w:b/>
          <w:bCs/>
        </w:rPr>
        <w:t xml:space="preserve">, in fact, that at first I didn't even hear the music coming from the store behind me.</w:t>
      </w:r>
      <w:r>
        <w:br/>
      </w:r>
      <w:r>
        <w:t xml:space="preserve">    (a) nervous or confused</w:t>
      </w:r>
      <w:r>
        <w:br/>
      </w:r>
      <w:r>
        <w:t xml:space="preserve">    (b) excessively excited</w:t>
      </w:r>
      <w:r>
        <w:br/>
      </w:r>
      <w:r>
        <w:t xml:space="preserve">    (c) completely involved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"Sounds more like writing than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revising</w:t>
      </w:r>
      <w:r>
        <w:rPr>
          <w:b/>
          <w:bCs/>
        </w:rPr>
        <w:t xml:space="preserve">," she observed, picking up the menu and scanning it before setting it aside.</w:t>
      </w:r>
      <w:r>
        <w:br/>
      </w:r>
      <w:r>
        <w:t xml:space="preserve">    (a) quitting</w:t>
      </w:r>
      <w:r>
        <w:br/>
      </w:r>
      <w:r>
        <w:t xml:space="preserve">    (b) changing</w:t>
      </w:r>
      <w:r>
        <w:br/>
      </w:r>
      <w:r>
        <w:t xml:space="preserve">    (c)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a flash of her face the day we'd been discussing names, how she'd rushed to compliment my 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cumbersome</w:t>
      </w:r>
      <w:r>
        <w:rPr>
          <w:b/>
          <w:bCs/>
        </w:rPr>
        <w:t xml:space="preserve"> </w:t>
      </w:r>
      <w:r>
        <w:rPr>
          <w:b/>
          <w:bCs/>
        </w:rPr>
        <w:t xml:space="preserve">middle name, just because she assumed it would make me feel better.</w:t>
      </w:r>
      <w:r>
        <w:br/>
      </w:r>
      <w:r>
        <w:t xml:space="preserve">    (a) made by taking on as one's own</w:t>
      </w:r>
      <w:r>
        <w:br/>
      </w:r>
      <w:r>
        <w:t xml:space="preserve">    (b) a sensible view of a situation</w:t>
      </w:r>
      <w:r>
        <w:br/>
      </w:r>
      <w:r>
        <w:t xml:space="preserve">    (c) difficult to handle or awkward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gave up on me as a source of conversation, instead ordering another glass of wine before launching into a long,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protracted</w:t>
      </w:r>
      <w:r>
        <w:rPr>
          <w:b/>
          <w:bCs/>
        </w:rPr>
        <w:t xml:space="preserve"> </w:t>
      </w:r>
      <w:r>
        <w:rPr>
          <w:b/>
          <w:bCs/>
        </w:rPr>
        <w:t xml:space="preserve">story about some curriculum dispute that was apparently draining all her time and energy.</w:t>
      </w:r>
      <w:r>
        <w:br/>
      </w:r>
      <w:r>
        <w:t xml:space="preserve">    (a) long in duration; or to extend something--especially to (prolong or make longer in duration)</w:t>
      </w:r>
      <w:r>
        <w:br/>
      </w:r>
      <w:r>
        <w:t xml:space="preserve">    (b) (verb) created, started, settled, or set in a place  OR  (adjective) existing, or familiar</w:t>
      </w:r>
      <w:r>
        <w:br/>
      </w:r>
      <w:r>
        <w:t xml:space="preserve">    (c) persuaded someone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years from now, when you're feeling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nostalgic</w:t>
      </w:r>
      <w:r>
        <w:rPr>
          <w:b/>
          <w:bCs/>
        </w:rPr>
        <w:t xml:space="preserve"> </w:t>
      </w:r>
      <w:r>
        <w:rPr>
          <w:b/>
          <w:bCs/>
        </w:rPr>
        <w:t xml:space="preserve">about this summer and yet can't really reminisce because of a lack of documentation, don't blame me.</w:t>
      </w:r>
      <w:r>
        <w:br/>
      </w:r>
      <w:r>
        <w:t xml:space="preserve">    (a) able to be stopped from happening</w:t>
      </w:r>
      <w:r>
        <w:br/>
      </w:r>
      <w:r>
        <w:t xml:space="preserve">    (b) with a longing for something past</w:t>
      </w:r>
      <w:r>
        <w:br/>
      </w:r>
      <w:r>
        <w:t xml:space="preserve">    (c) feeling reluctant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kept his eyes right on me,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wavering</w:t>
      </w:r>
      <w:r>
        <w:rPr>
          <w:b/>
          <w:bCs/>
        </w:rPr>
        <w:t xml:space="preserve"> </w:t>
      </w:r>
      <w:r>
        <w:rPr>
          <w:b/>
          <w:bCs/>
        </w:rPr>
        <w:t xml:space="preserve">a bit, as he said, "Thanks."</w:t>
      </w:r>
      <w:r>
        <w:br/>
      </w:r>
      <w:r>
        <w:t xml:space="preserve">    (a) thinking carefully and making a judgment about</w:t>
      </w:r>
      <w:r>
        <w:br/>
      </w:r>
      <w:r>
        <w:t xml:space="preserve">    (b) moving back and forth; or being unsure or weak</w:t>
      </w:r>
      <w:r>
        <w:br/>
      </w:r>
      <w:r>
        <w:t xml:space="preserve">    (c) returning to an undesirable previous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like being in a carnival fun house, but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 of hair gel.</w:t>
      </w:r>
      <w:r>
        <w:br/>
      </w:r>
      <w:r>
        <w:t xml:space="preserve">    (a) abundant (a lot)</w:t>
      </w:r>
      <w:r>
        <w:br/>
      </w:r>
      <w:r>
        <w:t xml:space="preserve">    (b) able to be protected or kept unchanged</w:t>
      </w:r>
      <w:r>
        <w:br/>
      </w:r>
      <w:r>
        <w:t xml:space="preserve">    (c) able to accept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Mom doesn't exactly know about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nocturnal</w:t>
      </w:r>
      <w:r>
        <w:rPr>
          <w:b/>
          <w:bCs/>
        </w:rPr>
        <w:t xml:space="preserve"> </w:t>
      </w:r>
      <w:r>
        <w:rPr>
          <w:b/>
          <w:bCs/>
        </w:rPr>
        <w:t xml:space="preserve">habits.</w:t>
      </w:r>
      <w:r>
        <w:br/>
      </w:r>
      <w:r>
        <w:t xml:space="preserve">    (a) the quality of being unchanging or continuous</w:t>
      </w:r>
      <w:r>
        <w:br/>
      </w:r>
      <w:r>
        <w:t xml:space="preserve">    (b) nighttime</w:t>
      </w:r>
      <w:r>
        <w:br/>
      </w:r>
      <w:r>
        <w:t xml:space="preserve">    (c) the quality of not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another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incremental</w:t>
      </w:r>
      <w:r>
        <w:rPr>
          <w:b/>
          <w:bCs/>
        </w:rPr>
        <w:t xml:space="preserve"> </w:t>
      </w:r>
      <w:r>
        <w:rPr>
          <w:b/>
          <w:bCs/>
        </w:rPr>
        <w:t xml:space="preserve">budge, I watched as Eli put his hand on the back of the bike, nudging it forward just slightly.</w:t>
      </w:r>
      <w:r>
        <w:br/>
      </w:r>
      <w:r>
        <w:t xml:space="preserve">    (a) able to be protected or kept unchanged</w:t>
      </w:r>
      <w:r>
        <w:br/>
      </w:r>
      <w:r>
        <w:t xml:space="preserve">    (b) able to accept as true (without proof)</w:t>
      </w:r>
      <w:r>
        <w:br/>
      </w:r>
      <w:r>
        <w:t xml:space="preserve">    (c) relating to a small increase at a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stifled</w:t>
      </w:r>
      <w:r>
        <w:rPr>
          <w:b/>
          <w:bCs/>
        </w:rPr>
        <w:t xml:space="preserve"> </w:t>
      </w:r>
      <w:r>
        <w:rPr>
          <w:b/>
          <w:bCs/>
        </w:rPr>
        <w:t xml:space="preserve">a yawn, then looked at my watch.</w:t>
      </w:r>
      <w:r>
        <w:br/>
      </w:r>
      <w:r>
        <w:t xml:space="preserve">    (a) suppressed (prevented something from happening)</w:t>
      </w:r>
      <w:r>
        <w:br/>
      </w:r>
      <w:r>
        <w:t xml:space="preserve">    (b) wanting to do something; or made someone want to do something</w:t>
      </w:r>
      <w:r>
        <w:br/>
      </w:r>
      <w:r>
        <w:t xml:space="preserve">    (c) provided investment funds for something -- such as a business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Tentatively</w:t>
      </w:r>
      <w:r>
        <w:rPr>
          <w:b/>
          <w:bCs/>
        </w:rPr>
        <w:t xml:space="preserve">, I pushed open the door, peering in.</w:t>
      </w:r>
      <w:r>
        <w:br/>
      </w:r>
      <w:r>
        <w:t xml:space="preserve">    (a) in an unsure or hesitant manner</w:t>
      </w:r>
      <w:r>
        <w:br/>
      </w:r>
      <w:r>
        <w:t xml:space="preserve">    (b) in a manner that is not sincere</w:t>
      </w:r>
      <w:r>
        <w:br/>
      </w:r>
      <w:r>
        <w:t xml:space="preserve">    (c) in comparison to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figured it would be a good way to experience some real-time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economics</w:t>
      </w:r>
      <w:r>
        <w:rPr>
          <w:b/>
          <w:bCs/>
        </w:rPr>
        <w:t xml:space="preserve"> </w:t>
      </w:r>
      <w:r>
        <w:rPr>
          <w:b/>
          <w:bCs/>
        </w:rPr>
        <w:t xml:space="preserve">while at the same time studying the larger trends.</w:t>
      </w:r>
      <w:r>
        <w:br/>
      </w:r>
      <w:r>
        <w:t xml:space="preserve">    (a) the study of how limited resources are allocated in an attempt to satisfy unlimited wants</w:t>
      </w:r>
      <w:r>
        <w:br/>
      </w:r>
      <w:r>
        <w:t xml:space="preserve">    (b) the quality of accepting what happens without trying to take control or reacting strongly</w:t>
      </w:r>
      <w:r>
        <w:br/>
      </w:r>
      <w:r>
        <w:t xml:space="preserve">    (c) baseball:  pitches thrown with little spin (so that they move in an unpredictable manner)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way, at least all of high school wouldn't be, you know,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tinged</w:t>
      </w:r>
      <w:r>
        <w:rPr>
          <w:b/>
          <w:bCs/>
        </w:rPr>
        <w:t xml:space="preserve"> </w:t>
      </w:r>
      <w:r>
        <w:rPr>
          <w:b/>
          <w:bCs/>
        </w:rPr>
        <w:t xml:space="preserve">with his memory.</w:t>
      </w:r>
      <w:r>
        <w:br/>
      </w:r>
      <w:r>
        <w:t xml:space="preserve">    (a) said (or make a sound) with the voice</w:t>
      </w:r>
      <w:r>
        <w:br/>
      </w:r>
      <w:r>
        <w:t xml:space="preserve">    (b) with a slight amount (often of color)</w:t>
      </w:r>
      <w:r>
        <w:br/>
      </w:r>
      <w:r>
        <w:t xml:space="preserve">    (c) genetically changed through evolution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2026-07-31T18:32:15Z</dcterms:created>
  <dcterms:modified xsi:type="dcterms:W3CDTF">2026-07-31T18:32:15Z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