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66bddd416a0ef493fe148e7c34df9073633b4f"/>
    <w:p>
      <w:pPr>
        <w:pStyle w:val="Heading1"/>
      </w:pPr>
      <w:r>
        <w:rPr>
          <w:b/>
          <w:bCs/>
        </w:rPr>
        <w:t xml:space="preserve">All's Well That Ends Well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the objectives in my literature class is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acquaint</w:t>
      </w:r>
      <w:r>
        <w:rPr>
          <w:b/>
          <w:bCs/>
        </w:rPr>
        <w:t xml:space="preserve"> </w:t>
      </w:r>
      <w:r>
        <w:rPr>
          <w:b/>
          <w:bCs/>
        </w:rPr>
        <w:t xml:space="preserve">my students with different cultures.</w:t>
      </w:r>
      <w:r>
        <w:br/>
      </w:r>
      <w:r>
        <w:t xml:space="preserve">    (a) make a list for</w:t>
      </w:r>
      <w:r>
        <w:br/>
      </w:r>
      <w:r>
        <w:t xml:space="preserve">    (b) make surprised</w:t>
      </w:r>
      <w:r>
        <w:br/>
      </w:r>
      <w:r>
        <w:t xml:space="preserve">    (c) make familiar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goodbye</w:t>
      </w:r>
      <w:r>
        <w:br/>
      </w:r>
      <w:r>
        <w:t xml:space="preserve">    (b) hello</w:t>
      </w:r>
      <w:r>
        <w:br/>
      </w:r>
      <w:r>
        <w:t xml:space="preserve">    (c) greetings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doesn't think of him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light-hearted</w:t>
      </w:r>
      <w:r>
        <w:br/>
      </w:r>
      <w:r>
        <w:t xml:space="preserve">    (b) logical or analytical</w:t>
      </w:r>
      <w:r>
        <w:br/>
      </w:r>
      <w:r>
        <w:t xml:space="preserve">    (c) romantic or sexual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ballad</w:t>
      </w:r>
      <w:r>
        <w:rPr>
          <w:b/>
          <w:bCs/>
        </w:rPr>
        <w:t xml:space="preserve"> </w:t>
      </w:r>
      <w:r>
        <w:rPr>
          <w:b/>
          <w:bCs/>
        </w:rPr>
        <w:t xml:space="preserve">told the tragic tale of two lovers separated by war.</w:t>
      </w:r>
      <w:r>
        <w:br/>
      </w:r>
      <w:r>
        <w:t xml:space="preserve">    (a) song that tells a story</w:t>
      </w:r>
      <w:r>
        <w:br/>
      </w:r>
      <w:r>
        <w:t xml:space="preserve">    (b) dramatic performance on stage</w:t>
      </w:r>
      <w:r>
        <w:br/>
      </w:r>
      <w:r>
        <w:t xml:space="preserve">    (c) traditional short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tricked</w:t>
      </w:r>
      <w:r>
        <w:br/>
      </w:r>
      <w:r>
        <w:t xml:space="preserve">    (b) encouraged</w:t>
      </w:r>
      <w:r>
        <w:br/>
      </w:r>
      <w:r>
        <w:t xml:space="preserve">    (c) 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aunt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bequeathed</w:t>
      </w:r>
      <w:r>
        <w:rPr>
          <w:b/>
          <w:bCs/>
        </w:rPr>
        <w:t xml:space="preserve"> </w:t>
      </w:r>
      <w:r>
        <w:rPr>
          <w:b/>
          <w:bCs/>
        </w:rPr>
        <w:t xml:space="preserve">me her pearl necklace.</w:t>
      </w:r>
      <w:r>
        <w:br/>
      </w:r>
      <w:r>
        <w:t xml:space="preserve">    (a) took</w:t>
      </w:r>
      <w:r>
        <w:br/>
      </w:r>
      <w:r>
        <w:t xml:space="preserve">    (b) gave</w:t>
      </w:r>
      <w:r>
        <w:br/>
      </w:r>
      <w:r>
        <w:t xml:space="preserve">    (c) loaned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the prayer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beseeching</w:t>
      </w:r>
      <w:r>
        <w:rPr>
          <w:b/>
          <w:bCs/>
        </w:rPr>
        <w:t xml:space="preserve"> </w:t>
      </w:r>
      <w:r>
        <w:rPr>
          <w:b/>
          <w:bCs/>
        </w:rPr>
        <w:t xml:space="preserve">God to grant them wisdom and patience.</w:t>
      </w:r>
      <w:r>
        <w:br/>
      </w:r>
      <w:r>
        <w:t xml:space="preserve">    (a) demanding</w:t>
      </w:r>
      <w:r>
        <w:br/>
      </w:r>
      <w:r>
        <w:t xml:space="preserve">    (b) asking</w:t>
      </w:r>
      <w:r>
        <w:br/>
      </w:r>
      <w:r>
        <w:t xml:space="preserve">    (c) instructing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organization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bestows</w:t>
      </w:r>
      <w:r>
        <w:rPr>
          <w:b/>
          <w:bCs/>
        </w:rPr>
        <w:t xml:space="preserve"> </w:t>
      </w:r>
      <w:r>
        <w:rPr>
          <w:b/>
          <w:bCs/>
        </w:rPr>
        <w:t xml:space="preserve">honors, awards, and sometimes cash prizes to promising writers.</w:t>
      </w:r>
      <w:r>
        <w:br/>
      </w:r>
      <w:r>
        <w:t xml:space="preserve">    (a) recommends</w:t>
      </w:r>
      <w:r>
        <w:br/>
      </w:r>
      <w:r>
        <w:t xml:space="preserve">    (b) shows</w:t>
      </w:r>
      <w:r>
        <w:br/>
      </w:r>
      <w:r>
        <w:t xml:space="preserve">    (c) gives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constraints</w:t>
      </w:r>
      <w:r>
        <w:rPr>
          <w:b/>
          <w:bCs/>
        </w:rPr>
        <w:t xml:space="preserve"> </w:t>
      </w:r>
      <w:r>
        <w:rPr>
          <w:b/>
          <w:bCs/>
        </w:rPr>
        <w:t xml:space="preserve">on her power to spend taxpayer funds.</w:t>
      </w:r>
      <w:r>
        <w:br/>
      </w:r>
      <w:r>
        <w:t xml:space="preserve">    (a) flexibility</w:t>
      </w:r>
      <w:r>
        <w:br/>
      </w:r>
      <w:r>
        <w:t xml:space="preserve">    (b) limitations</w:t>
      </w:r>
      <w:r>
        <w:br/>
      </w:r>
      <w:r>
        <w:t xml:space="preserve">    (c) increases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derive</w:t>
      </w:r>
      <w:r>
        <w:rPr>
          <w:b/>
          <w:bCs/>
        </w:rPr>
        <w:t xml:space="preserve"> </w:t>
      </w:r>
      <w:r>
        <w:rPr>
          <w:b/>
          <w:bCs/>
        </w:rPr>
        <w:t xml:space="preserve">pleasure from my work.</w:t>
      </w:r>
      <w:r>
        <w:br/>
      </w:r>
      <w:r>
        <w:t xml:space="preserve">    (a) obtain</w:t>
      </w:r>
      <w:r>
        <w:br/>
      </w:r>
      <w:r>
        <w:t xml:space="preserve">    (b) ignore</w:t>
      </w:r>
      <w:r>
        <w:br/>
      </w:r>
      <w:r>
        <w:t xml:space="preserve">    (c) refuse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</w:t>
      </w:r>
      <w:r>
        <w:rPr>
          <w:b/>
          <w:bCs/>
        </w:rPr>
        <w:t xml:space="preserve"> </w:t>
      </w:r>
      <w:r>
        <w:rPr>
          <w:b/>
          <w:bCs/>
        </w:rPr>
        <w:t xml:space="preserve">for the notion that common people can regulate their own lives better than she can.</w:t>
      </w:r>
      <w:r>
        <w:br/>
      </w:r>
      <w:r>
        <w:t xml:space="preserve">    (a) intense anger</w:t>
      </w:r>
      <w:r>
        <w:br/>
      </w:r>
      <w:r>
        <w:t xml:space="preserve">    (b) humility</w:t>
      </w:r>
      <w:r>
        <w:br/>
      </w:r>
      <w:r>
        <w:t xml:space="preserve">    (c) lack of respect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asked earnestly</w:t>
      </w:r>
      <w:r>
        <w:br/>
      </w:r>
      <w:r>
        <w:t xml:space="preserve">    (b) bribed (with gifts)</w:t>
      </w:r>
      <w:r>
        <w:br/>
      </w:r>
      <w:r>
        <w:t xml:space="preserve">    (c) threatened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business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flourished</w:t>
      </w:r>
      <w:r>
        <w:rPr>
          <w:b/>
          <w:bCs/>
        </w:rPr>
        <w:t xml:space="preserve"> </w:t>
      </w:r>
      <w:r>
        <w:rPr>
          <w:b/>
          <w:bCs/>
        </w:rPr>
        <w:t xml:space="preserve">from day one.</w:t>
      </w:r>
      <w:r>
        <w:br/>
      </w:r>
      <w:r>
        <w:t xml:space="preserve">    (a) was a dangerous place</w:t>
      </w:r>
      <w:r>
        <w:br/>
      </w:r>
      <w:r>
        <w:t xml:space="preserve">    (b) grew or developed well</w:t>
      </w:r>
      <w:r>
        <w:br/>
      </w:r>
      <w:r>
        <w:t xml:space="preserve">    (c) struggled to make a profit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bowed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flourish</w:t>
      </w:r>
      <w:r>
        <w:rPr>
          <w:b/>
          <w:bCs/>
        </w:rPr>
        <w:t xml:space="preserve">.</w:t>
      </w:r>
      <w:r>
        <w:br/>
      </w:r>
      <w:r>
        <w:t xml:space="preserve">    (a) twitch from pain</w:t>
      </w:r>
      <w:r>
        <w:br/>
      </w:r>
      <w:r>
        <w:t xml:space="preserve">    (b) showy gesture</w:t>
      </w:r>
      <w:r>
        <w:br/>
      </w:r>
      <w:r>
        <w:t xml:space="preserve">    (c) smile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feel like singing</w:t>
      </w:r>
      <w:r>
        <w:br/>
      </w:r>
      <w:r>
        <w:t xml:space="preserve">    (b) sad</w:t>
      </w:r>
      <w:r>
        <w:br/>
      </w:r>
      <w:r>
        <w:t xml:space="preserve">    (c) 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the U.S.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</w:t>
      </w:r>
      <w:r>
        <w:rPr>
          <w:b/>
          <w:bCs/>
        </w:rPr>
        <w:t xml:space="preserve"> </w:t>
      </w:r>
      <w:r>
        <w:rPr>
          <w:b/>
          <w:bCs/>
        </w:rPr>
        <w:t xml:space="preserve">for the sins of fossil fuels.</w:t>
      </w:r>
      <w:r>
        <w:br/>
      </w:r>
      <w:r>
        <w:t xml:space="preserve">    (a) apologize</w:t>
      </w:r>
      <w:r>
        <w:br/>
      </w:r>
      <w:r>
        <w:t xml:space="preserve">    (b) suffer</w:t>
      </w:r>
      <w:r>
        <w:br/>
      </w:r>
      <w:r>
        <w:t xml:space="preserve">    (c) reimburse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encourages</w:t>
      </w:r>
      <w:r>
        <w:br/>
      </w:r>
      <w:r>
        <w:t xml:space="preserve">    (b) trains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watched him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shrewd</w:t>
      </w:r>
      <w:r>
        <w:rPr>
          <w:b/>
          <w:bCs/>
        </w:rPr>
        <w:t xml:space="preserve"> </w:t>
      </w:r>
      <w:r>
        <w:rPr>
          <w:b/>
          <w:bCs/>
        </w:rPr>
        <w:t xml:space="preserve">eye.</w:t>
      </w:r>
      <w:r>
        <w:br/>
      </w:r>
      <w:r>
        <w:t xml:space="preserve">    (a) nearby</w:t>
      </w:r>
      <w:r>
        <w:br/>
      </w:r>
      <w:r>
        <w:t xml:space="preserve">    (b) outside</w:t>
      </w:r>
      <w:r>
        <w:br/>
      </w:r>
      <w:r>
        <w:t xml:space="preserve">    (c) smart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team won five games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succession</w:t>
      </w:r>
      <w:r>
        <w:rPr>
          <w:b/>
          <w:bCs/>
        </w:rPr>
        <w:t xml:space="preserve">, ending their losing streak.</w:t>
      </w:r>
      <w:r>
        <w:br/>
      </w:r>
      <w:r>
        <w:t xml:space="preserve">    (a) sequence</w:t>
      </w:r>
      <w:r>
        <w:br/>
      </w:r>
      <w:r>
        <w:t xml:space="preserve">    (b) panic</w:t>
      </w:r>
      <w:r>
        <w:br/>
      </w:r>
      <w:r>
        <w:t xml:space="preserve">    (c) secret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Speaker of the House is second in the line of the U.S. presidential line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succession</w:t>
      </w:r>
      <w:r>
        <w:rPr>
          <w:b/>
          <w:bCs/>
        </w:rPr>
        <w:t xml:space="preserve">.</w:t>
      </w:r>
      <w:r>
        <w:br/>
      </w:r>
      <w:r>
        <w:t xml:space="preserve">    (a) replacement</w:t>
      </w:r>
      <w:r>
        <w:br/>
      </w:r>
      <w:r>
        <w:t xml:space="preserve">    (b) officially telling someone about something; or something that contains the message</w:t>
      </w:r>
      <w:r>
        <w:br/>
      </w:r>
      <w:r>
        <w:t xml:space="preserve">    (c) formula (a mathematical expression that describe a relationship between variables)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2026-07-31T14:28:47Z</dcterms:created>
  <dcterms:modified xsi:type="dcterms:W3CDTF">2026-07-31T14:28:47Z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