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ee2d783c45319e9bfc8191fa30460b69f9d2d4a"/>
    <w:p>
      <w:pPr>
        <w:pStyle w:val="Heading1"/>
      </w:pPr>
      <w:r>
        <w:rPr>
          <w:b/>
          <w:bCs/>
        </w:rPr>
        <w:t xml:space="preserve">All's Well That Ends Well</w:t>
      </w:r>
      <w:r>
        <w:br/>
      </w:r>
      <w:r>
        <w:rPr>
          <w:i/>
          <w:iCs/>
        </w:rPr>
        <w:t xml:space="preserve">William Shakespeare</w:t>
      </w:r>
      <w:r>
        <w:br/>
      </w:r>
      <w:r>
        <w:rPr>
          <w:b/>
          <w:bCs/>
        </w:rPr>
        <w:t xml:space="preserve">Extra Credit 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FDA discovered the problem while reviewing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adverse</w:t>
      </w:r>
      <w:r>
        <w:rPr>
          <w:b/>
          <w:bCs/>
        </w:rPr>
        <w:t xml:space="preserve"> </w:t>
      </w:r>
      <w:r>
        <w:rPr>
          <w:b/>
          <w:bCs/>
        </w:rPr>
        <w:t xml:space="preserve">events reported in the database.</w:t>
      </w:r>
      <w:r>
        <w:br/>
      </w:r>
      <w:r>
        <w:t xml:space="preserve">    (a) harmful</w:t>
      </w:r>
      <w:r>
        <w:br/>
      </w:r>
      <w:r>
        <w:t xml:space="preserve">    (b) minor</w:t>
      </w:r>
      <w:r>
        <w:br/>
      </w:r>
      <w:r>
        <w:t xml:space="preserve">    (c) routine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John Adams was asked to create a "treaty of peace,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amity</w:t>
      </w:r>
      <w:r>
        <w:rPr>
          <w:b/>
          <w:bCs/>
        </w:rPr>
        <w:t xml:space="preserve"> </w:t>
      </w:r>
      <w:r>
        <w:rPr>
          <w:b/>
          <w:bCs/>
        </w:rPr>
        <w:t xml:space="preserve">and commerce."</w:t>
      </w:r>
      <w:r>
        <w:br/>
      </w:r>
      <w:r>
        <w:t xml:space="preserve">    (a) a state where everyone profits financially</w:t>
      </w:r>
      <w:r>
        <w:br/>
      </w:r>
      <w:r>
        <w:t xml:space="preserve">    (b) a state of friendly relations</w:t>
      </w:r>
      <w:r>
        <w:br/>
      </w:r>
      <w:r>
        <w:t xml:space="preserve">    (c) a state where those in disagreement are separated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Clear skies and a warm breeze made for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auspicious</w:t>
      </w:r>
      <w:r>
        <w:rPr>
          <w:b/>
          <w:bCs/>
        </w:rPr>
        <w:t xml:space="preserve"> </w:t>
      </w:r>
      <w:r>
        <w:rPr>
          <w:b/>
          <w:bCs/>
        </w:rPr>
        <w:t xml:space="preserve">start to the journey.</w:t>
      </w:r>
      <w:r>
        <w:br/>
      </w:r>
      <w:r>
        <w:t xml:space="preserve">    (a) favorable and promising</w:t>
      </w:r>
      <w:r>
        <w:br/>
      </w:r>
      <w:r>
        <w:t xml:space="preserve">    (b) dull and ordinary</w:t>
      </w:r>
      <w:r>
        <w:br/>
      </w:r>
      <w:r>
        <w:t xml:space="preserve">    (c) ominous and dark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deserves generous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commendation</w:t>
      </w:r>
      <w:r>
        <w:rPr>
          <w:b/>
          <w:bCs/>
        </w:rPr>
        <w:t xml:space="preserve"> </w:t>
      </w:r>
      <w:r>
        <w:rPr>
          <w:b/>
          <w:bCs/>
        </w:rPr>
        <w:t xml:space="preserve">for her efforts.</w:t>
      </w:r>
      <w:r>
        <w:br/>
      </w:r>
      <w:r>
        <w:t xml:space="preserve">    (a) praise</w:t>
      </w:r>
      <w:r>
        <w:br/>
      </w:r>
      <w:r>
        <w:t xml:space="preserve">    (b) result or predictable value</w:t>
      </w:r>
      <w:r>
        <w:br/>
      </w:r>
      <w:r>
        <w:t xml:space="preserve">    (c) a long uninterrupted speech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novel describes a night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debauchery</w:t>
      </w:r>
      <w:r>
        <w:rPr>
          <w:b/>
          <w:bCs/>
        </w:rPr>
        <w:t xml:space="preserve"> </w:t>
      </w:r>
      <w:r>
        <w:rPr>
          <w:b/>
          <w:bCs/>
        </w:rPr>
        <w:t xml:space="preserve">that leaves the guests ashamed.</w:t>
      </w:r>
      <w:r>
        <w:br/>
      </w:r>
      <w:r>
        <w:t xml:space="preserve">    (a) quiet reflection</w:t>
      </w:r>
      <w:r>
        <w:br/>
      </w:r>
      <w:r>
        <w:t xml:space="preserve">    (b) careful planning</w:t>
      </w:r>
      <w:r>
        <w:br/>
      </w:r>
      <w:r>
        <w:t xml:space="preserve">    (c) wild immoral behavior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heard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discordant</w:t>
      </w:r>
      <w:r>
        <w:rPr>
          <w:b/>
          <w:bCs/>
        </w:rPr>
        <w:t xml:space="preserve"> </w:t>
      </w:r>
      <w:r>
        <w:rPr>
          <w:b/>
          <w:bCs/>
        </w:rPr>
        <w:t xml:space="preserve">clanging of pots in the kitchen.</w:t>
      </w:r>
      <w:r>
        <w:br/>
      </w:r>
      <w:r>
        <w:t xml:space="preserve">    (a) loud sound</w:t>
      </w:r>
      <w:r>
        <w:br/>
      </w:r>
      <w:r>
        <w:t xml:space="preserve">    (b) attractive sound</w:t>
      </w:r>
      <w:r>
        <w:br/>
      </w:r>
      <w:r>
        <w:t xml:space="preserve">    (c) unpleasant sound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contributions were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egregious</w:t>
      </w:r>
      <w:r>
        <w:rPr>
          <w:b/>
          <w:bCs/>
        </w:rPr>
        <w:t xml:space="preserve"> </w:t>
      </w:r>
      <w:r>
        <w:rPr>
          <w:b/>
          <w:bCs/>
        </w:rPr>
        <w:t xml:space="preserve">violation of campaign finance rules.</w:t>
      </w:r>
      <w:r>
        <w:br/>
      </w:r>
      <w:r>
        <w:t xml:space="preserve">    (a) completely accidental</w:t>
      </w:r>
      <w:r>
        <w:br/>
      </w:r>
      <w:r>
        <w:t xml:space="preserve">    (b) outstandingly bad</w:t>
      </w:r>
      <w:r>
        <w:br/>
      </w:r>
      <w:r>
        <w:t xml:space="preserve">    (c) minor and forgivable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Empirical</w:t>
      </w:r>
      <w:r>
        <w:rPr>
          <w:b/>
          <w:bCs/>
        </w:rPr>
        <w:t xml:space="preserve"> </w:t>
      </w:r>
      <w:r>
        <w:rPr>
          <w:b/>
          <w:bCs/>
        </w:rPr>
        <w:t xml:space="preserve">studies provide inputs for our formulas, but the formulas themselves are largely based upon intuitive values.</w:t>
      </w:r>
      <w:r>
        <w:br/>
      </w:r>
      <w:r>
        <w:t xml:space="preserve">    (a) measured</w:t>
      </w:r>
      <w:r>
        <w:br/>
      </w:r>
      <w:r>
        <w:t xml:space="preserve">    (b) theoretical</w:t>
      </w:r>
      <w:r>
        <w:br/>
      </w:r>
      <w:r>
        <w:t xml:space="preserve">    (c) creative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found 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ensconced</w:t>
      </w:r>
      <w:r>
        <w:rPr>
          <w:b/>
          <w:bCs/>
        </w:rPr>
        <w:t xml:space="preserve"> </w:t>
      </w:r>
      <w:r>
        <w:rPr>
          <w:b/>
          <w:bCs/>
        </w:rPr>
        <w:t xml:space="preserve">in her new offices at the United Nations.</w:t>
      </w:r>
      <w:r>
        <w:br/>
      </w:r>
      <w:r>
        <w:t xml:space="preserve">    (a) hiding</w:t>
      </w:r>
      <w:r>
        <w:br/>
      </w:r>
      <w:r>
        <w:t xml:space="preserve">    (b) working hard</w:t>
      </w:r>
      <w:r>
        <w:br/>
      </w:r>
      <w:r>
        <w:t xml:space="preserve">    (c) settled comfortably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family chose a short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epitaph</w:t>
      </w:r>
      <w:r>
        <w:rPr>
          <w:b/>
          <w:bCs/>
        </w:rPr>
        <w:t xml:space="preserve"> </w:t>
      </w:r>
      <w:r>
        <w:rPr>
          <w:b/>
          <w:bCs/>
        </w:rPr>
        <w:t xml:space="preserve">to carve on her gravestone.</w:t>
      </w:r>
      <w:r>
        <w:br/>
      </w:r>
      <w:r>
        <w:t xml:space="preserve">    (a) legal warning</w:t>
      </w:r>
      <w:r>
        <w:br/>
      </w:r>
      <w:r>
        <w:t xml:space="preserve">    (b) wedding speech</w:t>
      </w:r>
      <w:r>
        <w:br/>
      </w:r>
      <w:r>
        <w:t xml:space="preserve">    (c) tombstone words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prophet warned the villagers against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idolatry</w:t>
      </w:r>
      <w:r>
        <w:rPr>
          <w:b/>
          <w:bCs/>
        </w:rPr>
        <w:t xml:space="preserve"> </w:t>
      </w:r>
      <w:r>
        <w:rPr>
          <w:b/>
          <w:bCs/>
        </w:rPr>
        <w:t xml:space="preserve">and worship of false gods.</w:t>
      </w:r>
      <w:r>
        <w:br/>
      </w:r>
      <w:r>
        <w:t xml:space="preserve">    (a) rejection of all beliefs</w:t>
      </w:r>
      <w:r>
        <w:br/>
      </w:r>
      <w:r>
        <w:t xml:space="preserve">    (b) doubt about religion</w:t>
      </w:r>
      <w:r>
        <w:br/>
      </w:r>
      <w:r>
        <w:t xml:space="preserve">    (c) worship of physical idols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comments were so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lascivious</w:t>
      </w:r>
      <w:r>
        <w:rPr>
          <w:b/>
          <w:bCs/>
        </w:rPr>
        <w:t xml:space="preserve"> </w:t>
      </w:r>
      <w:r>
        <w:rPr>
          <w:b/>
          <w:bCs/>
        </w:rPr>
        <w:t xml:space="preserve">that she reported them to HR.</w:t>
      </w:r>
      <w:r>
        <w:br/>
      </w:r>
      <w:r>
        <w:t xml:space="preserve">    (a) the quality of feeling angry or unhappy about having to accept something not liked</w:t>
      </w:r>
      <w:r>
        <w:br/>
      </w:r>
      <w:r>
        <w:t xml:space="preserve">    (b) sexually inappropriate</w:t>
      </w:r>
      <w:r>
        <w:br/>
      </w:r>
      <w:r>
        <w:t xml:space="preserve">    (c) an argument attributed to one's opponent that is weaker than their actual argument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poll tax was designed as a particularly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odious</w:t>
      </w:r>
      <w:r>
        <w:rPr>
          <w:b/>
          <w:bCs/>
        </w:rPr>
        <w:t xml:space="preserve"> </w:t>
      </w:r>
      <w:r>
        <w:rPr>
          <w:b/>
          <w:bCs/>
        </w:rPr>
        <w:t xml:space="preserve">violation of civil rights.</w:t>
      </w:r>
      <w:r>
        <w:br/>
      </w:r>
      <w:r>
        <w:t xml:space="preserve">    (a) harmful and hidden</w:t>
      </w:r>
      <w:r>
        <w:br/>
      </w:r>
      <w:r>
        <w:t xml:space="preserve">    (b) extremely dislikable</w:t>
      </w:r>
      <w:r>
        <w:br/>
      </w:r>
      <w:r>
        <w:t xml:space="preserve">    (c) extremely devious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After a frustrating day, she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peevish</w:t>
      </w:r>
      <w:r>
        <w:rPr>
          <w:b/>
          <w:bCs/>
        </w:rPr>
        <w:t xml:space="preserve"> </w:t>
      </w:r>
      <w:r>
        <w:rPr>
          <w:b/>
          <w:bCs/>
        </w:rPr>
        <w:t xml:space="preserve">and snapped at everyone who spoke to her.</w:t>
      </w:r>
      <w:r>
        <w:br/>
      </w:r>
      <w:r>
        <w:t xml:space="preserve">    (a) very tired</w:t>
      </w:r>
      <w:r>
        <w:br/>
      </w:r>
      <w:r>
        <w:t xml:space="preserve">    (b) easily annoyed</w:t>
      </w:r>
      <w:r>
        <w:br/>
      </w:r>
      <w:r>
        <w:t xml:space="preserve">    (c) very demanding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After breaking the window,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penitent</w:t>
      </w:r>
      <w:r>
        <w:rPr>
          <w:b/>
          <w:bCs/>
        </w:rPr>
        <w:t xml:space="preserve"> </w:t>
      </w:r>
      <w:r>
        <w:rPr>
          <w:b/>
          <w:bCs/>
        </w:rPr>
        <w:t xml:space="preserve">boy apologized to his neighbor.</w:t>
      </w:r>
      <w:r>
        <w:br/>
      </w:r>
      <w:r>
        <w:t xml:space="preserve">    (a) proud of one's actions</w:t>
      </w:r>
      <w:r>
        <w:br/>
      </w:r>
      <w:r>
        <w:t xml:space="preserve">    (b) confused about the rules</w:t>
      </w:r>
      <w:r>
        <w:br/>
      </w:r>
      <w:r>
        <w:t xml:space="preserve">    (c) feeling regret for wrongdoing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became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precept</w:t>
      </w:r>
      <w:r>
        <w:rPr>
          <w:b/>
          <w:bCs/>
        </w:rPr>
        <w:t xml:space="preserve"> </w:t>
      </w:r>
      <w:r>
        <w:rPr>
          <w:b/>
          <w:bCs/>
        </w:rPr>
        <w:t xml:space="preserve">of U.S. foreign policy.</w:t>
      </w:r>
      <w:r>
        <w:br/>
      </w:r>
      <w:r>
        <w:t xml:space="preserve">    (a) rule</w:t>
      </w:r>
      <w:r>
        <w:br/>
      </w:r>
      <w:r>
        <w:t xml:space="preserve">    (b) sign</w:t>
      </w:r>
      <w:r>
        <w:br/>
      </w:r>
      <w:r>
        <w:t xml:space="preserve">    (c) problem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Knowing he risked execution, Luther refused to renounce his opinions, saying "I cannot and will not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recant</w:t>
      </w:r>
      <w:r>
        <w:rPr>
          <w:b/>
          <w:bCs/>
        </w:rPr>
        <w:t xml:space="preserve"> </w:t>
      </w:r>
      <w:r>
        <w:rPr>
          <w:b/>
          <w:bCs/>
        </w:rPr>
        <w:t xml:space="preserve">anything, since it is neither safe nor right to go against conscience."</w:t>
      </w:r>
      <w:r>
        <w:br/>
      </w:r>
      <w:r>
        <w:t xml:space="preserve">    (a) withdraw</w:t>
      </w:r>
      <w:r>
        <w:br/>
      </w:r>
      <w:r>
        <w:t xml:space="preserve">    (b) further explain</w:t>
      </w:r>
      <w:r>
        <w:br/>
      </w:r>
      <w:r>
        <w:t xml:space="preserve">    (c) apologize for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scruples</w:t>
      </w:r>
      <w:r>
        <w:rPr>
          <w:b/>
          <w:bCs/>
        </w:rPr>
        <w:t xml:space="preserve"> </w:t>
      </w:r>
      <w:r>
        <w:rPr>
          <w:b/>
          <w:bCs/>
        </w:rPr>
        <w:t xml:space="preserve">were not so strong as to withstand her friend's arguments.</w:t>
      </w:r>
      <w:r>
        <w:br/>
      </w:r>
      <w:r>
        <w:t xml:space="preserve">    (a) firmness of purpose</w:t>
      </w:r>
      <w:r>
        <w:br/>
      </w:r>
      <w:r>
        <w:t xml:space="preserve">    (b) known facts</w:t>
      </w:r>
      <w:r>
        <w:br/>
      </w:r>
      <w:r>
        <w:t xml:space="preserve">    (c) principles that discourage certain kinds of action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Everyone liked the idea. The arguments I prepared to support it were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superfluous</w:t>
      </w:r>
      <w:r>
        <w:rPr>
          <w:b/>
          <w:bCs/>
        </w:rPr>
        <w:t xml:space="preserve">.</w:t>
      </w:r>
      <w:r>
        <w:br/>
      </w:r>
      <w:r>
        <w:t xml:space="preserve">    (a) unnecessary</w:t>
      </w:r>
      <w:r>
        <w:br/>
      </w:r>
      <w:r>
        <w:t xml:space="preserve">    (b) important</w:t>
      </w:r>
      <w:r>
        <w:br/>
      </w:r>
      <w:r>
        <w:t xml:space="preserve">    (c) appreciated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suffers the despair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unrequited</w:t>
      </w:r>
      <w:r>
        <w:rPr>
          <w:b/>
          <w:bCs/>
        </w:rPr>
        <w:t xml:space="preserve"> </w:t>
      </w:r>
      <w:r>
        <w:rPr>
          <w:b/>
          <w:bCs/>
        </w:rPr>
        <w:t xml:space="preserve">love.</w:t>
      </w:r>
      <w:r>
        <w:br/>
      </w:r>
      <w:r>
        <w:t xml:space="preserve">    (a) loss (through death)</w:t>
      </w:r>
      <w:r>
        <w:br/>
      </w:r>
      <w:r>
        <w:t xml:space="preserve">    (b) beyond normal limits</w:t>
      </w:r>
      <w:r>
        <w:br/>
      </w:r>
      <w:r>
        <w:t xml:space="preserve">    (c) unreturned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2026-07-31T14:28:48Z</dcterms:created>
  <dcterms:modified xsi:type="dcterms:W3CDTF">2026-07-31T14:28:48Z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