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7428c363cc85f6591007f0fa6b889ee9591e1cf"/>
    <w:p>
      <w:pPr>
        <w:pStyle w:val="Heading1"/>
      </w:pPr>
      <w:r>
        <w:rPr>
          <w:b/>
          <w:bCs/>
        </w:rPr>
        <w:t xml:space="preserve">All's Well That Ends Well</w:t>
      </w:r>
      <w:r>
        <w:br/>
      </w:r>
      <w:r>
        <w:rPr>
          <w:i/>
          <w:iCs/>
        </w:rPr>
        <w:t xml:space="preserve">William Shakespeare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Exeunt.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flourish</w:t>
      </w:r>
      <w:r>
        <w:rPr>
          <w:b/>
          <w:bCs/>
        </w:rPr>
        <w:t xml:space="preserve">.</w:t>
      </w:r>
      <w:r>
        <w:br/>
      </w:r>
      <w:r>
        <w:t xml:space="preserve">    (a) something repeated regularly</w:t>
      </w:r>
      <w:r>
        <w:br/>
      </w:r>
      <w:r>
        <w:t xml:space="preserve">    (b) tell someone about something</w:t>
      </w:r>
      <w:r>
        <w:br/>
      </w:r>
      <w:r>
        <w:t xml:space="preserve">    (c) a showy gesture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otherwise a seducer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flourishes</w:t>
      </w:r>
      <w:r>
        <w:rPr>
          <w:b/>
          <w:bCs/>
        </w:rPr>
        <w:t xml:space="preserve">, and a poor maid is undone.</w:t>
      </w:r>
      <w:r>
        <w:br/>
      </w:r>
      <w:r>
        <w:t xml:space="preserve">    (a) thrives (does well)</w:t>
      </w:r>
      <w:r>
        <w:br/>
      </w:r>
      <w:r>
        <w:t xml:space="preserve">    (b) subtle characteristics</w:t>
      </w:r>
      <w:r>
        <w:br/>
      </w:r>
      <w:r>
        <w:t xml:space="preserve">    (c) basic rules or beliefs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have been, madam, a wicked creature, as you and all flesh and blood are; and, indeed, I do marry that I may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repent</w:t>
      </w:r>
      <w:r>
        <w:rPr>
          <w:b/>
          <w:bCs/>
        </w:rPr>
        <w:t xml:space="preserve">.</w:t>
      </w:r>
      <w:r>
        <w:br/>
      </w:r>
      <w:r>
        <w:t xml:space="preserve">    (a) give an opinion of what is wrong with something</w:t>
      </w:r>
      <w:r>
        <w:br/>
      </w:r>
      <w:r>
        <w:t xml:space="preserve">    (b) mark important text; or the text that is marked</w:t>
      </w:r>
      <w:r>
        <w:br/>
      </w:r>
      <w:r>
        <w:t xml:space="preserve">    (c) to express or feel regret for having done wrong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prophet I, madam; and I speak the truth the next way: For I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ballad</w:t>
      </w:r>
      <w:r>
        <w:rPr>
          <w:b/>
          <w:bCs/>
        </w:rPr>
        <w:t xml:space="preserve"> </w:t>
      </w:r>
      <w:r>
        <w:rPr>
          <w:b/>
          <w:bCs/>
        </w:rPr>
        <w:t xml:space="preserve">will repeat, Which men full true shall find; Your marriage comes by destiny, Your cuckoo sings by kind.</w:t>
      </w:r>
      <w:r>
        <w:br/>
      </w:r>
      <w:r>
        <w:t xml:space="preserve">    (a) related to the branch of physics concerned with the conversion of different forms of energy</w:t>
      </w:r>
      <w:r>
        <w:br/>
      </w:r>
      <w:r>
        <w:t xml:space="preserve">    (b) a song (or poem) that tells a story or expresses strong feelings -- typically slow in tempo</w:t>
      </w:r>
      <w:r>
        <w:br/>
      </w:r>
      <w:r>
        <w:t xml:space="preserve">    (c) of the Church of Jesus Christ of Latter-Day Saints which was founded by Joseph Smith in 1830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she delivered in the most bitter touch of sorrow that e'er I heard virgin exclaim in; which I held my duty speedily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acquaint</w:t>
      </w:r>
      <w:r>
        <w:rPr>
          <w:b/>
          <w:bCs/>
        </w:rPr>
        <w:t xml:space="preserve"> </w:t>
      </w:r>
      <w:r>
        <w:rPr>
          <w:b/>
          <w:bCs/>
        </w:rPr>
        <w:t xml:space="preserve">you withal; sithence, in the loss that may happen, it concerns you something to know it.</w:t>
      </w:r>
      <w:r>
        <w:br/>
      </w:r>
      <w:r>
        <w:t xml:space="preserve">    (a) to come near or nearer</w:t>
      </w:r>
      <w:r>
        <w:br/>
      </w:r>
      <w:r>
        <w:t xml:space="preserve">    (b) create dramatic change</w:t>
      </w:r>
      <w:r>
        <w:br/>
      </w:r>
      <w:r>
        <w:t xml:space="preserve">    (c) inform (cause to know)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'Tis only title thou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disdain</w:t>
      </w:r>
      <w:r>
        <w:rPr>
          <w:b/>
          <w:bCs/>
        </w:rPr>
        <w:t xml:space="preserve">'st in her, the which I can build up.</w:t>
      </w:r>
      <w:r>
        <w:br/>
      </w:r>
      <w:r>
        <w:t xml:space="preserve">    (a) don't respect</w:t>
      </w:r>
      <w:r>
        <w:br/>
      </w:r>
      <w:r>
        <w:t xml:space="preserve">    (b) influence opinion</w:t>
      </w:r>
      <w:r>
        <w:br/>
      </w:r>
      <w:r>
        <w:t xml:space="preserve">    (c) differ; or change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drives me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entreat</w:t>
      </w:r>
      <w:r>
        <w:rPr>
          <w:b/>
          <w:bCs/>
        </w:rPr>
        <w:t xml:space="preserve"> </w:t>
      </w:r>
      <w:r>
        <w:rPr>
          <w:b/>
          <w:bCs/>
        </w:rPr>
        <w:t xml:space="preserve">you:</w:t>
      </w:r>
      <w:r>
        <w:br/>
      </w:r>
      <w:r>
        <w:t xml:space="preserve">    (a) stop fighting</w:t>
      </w:r>
      <w:r>
        <w:br/>
      </w:r>
      <w:r>
        <w:t xml:space="preserve">    (b) ask earnestly</w:t>
      </w:r>
      <w:r>
        <w:br/>
      </w:r>
      <w:r>
        <w:t xml:space="preserve">    (c) make possible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By my troth, I take my young lord to be a very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melancholy</w:t>
      </w:r>
      <w:r>
        <w:rPr>
          <w:b/>
          <w:bCs/>
        </w:rPr>
        <w:t xml:space="preserve"> </w:t>
      </w:r>
      <w:r>
        <w:rPr>
          <w:b/>
          <w:bCs/>
        </w:rPr>
        <w:t xml:space="preserve">man.</w:t>
      </w:r>
      <w:r>
        <w:br/>
      </w:r>
      <w:r>
        <w:t xml:space="preserve">    (a) a sad feeling or manner</w:t>
      </w:r>
      <w:r>
        <w:br/>
      </w:r>
      <w:r>
        <w:t xml:space="preserve">    (b) relating to the outside</w:t>
      </w:r>
      <w:r>
        <w:br/>
      </w:r>
      <w:r>
        <w:t xml:space="preserve">    (c) about (but not exactly)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son corrupts a well-</w:t>
      </w:r>
      <w:r>
        <w:rPr>
          <w:b/>
          <w:bCs/>
          <w:u w:val="single"/>
        </w:rPr>
        <w:t xml:space="preserve">derived</w:t>
      </w:r>
      <w:r>
        <w:rPr>
          <w:b/>
          <w:bCs/>
        </w:rPr>
        <w:t xml:space="preserve"> </w:t>
      </w:r>
      <w:r>
        <w:rPr>
          <w:b/>
          <w:bCs/>
        </w:rPr>
        <w:t xml:space="preserve">nature With his inducement.</w:t>
      </w:r>
      <w:r>
        <w:br/>
      </w:r>
      <w:r>
        <w:t xml:space="preserve">    (a) got</w:t>
      </w:r>
      <w:r>
        <w:br/>
      </w:r>
      <w:r>
        <w:t xml:space="preserve">    (b) hid</w:t>
      </w:r>
      <w:r>
        <w:br/>
      </w:r>
      <w:r>
        <w:t xml:space="preserve">    (c) cut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—Beware of them, Diana; their promises, enticements, oaths, tokens, and all these engines of lust, are not the things they go under; many a maid hath been seduced by them; and the misery is, example, that so terrible shows in the wreck of maidenhood, cannot for all that dissuade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succession</w:t>
      </w:r>
      <w:r>
        <w:rPr>
          <w:b/>
          <w:bCs/>
        </w:rPr>
        <w:t xml:space="preserve">, but that they are limed with the twigs that threaten them.</w:t>
      </w:r>
      <w:r>
        <w:br/>
      </w:r>
      <w:r>
        <w:t xml:space="preserve">    (a) officially telling someone about something; or something that contains the message</w:t>
      </w:r>
      <w:r>
        <w:br/>
      </w:r>
      <w:r>
        <w:t xml:space="preserve">    (b) formula (a mathematical expression that describe a relationship between variables)</w:t>
      </w:r>
      <w:r>
        <w:br/>
      </w:r>
      <w:r>
        <w:t xml:space="preserve">    (c) replacement (other women replacing those who had previously seduced)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Sir, for a quart d'ecu he will sell the fee-simple of his salvation, the inheritance of it; and cut the entail from all remainders and a perpetual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succession</w:t>
      </w:r>
      <w:r>
        <w:rPr>
          <w:b/>
          <w:bCs/>
        </w:rPr>
        <w:t xml:space="preserve"> </w:t>
      </w:r>
      <w:r>
        <w:rPr>
          <w:b/>
          <w:bCs/>
        </w:rPr>
        <w:t xml:space="preserve">for it perpetually.</w:t>
      </w:r>
      <w:r>
        <w:br/>
      </w:r>
      <w:r>
        <w:t xml:space="preserve">    (a) thing that affects a result or outcome</w:t>
      </w:r>
      <w:r>
        <w:br/>
      </w:r>
      <w:r>
        <w:t xml:space="preserve">    (b) job, reservation, booking, or activity</w:t>
      </w:r>
      <w:r>
        <w:br/>
      </w:r>
      <w:r>
        <w:t xml:space="preserve">    (c) repetition for a line of descendants (one after another)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May be,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amorous</w:t>
      </w:r>
      <w:r>
        <w:rPr>
          <w:b/>
          <w:bCs/>
        </w:rPr>
        <w:t xml:space="preserve"> </w:t>
      </w:r>
      <w:r>
        <w:rPr>
          <w:b/>
          <w:bCs/>
        </w:rPr>
        <w:t xml:space="preserve">count solicits her In the unlawful purpose.</w:t>
      </w:r>
      <w:r>
        <w:br/>
      </w:r>
      <w:r>
        <w:t xml:space="preserve">    (a) logical or analytical</w:t>
      </w:r>
      <w:r>
        <w:br/>
      </w:r>
      <w:r>
        <w:t xml:space="preserve">    (b) comprehensive</w:t>
      </w:r>
      <w:r>
        <w:br/>
      </w:r>
      <w:r>
        <w:t xml:space="preserve">    (c) romantic or sexual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shrewdly</w:t>
      </w:r>
      <w:r>
        <w:rPr>
          <w:b/>
          <w:bCs/>
        </w:rPr>
        <w:t xml:space="preserve"> </w:t>
      </w:r>
      <w:r>
        <w:rPr>
          <w:b/>
          <w:bCs/>
        </w:rPr>
        <w:t xml:space="preserve">vex'd at something.</w:t>
      </w:r>
      <w:r>
        <w:br/>
      </w:r>
      <w:r>
        <w:t xml:space="preserve">    (a) in a smart manner</w:t>
      </w:r>
      <w:r>
        <w:br/>
      </w:r>
      <w:r>
        <w:t xml:space="preserve">    (b) in a pleasing way</w:t>
      </w:r>
      <w:r>
        <w:br/>
      </w:r>
      <w:r>
        <w:t xml:space="preserve">    (c) in a skillful way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First give me trust, the count he is my husband, And what to your sworn counsel I have spoken Is so from word to word; and then you cannot, By the good aid that I of you shall borrow, Err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bestowing</w:t>
      </w:r>
      <w:r>
        <w:rPr>
          <w:b/>
          <w:bCs/>
        </w:rPr>
        <w:t xml:space="preserve"> </w:t>
      </w:r>
      <w:r>
        <w:rPr>
          <w:b/>
          <w:bCs/>
        </w:rPr>
        <w:t xml:space="preserve">it.</w:t>
      </w:r>
      <w:r>
        <w:br/>
      </w:r>
      <w:r>
        <w:t xml:space="preserve">    (a) ruling</w:t>
      </w:r>
      <w:r>
        <w:br/>
      </w:r>
      <w:r>
        <w:t xml:space="preserve">    (b) giving</w:t>
      </w:r>
      <w:r>
        <w:br/>
      </w:r>
      <w:r>
        <w:t xml:space="preserve">    (c) paying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here he comes;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beguile</w:t>
      </w:r>
      <w:r>
        <w:rPr>
          <w:b/>
          <w:bCs/>
        </w:rPr>
        <w:t xml:space="preserve"> </w:t>
      </w:r>
      <w:r>
        <w:rPr>
          <w:b/>
          <w:bCs/>
        </w:rPr>
        <w:t xml:space="preserve">two hours in a sleep, and then to return and swear the lies he forges.</w:t>
      </w:r>
      <w:r>
        <w:br/>
      </w:r>
      <w:r>
        <w:t xml:space="preserve">    (a) give authority, power, knowledge, or confidence to someone so they can do something</w:t>
      </w:r>
      <w:r>
        <w:br/>
      </w:r>
      <w:r>
        <w:t xml:space="preserve">    (b) to think of something as true or likely, even though it is not known with certainty</w:t>
      </w:r>
      <w:r>
        <w:br/>
      </w:r>
      <w:r>
        <w:t xml:space="preserve">    (c) to charm, enchant, or entertain someone; or to deceive -- especially through charm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pr'ythee, do not strive against my vows: I was compell'd to her; but I love thee By love's own sweet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constraint</w:t>
      </w:r>
      <w:r>
        <w:rPr>
          <w:b/>
          <w:bCs/>
        </w:rPr>
        <w:t xml:space="preserve">, and will for ever Do thee all rights of service.</w:t>
      </w:r>
      <w:r>
        <w:br/>
      </w:r>
      <w:r>
        <w:t xml:space="preserve">    (a) something that limits something else</w:t>
      </w:r>
      <w:r>
        <w:br/>
      </w:r>
      <w:r>
        <w:t xml:space="preserve">    (b) lacking experience or sophistication</w:t>
      </w:r>
      <w:r>
        <w:br/>
      </w:r>
      <w:r>
        <w:t xml:space="preserve">    (c) a Muslim religious teacher or leader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Bequeathed</w:t>
      </w:r>
      <w:r>
        <w:rPr>
          <w:b/>
          <w:bCs/>
        </w:rPr>
        <w:t xml:space="preserve"> </w:t>
      </w:r>
      <w:r>
        <w:rPr>
          <w:b/>
          <w:bCs/>
        </w:rPr>
        <w:t xml:space="preserve">down from many ancestors</w:t>
      </w:r>
      <w:r>
        <w:br/>
      </w:r>
      <w:r>
        <w:t xml:space="preserve">    (a) left to or given to another after death</w:t>
      </w:r>
      <w:r>
        <w:br/>
      </w:r>
      <w:r>
        <w:t xml:space="preserve">    (b) helped make clear</w:t>
      </w:r>
      <w:r>
        <w:br/>
      </w:r>
      <w:r>
        <w:t xml:space="preserve">    (c) guided or managed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Adieu</w:t>
      </w:r>
      <w:r>
        <w:rPr>
          <w:b/>
          <w:bCs/>
        </w:rPr>
        <w:t xml:space="preserve"> </w:t>
      </w:r>
      <w:r>
        <w:rPr>
          <w:b/>
          <w:bCs/>
        </w:rPr>
        <w:t xml:space="preserve">till then; then fail not.</w:t>
      </w:r>
      <w:r>
        <w:br/>
      </w:r>
      <w:r>
        <w:t xml:space="preserve">    (a) greetings</w:t>
      </w:r>
      <w:r>
        <w:br/>
      </w:r>
      <w:r>
        <w:t xml:space="preserve">    (b) goodbye</w:t>
      </w:r>
      <w:r>
        <w:br/>
      </w:r>
      <w:r>
        <w:t xml:space="preserve">    (c) hello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beseech</w:t>
      </w:r>
      <w:r>
        <w:rPr>
          <w:b/>
          <w:bCs/>
        </w:rPr>
        <w:t xml:space="preserve"> </w:t>
      </w:r>
      <w:r>
        <w:rPr>
          <w:b/>
          <w:bCs/>
        </w:rPr>
        <w:t xml:space="preserve">you, let me answer to the particular of the inter'gatories: demand them singly.</w:t>
      </w:r>
      <w:r>
        <w:br/>
      </w:r>
      <w:r>
        <w:t xml:space="preserve">    (a) to ask strongly or beg for something</w:t>
      </w:r>
      <w:r>
        <w:br/>
      </w:r>
      <w:r>
        <w:t xml:space="preserve">    (b) to spread to other parts of the body</w:t>
      </w:r>
      <w:r>
        <w:br/>
      </w:r>
      <w:r>
        <w:t xml:space="preserve">    (c) move into position to work; or start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Contempt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scornful</w:t>
      </w:r>
      <w:r>
        <w:rPr>
          <w:b/>
          <w:bCs/>
        </w:rPr>
        <w:t xml:space="preserve"> </w:t>
      </w:r>
      <w:r>
        <w:rPr>
          <w:b/>
          <w:bCs/>
        </w:rPr>
        <w:t xml:space="preserve">perspective did lend me</w:t>
      </w:r>
      <w:r>
        <w:br/>
      </w:r>
      <w:r>
        <w:t xml:space="preserve">    (a) mocking or highly disrespectful</w:t>
      </w:r>
      <w:r>
        <w:br/>
      </w:r>
      <w:r>
        <w:t xml:space="preserve">    (b) able to accept as true (without proof)</w:t>
      </w:r>
      <w:r>
        <w:br/>
      </w:r>
      <w:r>
        <w:t xml:space="preserve">    (c) able to be protected or kept unchanged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2026-07-31T14:28:47Z</dcterms:created>
  <dcterms:modified xsi:type="dcterms:W3CDTF">2026-07-31T14:28:47Z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