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df3940f40a02da9360ef2ebf09375860596ce84"/>
    <w:p>
      <w:pPr>
        <w:pStyle w:val="Heading1"/>
      </w:pPr>
      <w:r>
        <w:rPr>
          <w:b/>
          <w:bCs/>
        </w:rPr>
        <w:t xml:space="preserve">All's Well That Ends Well</w:t>
      </w:r>
      <w:r>
        <w:br/>
      </w:r>
      <w:r>
        <w:rPr>
          <w:i/>
          <w:iCs/>
        </w:rPr>
        <w:t xml:space="preserve">William Shakespeare</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'Twas pretty, though a plague, To see him every hour; to sit and draw His arched brows, his hawking eye, his curls, In our heart's table,—heart too capable Of every line and trick of his sweet favour: But now he's gone, and my</w:t>
      </w:r>
      <w:r>
        <w:rPr>
          <w:b/>
          <w:bCs/>
        </w:rPr>
        <w:t xml:space="preserve"> </w:t>
      </w:r>
      <w:r>
        <w:rPr>
          <w:b/>
          <w:bCs/>
          <w:u w:val="single"/>
        </w:rPr>
        <w:t xml:space="preserve">idolatrous</w:t>
      </w:r>
      <w:r>
        <w:rPr>
          <w:b/>
          <w:bCs/>
        </w:rPr>
        <w:t xml:space="preserve"> </w:t>
      </w:r>
      <w:r>
        <w:rPr>
          <w:b/>
          <w:bCs/>
        </w:rPr>
        <w:t xml:space="preserve">fancy Must sanctify his relics.</w:t>
      </w:r>
      <w:r>
        <w:br/>
      </w:r>
      <w:r>
        <w:t xml:space="preserve">    (a) submissiveness -- often behavior of someone who is so submissive or eager to serve and please that they seem to lack self-respect</w:t>
      </w:r>
      <w:r>
        <w:br/>
      </w:r>
      <w:r>
        <w:t xml:space="preserve">    (b) related to a mental illness most commonly associated with undeveloped social abilities, language, and other communication skills</w:t>
      </w:r>
      <w:r>
        <w:br/>
      </w:r>
      <w:r>
        <w:t xml:space="preserve">    (c) the worship of idols (physical objects representative of gods)</w:t>
      </w:r>
      <w:r>
        <w:br/>
      </w:r>
      <w:r>
        <w:br/>
      </w:r>
      <w:r>
        <w:t xml:space="preserve">or:</w:t>
      </w:r>
      <w:r>
        <w:br/>
      </w:r>
      <w:r>
        <w:br/>
      </w:r>
      <w:r>
        <w:t xml:space="preserve">excessive admiration and devotion to something or someone</w:t>
      </w:r>
    </w:p>
    <w:p>
      <w:pPr>
        <w:pStyle w:val="Compact"/>
        <w:numPr>
          <w:ilvl w:val="0"/>
          <w:numId w:val="1001"/>
        </w:numPr>
      </w:pPr>
      <w:r>
        <w:rPr>
          <w:b/>
          <w:bCs/>
        </w:rPr>
        <w:t xml:space="preserve">One that goes with him: I love him for his sake; And yet I know him a notorious liar, Think him a great way fool, solely a coward; Yet these fix'd evils sit so fit in him That they take place when virtue's steely bones Looks bleak i' the cold wind: withal, full oft we see Cold wisdom waiting on</w:t>
      </w:r>
      <w:r>
        <w:rPr>
          <w:b/>
          <w:bCs/>
        </w:rPr>
        <w:t xml:space="preserve"> </w:t>
      </w:r>
      <w:r>
        <w:rPr>
          <w:b/>
          <w:bCs/>
          <w:u w:val="single"/>
        </w:rPr>
        <w:t xml:space="preserve">superfluous</w:t>
      </w:r>
      <w:r>
        <w:rPr>
          <w:b/>
          <w:bCs/>
        </w:rPr>
        <w:t xml:space="preserve"> </w:t>
      </w:r>
      <w:r>
        <w:rPr>
          <w:b/>
          <w:bCs/>
        </w:rPr>
        <w:t xml:space="preserve">folly.</w:t>
      </w:r>
      <w:r>
        <w:br/>
      </w:r>
      <w:r>
        <w:t xml:space="preserve">    (a) without purpose, job, or natural activity</w:t>
      </w:r>
      <w:r>
        <w:br/>
      </w:r>
      <w:r>
        <w:t xml:space="preserve">    (b) the quality of being sensible and careful</w:t>
      </w:r>
      <w:r>
        <w:br/>
      </w:r>
      <w:r>
        <w:t xml:space="preserve">    (c) more than is needed, desired, or required</w:t>
      </w:r>
    </w:p>
    <w:p>
      <w:pPr>
        <w:pStyle w:val="Compact"/>
        <w:numPr>
          <w:ilvl w:val="0"/>
          <w:numId w:val="1001"/>
        </w:numPr>
      </w:pPr>
      <w:r>
        <w:rPr>
          <w:b/>
          <w:bCs/>
        </w:rPr>
        <w:t xml:space="preserve">Besides, virginity is</w:t>
      </w:r>
      <w:r>
        <w:rPr>
          <w:b/>
          <w:bCs/>
        </w:rPr>
        <w:t xml:space="preserve"> </w:t>
      </w:r>
      <w:r>
        <w:rPr>
          <w:b/>
          <w:bCs/>
          <w:u w:val="single"/>
        </w:rPr>
        <w:t xml:space="preserve">peevish</w:t>
      </w:r>
      <w:r>
        <w:rPr>
          <w:b/>
          <w:bCs/>
        </w:rPr>
        <w:t xml:space="preserve">, proud, idle, made of self-love, which is the most inhibited sin in the canon.</w:t>
      </w:r>
      <w:r>
        <w:br/>
      </w:r>
      <w:r>
        <w:t xml:space="preserve">    (a) trustworthy with secrets or subtle (not attracting attention)</w:t>
      </w:r>
      <w:r>
        <w:br/>
      </w:r>
      <w:r>
        <w:t xml:space="preserve">    (b) annoyed or easily annoyed -- especially by unimportant things</w:t>
      </w:r>
      <w:r>
        <w:br/>
      </w:r>
      <w:r>
        <w:t xml:space="preserve">    (c) related to the setting or situation in which something occurs</w:t>
      </w:r>
    </w:p>
    <w:p>
      <w:pPr>
        <w:pStyle w:val="Compact"/>
        <w:numPr>
          <w:ilvl w:val="0"/>
          <w:numId w:val="1001"/>
        </w:numPr>
      </w:pPr>
      <w:r>
        <w:rPr>
          <w:b/>
          <w:bCs/>
        </w:rPr>
        <w:t xml:space="preserve">His jarring concord, and his</w:t>
      </w:r>
      <w:r>
        <w:rPr>
          <w:b/>
          <w:bCs/>
        </w:rPr>
        <w:t xml:space="preserve"> </w:t>
      </w:r>
      <w:r>
        <w:rPr>
          <w:b/>
          <w:bCs/>
          <w:u w:val="single"/>
        </w:rPr>
        <w:t xml:space="preserve">discord</w:t>
      </w:r>
      <w:r>
        <w:rPr>
          <w:b/>
          <w:bCs/>
        </w:rPr>
        <w:t xml:space="preserve"> </w:t>
      </w:r>
      <w:r>
        <w:rPr>
          <w:b/>
          <w:bCs/>
        </w:rPr>
        <w:t xml:space="preserve">dulcet,</w:t>
      </w:r>
      <w:r>
        <w:br/>
      </w:r>
      <w:r>
        <w:t xml:space="preserve">    (a) bad sounding</w:t>
      </w:r>
      <w:r>
        <w:br/>
      </w:r>
      <w:r>
        <w:t xml:space="preserve">    (b) make more varied</w:t>
      </w:r>
      <w:r>
        <w:br/>
      </w:r>
      <w:r>
        <w:t xml:space="preserve">    (c) take on or adopt</w:t>
      </w:r>
    </w:p>
    <w:p>
      <w:pPr>
        <w:pStyle w:val="Compact"/>
        <w:numPr>
          <w:ilvl w:val="0"/>
          <w:numId w:val="1001"/>
        </w:numPr>
      </w:pPr>
      <w:r>
        <w:rPr>
          <w:b/>
          <w:bCs/>
        </w:rPr>
        <w:t xml:space="preserve">His good remembrance, sir, Lies richer in your thoughts than on his tomb; So in approof lives not his</w:t>
      </w:r>
      <w:r>
        <w:rPr>
          <w:b/>
          <w:bCs/>
        </w:rPr>
        <w:t xml:space="preserve"> </w:t>
      </w:r>
      <w:r>
        <w:rPr>
          <w:b/>
          <w:bCs/>
          <w:u w:val="single"/>
        </w:rPr>
        <w:t xml:space="preserve">epitaph</w:t>
      </w:r>
      <w:r>
        <w:rPr>
          <w:b/>
          <w:bCs/>
        </w:rPr>
        <w:t xml:space="preserve"> </w:t>
      </w:r>
      <w:r>
        <w:rPr>
          <w:b/>
          <w:bCs/>
        </w:rPr>
        <w:t xml:space="preserve">As in your royal speech.</w:t>
      </w:r>
      <w:r>
        <w:br/>
      </w:r>
      <w:r>
        <w:t xml:space="preserve">    (a) a short text in memory of a dead person</w:t>
      </w:r>
      <w:r>
        <w:br/>
      </w:r>
      <w:r>
        <w:t xml:space="preserve">    (b) worry or concern about what will happen</w:t>
      </w:r>
      <w:r>
        <w:br/>
      </w:r>
      <w:r>
        <w:t xml:space="preserve">    (c) something that causes ongoing suffering</w:t>
      </w:r>
    </w:p>
    <w:p>
      <w:pPr>
        <w:pStyle w:val="Compact"/>
        <w:numPr>
          <w:ilvl w:val="0"/>
          <w:numId w:val="1001"/>
        </w:numPr>
      </w:pPr>
      <w:r>
        <w:rPr>
          <w:b/>
          <w:bCs/>
        </w:rPr>
        <w:t xml:space="preserve">We thank you, maiden: But may not be so credulous of cure,—When our most learned doctors leave us, and The congregated college have concluded That labouring art can never ransom nature From her inaidable estate,—I say we must not So stain our judgment, or corrupt our hope, To prostitute our past-cure malady To</w:t>
      </w:r>
      <w:r>
        <w:rPr>
          <w:b/>
          <w:bCs/>
        </w:rPr>
        <w:t xml:space="preserve"> </w:t>
      </w:r>
      <w:r>
        <w:rPr>
          <w:b/>
          <w:bCs/>
          <w:u w:val="single"/>
        </w:rPr>
        <w:t xml:space="preserve">empirics</w:t>
      </w:r>
      <w:r>
        <w:rPr>
          <w:b/>
          <w:bCs/>
        </w:rPr>
        <w:t xml:space="preserve">; or to dissever so Our great self and our credit, to esteem A senseless help, when help past sense we deem.</w:t>
      </w:r>
      <w:r>
        <w:br/>
      </w:r>
      <w:r>
        <w:t xml:space="preserve">    (a) speaks with someone about something for the first time</w:t>
      </w:r>
      <w:r>
        <w:br/>
      </w:r>
      <w:r>
        <w:t xml:space="preserve">    (b) people who are guided by experience rather than theory</w:t>
      </w:r>
      <w:r>
        <w:br/>
      </w:r>
      <w:r>
        <w:t xml:space="preserve">    (c) periods of time when someone exhibits unusual behavior</w:t>
      </w:r>
    </w:p>
    <w:p>
      <w:pPr>
        <w:pStyle w:val="Compact"/>
        <w:numPr>
          <w:ilvl w:val="0"/>
          <w:numId w:val="1001"/>
        </w:numPr>
      </w:pPr>
      <w:r>
        <w:rPr>
          <w:b/>
          <w:bCs/>
        </w:rPr>
        <w:t xml:space="preserve">Tax of impudence,—A strumpet's boldness, a divulged shame,—Traduc'd by</w:t>
      </w:r>
      <w:r>
        <w:rPr>
          <w:b/>
          <w:bCs/>
        </w:rPr>
        <w:t xml:space="preserve"> </w:t>
      </w:r>
      <w:r>
        <w:rPr>
          <w:b/>
          <w:bCs/>
          <w:u w:val="single"/>
        </w:rPr>
        <w:t xml:space="preserve">odious</w:t>
      </w:r>
      <w:r>
        <w:rPr>
          <w:b/>
          <w:bCs/>
        </w:rPr>
        <w:t xml:space="preserve"> </w:t>
      </w:r>
      <w:r>
        <w:rPr>
          <w:b/>
          <w:bCs/>
        </w:rPr>
        <w:t xml:space="preserve">ballads; my maiden's name Sear'd otherwise; ne worse of worst extended, With vilest torture let my life be ended.</w:t>
      </w:r>
      <w:r>
        <w:br/>
      </w:r>
      <w:r>
        <w:t xml:space="preserve">    (a) the degree to which something is able to change or is different</w:t>
      </w:r>
      <w:r>
        <w:br/>
      </w:r>
      <w:r>
        <w:t xml:space="preserve">    (b) extremely unpleasant, disgusting, dislikable, or worthy of hate</w:t>
      </w:r>
      <w:r>
        <w:br/>
      </w:r>
      <w:r>
        <w:t xml:space="preserve">    (c) not trustworthy, or improper, or attracting unwelcome attention</w:t>
      </w:r>
    </w:p>
    <w:p>
      <w:pPr>
        <w:pStyle w:val="Compact"/>
        <w:numPr>
          <w:ilvl w:val="0"/>
          <w:numId w:val="1001"/>
        </w:numPr>
      </w:pPr>
      <w:r>
        <w:rPr>
          <w:b/>
          <w:bCs/>
        </w:rPr>
        <w:t xml:space="preserve">Hence is it that we make trifles of terrors,</w:t>
      </w:r>
      <w:r>
        <w:rPr>
          <w:b/>
          <w:bCs/>
        </w:rPr>
        <w:t xml:space="preserve"> </w:t>
      </w:r>
      <w:r>
        <w:rPr>
          <w:b/>
          <w:bCs/>
          <w:u w:val="single"/>
        </w:rPr>
        <w:t xml:space="preserve">ensconcing</w:t>
      </w:r>
      <w:r>
        <w:rPr>
          <w:b/>
          <w:bCs/>
        </w:rPr>
        <w:t xml:space="preserve"> </w:t>
      </w:r>
      <w:r>
        <w:rPr>
          <w:b/>
          <w:bCs/>
        </w:rPr>
        <w:t xml:space="preserve">ourselves into seeming knowledge when we should submit ourselves to an unknown fear.</w:t>
      </w:r>
      <w:r>
        <w:br/>
      </w:r>
      <w:r>
        <w:t xml:space="preserve">    (a) providing investment funds for something -- such as a business</w:t>
      </w:r>
      <w:r>
        <w:br/>
      </w:r>
      <w:r>
        <w:t xml:space="preserve">    (b) crashing together with violent impact; or coming into conflict</w:t>
      </w:r>
      <w:r>
        <w:br/>
      </w:r>
      <w:r>
        <w:t xml:space="preserve">    (c) settled comfortably; or hidden or safely settled in a location</w:t>
      </w:r>
    </w:p>
    <w:p>
      <w:pPr>
        <w:pStyle w:val="Compact"/>
        <w:numPr>
          <w:ilvl w:val="0"/>
          <w:numId w:val="1001"/>
        </w:numPr>
      </w:pPr>
      <w:r>
        <w:rPr>
          <w:b/>
          <w:bCs/>
        </w:rPr>
        <w:t xml:space="preserve">Your lord and master did well to make his</w:t>
      </w:r>
      <w:r>
        <w:rPr>
          <w:b/>
          <w:bCs/>
        </w:rPr>
        <w:t xml:space="preserve"> </w:t>
      </w:r>
      <w:r>
        <w:rPr>
          <w:b/>
          <w:bCs/>
          <w:u w:val="single"/>
        </w:rPr>
        <w:t xml:space="preserve">recantation</w:t>
      </w:r>
      <w:r>
        <w:rPr>
          <w:b/>
          <w:bCs/>
        </w:rPr>
        <w:t xml:space="preserve">.</w:t>
      </w:r>
      <w:r>
        <w:br/>
      </w:r>
      <w:r>
        <w:t xml:space="preserve">    (a) a statement that formally rejects or disavows a formerly held belief</w:t>
      </w:r>
      <w:r>
        <w:br/>
      </w:r>
      <w:r>
        <w:t xml:space="preserve">    (b) relating to logical examination of something to better understand it</w:t>
      </w:r>
      <w:r>
        <w:br/>
      </w:r>
      <w:r>
        <w:t xml:space="preserve">    (c) lack of interest; or the process of stopping interaction or interest</w:t>
      </w:r>
    </w:p>
    <w:p>
      <w:pPr>
        <w:pStyle w:val="Compact"/>
        <w:numPr>
          <w:ilvl w:val="0"/>
          <w:numId w:val="1001"/>
        </w:numPr>
      </w:pPr>
      <w:r>
        <w:rPr>
          <w:b/>
          <w:bCs/>
        </w:rPr>
        <w:t xml:space="preserve">My lord, you give me most</w:t>
      </w:r>
      <w:r>
        <w:rPr>
          <w:b/>
          <w:bCs/>
        </w:rPr>
        <w:t xml:space="preserve"> </w:t>
      </w:r>
      <w:r>
        <w:rPr>
          <w:b/>
          <w:bCs/>
          <w:u w:val="single"/>
        </w:rPr>
        <w:t xml:space="preserve">egregious</w:t>
      </w:r>
      <w:r>
        <w:rPr>
          <w:b/>
          <w:bCs/>
        </w:rPr>
        <w:t xml:space="preserve"> </w:t>
      </w:r>
      <w:r>
        <w:rPr>
          <w:b/>
          <w:bCs/>
        </w:rPr>
        <w:t xml:space="preserve">indignity.</w:t>
      </w:r>
      <w:r>
        <w:br/>
      </w:r>
      <w:r>
        <w:t xml:space="preserve">    (a) not demonstrating</w:t>
      </w:r>
      <w:r>
        <w:br/>
      </w:r>
      <w:r>
        <w:t xml:space="preserve">    (b) exceptionally bad</w:t>
      </w:r>
      <w:r>
        <w:br/>
      </w:r>
      <w:r>
        <w:t xml:space="preserve">    (c) able to challenge</w:t>
      </w:r>
    </w:p>
    <w:p>
      <w:pPr>
        <w:pStyle w:val="Compact"/>
        <w:numPr>
          <w:ilvl w:val="0"/>
          <w:numId w:val="1001"/>
        </w:numPr>
      </w:pPr>
      <w:r>
        <w:rPr>
          <w:b/>
          <w:bCs/>
        </w:rPr>
        <w:t xml:space="preserve">Yes, good faith, every dram of it: and I will not bate thee a</w:t>
      </w:r>
      <w:r>
        <w:rPr>
          <w:b/>
          <w:bCs/>
        </w:rPr>
        <w:t xml:space="preserve"> </w:t>
      </w:r>
      <w:r>
        <w:rPr>
          <w:b/>
          <w:bCs/>
          <w:u w:val="single"/>
        </w:rPr>
        <w:t xml:space="preserve">scruple</w:t>
      </w:r>
      <w:r>
        <w:rPr>
          <w:b/>
          <w:bCs/>
        </w:rPr>
        <w:t xml:space="preserve">.</w:t>
      </w:r>
      <w:r>
        <w:br/>
      </w:r>
      <w:r>
        <w:t xml:space="preserve">    (a) an ethical or moral principle that discourages certain kinds of action</w:t>
      </w:r>
      <w:r>
        <w:br/>
      </w:r>
      <w:r>
        <w:t xml:space="preserve">    (b) to stick out, attract more attention than desired, or impose on others</w:t>
      </w:r>
      <w:r>
        <w:br/>
      </w:r>
      <w:r>
        <w:t xml:space="preserve">    (c) speak in a manner that does not clearly express an opinion or decision</w:t>
      </w:r>
    </w:p>
    <w:p>
      <w:pPr>
        <w:pStyle w:val="Compact"/>
        <w:numPr>
          <w:ilvl w:val="0"/>
          <w:numId w:val="1001"/>
        </w:numPr>
      </w:pPr>
      <w:r>
        <w:rPr>
          <w:b/>
          <w:bCs/>
        </w:rPr>
        <w:t xml:space="preserve">Here he comes; I pray you make us friends; I will pursue the</w:t>
      </w:r>
      <w:r>
        <w:rPr>
          <w:b/>
          <w:bCs/>
        </w:rPr>
        <w:t xml:space="preserve"> </w:t>
      </w:r>
      <w:r>
        <w:rPr>
          <w:b/>
          <w:bCs/>
          <w:u w:val="single"/>
        </w:rPr>
        <w:t xml:space="preserve">amity</w:t>
      </w:r>
      <w:r>
        <w:rPr>
          <w:b/>
          <w:bCs/>
        </w:rPr>
        <w:t xml:space="preserve"> </w:t>
      </w:r>
      <w:r>
        <w:rPr>
          <w:b/>
          <w:bCs/>
        </w:rPr>
        <w:t xml:space="preserve">[Enter PAROLLES.]</w:t>
      </w:r>
      <w:r>
        <w:br/>
      </w:r>
      <w:r>
        <w:t xml:space="preserve">    (a) a state of friendly relations</w:t>
      </w:r>
      <w:r>
        <w:br/>
      </w:r>
      <w:r>
        <w:t xml:space="preserve">    (b) aka analysist -- psychiatrist</w:t>
      </w:r>
      <w:r>
        <w:br/>
      </w:r>
      <w:r>
        <w:t xml:space="preserve">    (c) something taken on or adopted</w:t>
      </w:r>
    </w:p>
    <w:p>
      <w:pPr>
        <w:pStyle w:val="Compact"/>
        <w:numPr>
          <w:ilvl w:val="0"/>
          <w:numId w:val="1001"/>
        </w:numPr>
      </w:pPr>
      <w:r>
        <w:rPr>
          <w:b/>
          <w:bCs/>
        </w:rPr>
        <w:t xml:space="preserve">Then go thou forth; And fortune play upon thy prosperous helm, As thy</w:t>
      </w:r>
      <w:r>
        <w:rPr>
          <w:b/>
          <w:bCs/>
        </w:rPr>
        <w:t xml:space="preserve"> </w:t>
      </w:r>
      <w:r>
        <w:rPr>
          <w:b/>
          <w:bCs/>
          <w:u w:val="single"/>
        </w:rPr>
        <w:t xml:space="preserve">auspicious</w:t>
      </w:r>
      <w:r>
        <w:rPr>
          <w:b/>
          <w:bCs/>
        </w:rPr>
        <w:t xml:space="preserve"> </w:t>
      </w:r>
      <w:r>
        <w:rPr>
          <w:b/>
          <w:bCs/>
        </w:rPr>
        <w:t xml:space="preserve">mistress!</w:t>
      </w:r>
      <w:r>
        <w:br/>
      </w:r>
      <w:r>
        <w:t xml:space="preserve">    (a) favorable; or suggestive of good things to come</w:t>
      </w:r>
      <w:r>
        <w:br/>
      </w:r>
      <w:r>
        <w:t xml:space="preserve">    (b) not able to change to fit a different situation</w:t>
      </w:r>
      <w:r>
        <w:br/>
      </w:r>
      <w:r>
        <w:t xml:space="preserve">    (c) the degree to which something can be translated</w:t>
      </w:r>
    </w:p>
    <w:p>
      <w:pPr>
        <w:pStyle w:val="Compact"/>
        <w:numPr>
          <w:ilvl w:val="0"/>
          <w:numId w:val="1001"/>
        </w:numPr>
      </w:pPr>
      <w:r>
        <w:rPr>
          <w:b/>
          <w:bCs/>
        </w:rPr>
        <w:t xml:space="preserve">Come, pilgrim, I will bring you Where you shall host: of enjoin'd</w:t>
      </w:r>
      <w:r>
        <w:rPr>
          <w:b/>
          <w:bCs/>
        </w:rPr>
        <w:t xml:space="preserve"> </w:t>
      </w:r>
      <w:r>
        <w:rPr>
          <w:b/>
          <w:bCs/>
          <w:u w:val="single"/>
        </w:rPr>
        <w:t xml:space="preserve">penitents</w:t>
      </w:r>
      <w:r>
        <w:rPr>
          <w:b/>
          <w:bCs/>
        </w:rPr>
        <w:t xml:space="preserve"> </w:t>
      </w:r>
      <w:r>
        <w:rPr>
          <w:b/>
          <w:bCs/>
        </w:rPr>
        <w:t xml:space="preserve">There's four or five, to great Saint Jaques bound, Already at my house.</w:t>
      </w:r>
      <w:r>
        <w:br/>
      </w:r>
      <w:r>
        <w:t xml:space="preserve">    (a) shortages (amounts that are less than desired)</w:t>
      </w:r>
      <w:r>
        <w:br/>
      </w:r>
      <w:r>
        <w:t xml:space="preserve">    (b) processes of controlling (how things turn out)</w:t>
      </w:r>
      <w:r>
        <w:br/>
      </w:r>
      <w:r>
        <w:t xml:space="preserve">    (c) people expressing sorrow for having done wrong</w:t>
      </w:r>
    </w:p>
    <w:p>
      <w:pPr>
        <w:pStyle w:val="Compact"/>
        <w:numPr>
          <w:ilvl w:val="0"/>
          <w:numId w:val="1001"/>
        </w:numPr>
      </w:pPr>
      <w:r>
        <w:rPr>
          <w:b/>
          <w:bCs/>
        </w:rPr>
        <w:t xml:space="preserve">I humbly thank you: Please it this matron and this gentle maid To eat with us to-night; the charge and thanking Shall be for me: and, to</w:t>
      </w:r>
      <w:r>
        <w:rPr>
          <w:b/>
          <w:bCs/>
        </w:rPr>
        <w:t xml:space="preserve"> </w:t>
      </w:r>
      <w:r>
        <w:rPr>
          <w:b/>
          <w:bCs/>
          <w:u w:val="single"/>
        </w:rPr>
        <w:t xml:space="preserve">requite</w:t>
      </w:r>
      <w:r>
        <w:rPr>
          <w:b/>
          <w:bCs/>
        </w:rPr>
        <w:t xml:space="preserve"> </w:t>
      </w:r>
      <w:r>
        <w:rPr>
          <w:b/>
          <w:bCs/>
        </w:rPr>
        <w:t xml:space="preserve">you further, I will bestow some precepts of this virgin, Worthy the note.</w:t>
      </w:r>
      <w:r>
        <w:br/>
      </w:r>
      <w:r>
        <w:t xml:space="preserve">    (a) think carefully</w:t>
      </w:r>
      <w:r>
        <w:br/>
      </w:r>
      <w:r>
        <w:t xml:space="preserve">    (b) strongly desire</w:t>
      </w:r>
      <w:r>
        <w:br/>
      </w:r>
      <w:r>
        <w:t xml:space="preserve">    (c) repay or return</w:t>
      </w:r>
    </w:p>
    <w:p>
      <w:pPr>
        <w:pStyle w:val="Compact"/>
        <w:numPr>
          <w:ilvl w:val="0"/>
          <w:numId w:val="1001"/>
        </w:numPr>
      </w:pPr>
      <w:r>
        <w:rPr>
          <w:b/>
          <w:bCs/>
        </w:rPr>
        <w:t xml:space="preserve">I humbly thank you: Please it this matron and this gentle maid To eat with us to-night; the charge and thanking Shall be for me: and, to requite you further, I will bestow some</w:t>
      </w:r>
      <w:r>
        <w:rPr>
          <w:b/>
          <w:bCs/>
        </w:rPr>
        <w:t xml:space="preserve"> </w:t>
      </w:r>
      <w:r>
        <w:rPr>
          <w:b/>
          <w:bCs/>
          <w:u w:val="single"/>
        </w:rPr>
        <w:t xml:space="preserve">precepts</w:t>
      </w:r>
      <w:r>
        <w:rPr>
          <w:b/>
          <w:bCs/>
        </w:rPr>
        <w:t xml:space="preserve"> </w:t>
      </w:r>
      <w:r>
        <w:rPr>
          <w:b/>
          <w:bCs/>
        </w:rPr>
        <w:t xml:space="preserve">of this virgin, Worthy the note.</w:t>
      </w:r>
      <w:r>
        <w:br/>
      </w:r>
      <w:r>
        <w:t xml:space="preserve">    (a) rules for behavior</w:t>
      </w:r>
      <w:r>
        <w:br/>
      </w:r>
      <w:r>
        <w:t xml:space="preserve">    (b) sharp hooked claws</w:t>
      </w:r>
      <w:r>
        <w:br/>
      </w:r>
      <w:r>
        <w:t xml:space="preserve">    (c) unties or releases</w:t>
      </w:r>
    </w:p>
    <w:p>
      <w:pPr>
        <w:pStyle w:val="Compact"/>
        <w:numPr>
          <w:ilvl w:val="0"/>
          <w:numId w:val="1001"/>
        </w:numPr>
      </w:pPr>
      <w:r>
        <w:rPr>
          <w:b/>
          <w:bCs/>
        </w:rPr>
        <w:t xml:space="preserve">The duke hath offered him letters of</w:t>
      </w:r>
      <w:r>
        <w:rPr>
          <w:b/>
          <w:bCs/>
        </w:rPr>
        <w:t xml:space="preserve"> </w:t>
      </w:r>
      <w:r>
        <w:rPr>
          <w:b/>
          <w:bCs/>
          <w:u w:val="single"/>
        </w:rPr>
        <w:t xml:space="preserve">commendations</w:t>
      </w:r>
      <w:r>
        <w:rPr>
          <w:b/>
          <w:bCs/>
        </w:rPr>
        <w:t xml:space="preserve"> </w:t>
      </w:r>
      <w:r>
        <w:rPr>
          <w:b/>
          <w:bCs/>
        </w:rPr>
        <w:t xml:space="preserve">to the king.</w:t>
      </w:r>
      <w:r>
        <w:br/>
      </w:r>
      <w:r>
        <w:t xml:space="preserve">    (a) sound quality or its study</w:t>
      </w:r>
      <w:r>
        <w:br/>
      </w:r>
      <w:r>
        <w:t xml:space="preserve">    (b) reason for doing something</w:t>
      </w:r>
      <w:r>
        <w:br/>
      </w:r>
      <w:r>
        <w:t xml:space="preserve">    (c) praise</w:t>
      </w:r>
    </w:p>
    <w:p>
      <w:pPr>
        <w:pStyle w:val="Compact"/>
        <w:numPr>
          <w:ilvl w:val="0"/>
          <w:numId w:val="1001"/>
        </w:numPr>
      </w:pPr>
      <w:r>
        <w:rPr>
          <w:b/>
          <w:bCs/>
        </w:rPr>
        <w:t xml:space="preserve">Only to seem to deserve well, and to beguile the supposition of that</w:t>
      </w:r>
      <w:r>
        <w:rPr>
          <w:b/>
          <w:bCs/>
        </w:rPr>
        <w:t xml:space="preserve"> </w:t>
      </w:r>
      <w:r>
        <w:rPr>
          <w:b/>
          <w:bCs/>
          <w:u w:val="single"/>
        </w:rPr>
        <w:t xml:space="preserve">lascivious</w:t>
      </w:r>
      <w:r>
        <w:rPr>
          <w:b/>
          <w:bCs/>
        </w:rPr>
        <w:t xml:space="preserve"> </w:t>
      </w:r>
      <w:r>
        <w:rPr>
          <w:b/>
          <w:bCs/>
        </w:rPr>
        <w:t xml:space="preserve">young boy the count, have I run into this danger: yet who would have suspected an ambush where I was taken?</w:t>
      </w:r>
      <w:r>
        <w:br/>
      </w:r>
      <w:r>
        <w:t xml:space="preserve">    (a) the quality of feeling angry or unhappy about having to accept something not liked</w:t>
      </w:r>
      <w:r>
        <w:br/>
      </w:r>
      <w:r>
        <w:t xml:space="preserve">    (b) expressing, showing, or provoking strong and typically inappropriate sexual desire</w:t>
      </w:r>
      <w:r>
        <w:br/>
      </w:r>
      <w:r>
        <w:t xml:space="preserve">    (c) an argument attributed to one's opponent that is weaker than their actual argument</w:t>
      </w:r>
    </w:p>
    <w:p>
      <w:pPr>
        <w:pStyle w:val="Compact"/>
        <w:numPr>
          <w:ilvl w:val="0"/>
          <w:numId w:val="1001"/>
        </w:numPr>
      </w:pPr>
      <w:r>
        <w:rPr>
          <w:b/>
          <w:bCs/>
        </w:rPr>
        <w:t xml:space="preserve">All's well that ends well yet, Though time seem so</w:t>
      </w:r>
      <w:r>
        <w:rPr>
          <w:b/>
          <w:bCs/>
        </w:rPr>
        <w:t xml:space="preserve"> </w:t>
      </w:r>
      <w:r>
        <w:rPr>
          <w:b/>
          <w:bCs/>
          <w:u w:val="single"/>
        </w:rPr>
        <w:t xml:space="preserve">adverse</w:t>
      </w:r>
      <w:r>
        <w:rPr>
          <w:b/>
          <w:bCs/>
        </w:rPr>
        <w:t xml:space="preserve"> </w:t>
      </w:r>
      <w:r>
        <w:rPr>
          <w:b/>
          <w:bCs/>
        </w:rPr>
        <w:t xml:space="preserve">and means unfit.</w:t>
      </w:r>
      <w:r>
        <w:br/>
      </w:r>
      <w:r>
        <w:t xml:space="preserve">    (a) non-traditional or non-standard</w:t>
      </w:r>
      <w:r>
        <w:br/>
      </w:r>
      <w:r>
        <w:t xml:space="preserve">    (b) working against one's interests</w:t>
      </w:r>
      <w:r>
        <w:br/>
      </w:r>
      <w:r>
        <w:t xml:space="preserve">    (c) poor ability to make a decision</w:t>
      </w:r>
    </w:p>
    <w:p>
      <w:pPr>
        <w:pStyle w:val="Compact"/>
        <w:numPr>
          <w:ilvl w:val="0"/>
          <w:numId w:val="1001"/>
        </w:numPr>
      </w:pPr>
      <w:r>
        <w:rPr>
          <w:b/>
          <w:bCs/>
        </w:rPr>
        <w:t xml:space="preserve">He's quoted for a most perfidious slave, With all the spots o' the world tax'd and</w:t>
      </w:r>
      <w:r>
        <w:rPr>
          <w:b/>
          <w:bCs/>
        </w:rPr>
        <w:t xml:space="preserve"> </w:t>
      </w:r>
      <w:r>
        <w:rPr>
          <w:b/>
          <w:bCs/>
          <w:u w:val="single"/>
        </w:rPr>
        <w:t xml:space="preserve">debauch'd</w:t>
      </w:r>
      <w:r>
        <w:rPr>
          <w:b/>
          <w:bCs/>
        </w:rPr>
        <w:t xml:space="preserve">: Whose nature sickens but to speak a truth: Am I or that or this for what he'll utter, That will speak anything?</w:t>
      </w:r>
      <w:r>
        <w:br/>
      </w:r>
      <w:r>
        <w:t xml:space="preserve">    (a) a structural form (rigid, web-like assembly of smaller, usually triangular members) that supports a roof, bridge or other structure</w:t>
      </w:r>
      <w:r>
        <w:br/>
      </w:r>
      <w:r>
        <w:t xml:space="preserve">    (b) injured the ligaments of a joint by stretching them too far (ligaments are the tough, fibrous bands that connect bones across joints)</w:t>
      </w:r>
      <w:r>
        <w:br/>
      </w:r>
      <w:r>
        <w:t xml:space="preserve">    (c) extreme indulgence in pleasures -- especially those considered immoral or harmful, such as drinking, partying, or other reckless behavior</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2026-07-31T14:28:48Z</dcterms:created>
  <dcterms:modified xsi:type="dcterms:W3CDTF">2026-07-31T14:28:48Z</dcterms:modified>
</cp:coreProperties>
</file>

<file path=docProps/custom.xml><?xml version="1.0" encoding="utf-8"?>
<Properties xmlns="http://schemas.openxmlformats.org/officeDocument/2006/custom-properties" xmlns:vt="http://schemas.openxmlformats.org/officeDocument/2006/docPropsVTypes"/>
</file>