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f5cfe950716d101f54ba6be6a932217c634501"/>
    <w:p>
      <w:pPr>
        <w:pStyle w:val="Heading1"/>
      </w:pPr>
      <w:r>
        <w:rPr>
          <w:b/>
          <w:bCs/>
        </w:rPr>
        <w:t xml:space="preserve">All the Light We Cannot See</w:t>
      </w:r>
      <w:r>
        <w:br/>
      </w:r>
      <w:r>
        <w:rPr>
          <w:i/>
          <w:iCs/>
        </w:rPr>
        <w:t xml:space="preserve">Anthony Doerr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blow across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ramparts</w:t>
      </w:r>
      <w:r>
        <w:rPr>
          <w:b/>
          <w:bCs/>
        </w:rPr>
        <w:t xml:space="preserve">, turn cartwheels over rooftops, flutter into the ravines between houses.</w:t>
      </w:r>
      <w:r>
        <w:br/>
      </w:r>
      <w:r>
        <w:t xml:space="preserve">    (a) heats beyond the temperature where state normally changes</w:t>
      </w:r>
      <w:r>
        <w:br/>
      </w:r>
      <w:r>
        <w:t xml:space="preserve">    (b) cheerful and lively musical pieces, or to play such music</w:t>
      </w:r>
      <w:r>
        <w:br/>
      </w:r>
      <w:r>
        <w:t xml:space="preserve">    (c) a defensive wall or barrier -- built for military defense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this last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citadel</w:t>
      </w:r>
      <w:r>
        <w:rPr>
          <w:b/>
          <w:bCs/>
        </w:rPr>
        <w:t xml:space="preserve"> </w:t>
      </w:r>
      <w:r>
        <w:rPr>
          <w:b/>
          <w:bCs/>
        </w:rPr>
        <w:t xml:space="preserve">at the edge of the continent, this final German strongpoint on the Breton coast.</w:t>
      </w:r>
      <w:r>
        <w:br/>
      </w:r>
      <w:r>
        <w:t xml:space="preserve">    (a) dense, rainy forest with many species</w:t>
      </w:r>
      <w:r>
        <w:br/>
      </w:r>
      <w:r>
        <w:t xml:space="preserve">    (b) island (that is made of a coral reef)</w:t>
      </w:r>
      <w:r>
        <w:br/>
      </w:r>
      <w:r>
        <w:t xml:space="preserve">    (c) a stronghold or fortress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three thousand years, this little promontory has known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sieges</w:t>
      </w:r>
      <w:r>
        <w:rPr>
          <w:b/>
          <w:bCs/>
        </w:rPr>
        <w:t xml:space="preserve">.</w:t>
      </w:r>
      <w:r>
        <w:br/>
      </w:r>
      <w:r>
        <w:t xml:space="preserve">    (a) melodies that, after a short interval, are exactly repeated by a different instrument or voice to create competing melodic lines (instances of strict counterpoint)</w:t>
      </w:r>
      <w:r>
        <w:br/>
      </w:r>
      <w:r>
        <w:t xml:space="preserve">    (b) a military tactic in which a fortified place is surrounded and isolated while it is attacked over time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any prolonged attack, effort, or period of trouble</w:t>
      </w:r>
      <w:r>
        <w:br/>
      </w:r>
      <w:r>
        <w:t xml:space="preserve">    (c) members of an artistic movement pioneered by Pablo Picasso and Georges Braque that featured surfaces of geometrical planes to depict three-dimensional organic forms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Behind him,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confiscated</w:t>
      </w:r>
      <w:r>
        <w:rPr>
          <w:b/>
          <w:bCs/>
        </w:rPr>
        <w:t xml:space="preserve"> </w:t>
      </w:r>
      <w:r>
        <w:rPr>
          <w:b/>
          <w:bCs/>
        </w:rPr>
        <w:t xml:space="preserve">treasures are crammed to the ceiling: rolled tapestries, grandfather clocks, armoires, and giant landscape paintings crazed with cracks.</w:t>
      </w:r>
      <w:r>
        <w:br/>
      </w:r>
      <w:r>
        <w:t xml:space="preserve">    (a) proposed that someone be offered a position, be a candidate, or receive an honor</w:t>
      </w:r>
      <w:r>
        <w:br/>
      </w:r>
      <w:r>
        <w:t xml:space="preserve">    (b) to take something regardless of consent -- often as a punishment or by authority</w:t>
      </w:r>
      <w:r>
        <w:br/>
      </w:r>
      <w:r>
        <w:t xml:space="preserve">    (c) spoke in an ambiguous manner that did not clearly express an opinion or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frayed</w:t>
      </w:r>
      <w:r>
        <w:rPr>
          <w:b/>
          <w:bCs/>
        </w:rPr>
        <w:t xml:space="preserve"> </w:t>
      </w:r>
      <w:r>
        <w:rPr>
          <w:b/>
          <w:bCs/>
        </w:rPr>
        <w:t xml:space="preserve">electrical leads sprout from the top.</w:t>
      </w:r>
      <w:r>
        <w:br/>
      </w:r>
      <w:r>
        <w:t xml:space="preserve">    (a) provided investment funds for something -- such as a business</w:t>
      </w:r>
      <w:r>
        <w:br/>
      </w:r>
      <w:r>
        <w:t xml:space="preserve">    (b) wanting to do something; or made someone want to do something</w:t>
      </w:r>
      <w:r>
        <w:br/>
      </w:r>
      <w:r>
        <w:t xml:space="preserve">    (c) showing wear with threads beginning to separate or hang loose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morning it's the same: the Americans ever closer, the Germans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fraying</w:t>
      </w:r>
      <w:r>
        <w:rPr>
          <w:b/>
          <w:bCs/>
        </w:rPr>
        <w:t xml:space="preserve"> </w:t>
      </w:r>
      <w:r>
        <w:rPr>
          <w:b/>
          <w:bCs/>
        </w:rPr>
        <w:t xml:space="preserve">at the seams.</w:t>
      </w:r>
      <w:r>
        <w:br/>
      </w:r>
      <w:r>
        <w:t xml:space="preserve">    (a) overly unhappy and unsociable</w:t>
      </w:r>
      <w:r>
        <w:br/>
      </w:r>
      <w:r>
        <w:t xml:space="preserve">    (b) becoming emotionally strained</w:t>
      </w:r>
      <w:r>
        <w:br/>
      </w:r>
      <w:r>
        <w:t xml:space="preserve">    (c) drawing pictures to accompany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Fields and circuits, conduction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induction</w:t>
      </w:r>
      <w:r>
        <w:rPr>
          <w:b/>
          <w:bCs/>
        </w:rPr>
        <w:t xml:space="preserve">.</w:t>
      </w:r>
      <w:r>
        <w:br/>
      </w:r>
      <w:r>
        <w:t xml:space="preserve">    (a) a connection where measuring one particle instantly affects another, regardless of distance</w:t>
      </w:r>
      <w:r>
        <w:br/>
      </w:r>
      <w:r>
        <w:t xml:space="preserve">    (b) generation of electric current by a changing magnetic field</w:t>
      </w:r>
      <w:r>
        <w:br/>
      </w:r>
      <w:r>
        <w:t xml:space="preserve">    (c) a potentially life-threatening eating disorder that prevents people from eating enough food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Werner's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induction</w:t>
      </w:r>
      <w:r>
        <w:rPr>
          <w:b/>
          <w:bCs/>
        </w:rPr>
        <w:t xml:space="preserve"> </w:t>
      </w:r>
      <w:r>
        <w:rPr>
          <w:b/>
          <w:bCs/>
        </w:rPr>
        <w:t xml:space="preserve">into the Wehrmacht.</w:t>
      </w:r>
      <w:r>
        <w:br/>
      </w:r>
      <w:r>
        <w:t xml:space="preserve">    (a) the state or character of not finding a condition or substance to be present</w:t>
      </w:r>
      <w:r>
        <w:br/>
      </w:r>
      <w:r>
        <w:t xml:space="preserve">    (b) formal admission</w:t>
      </w:r>
      <w:r>
        <w:br/>
      </w:r>
      <w:r>
        <w:t xml:space="preserve">    (c) the state or degree of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alleys, fifteen-year-old boys are making their way toward mine elevators,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queuing</w:t>
      </w:r>
      <w:r>
        <w:rPr>
          <w:b/>
          <w:bCs/>
        </w:rPr>
        <w:t xml:space="preserve"> </w:t>
      </w:r>
      <w:r>
        <w:rPr>
          <w:b/>
          <w:bCs/>
        </w:rPr>
        <w:t xml:space="preserve">up with their helmets and lamps outside the gates.</w:t>
      </w:r>
      <w:r>
        <w:br/>
      </w:r>
      <w:r>
        <w:t xml:space="preserve">    (a) differing</w:t>
      </w:r>
      <w:r>
        <w:br/>
      </w:r>
      <w:r>
        <w:t xml:space="preserve">    (b) restoring</w:t>
      </w:r>
      <w:r>
        <w:br/>
      </w:r>
      <w:r>
        <w:t xml:space="preserve">    (c) lining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assess</w:t>
      </w:r>
      <w:r>
        <w:rPr>
          <w:b/>
          <w:bCs/>
        </w:rPr>
        <w:t xml:space="preserve"> </w:t>
      </w:r>
      <w:r>
        <w:rPr>
          <w:b/>
          <w:bCs/>
        </w:rPr>
        <w:t xml:space="preserve">his hair color, the man snips a lock of hair from Werner's head and compares it to thirty or so other locks clipped to a board, arrayed darkest to lightest.</w:t>
      </w:r>
      <w:r>
        <w:br/>
      </w:r>
      <w:r>
        <w:t xml:space="preserve">    (a) feel angry or unhappy about having to accept something not liked</w:t>
      </w:r>
      <w:r>
        <w:br/>
      </w:r>
      <w:r>
        <w:t xml:space="preserve">    (b) accept something undesired as unavoidable or the lesser of evils</w:t>
      </w:r>
      <w:r>
        <w:br/>
      </w:r>
      <w:r>
        <w:t xml:space="preserve">    (c) determine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three months, Sergeant Major von Rumpel has traveled to Berlin and Stuttgart; he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assessed</w:t>
      </w:r>
      <w:r>
        <w:rPr>
          <w:b/>
          <w:bCs/>
        </w:rPr>
        <w:t xml:space="preserve"> </w:t>
      </w:r>
      <w:r>
        <w:rPr>
          <w:b/>
          <w:bCs/>
        </w:rPr>
        <w:t xml:space="preserve">the value of a hundred confiscated rings, a dozen diamond bracelets, a Latvian cigarette case in which a lozenge of blue topaz twinkled; now, back in Paris, he has slept at the Grand Hotel for a week and sent forth his queries like birds.</w:t>
      </w:r>
      <w:r>
        <w:br/>
      </w:r>
      <w:r>
        <w:t xml:space="preserve">    (a) determined</w:t>
      </w:r>
      <w:r>
        <w:br/>
      </w:r>
      <w:r>
        <w:t xml:space="preserve">    (b) a device that turns light into electricity</w:t>
      </w:r>
      <w:r>
        <w:br/>
      </w:r>
      <w:r>
        <w:t xml:space="preserve">    (c) the degree of not being easily set on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hour the dance hall seems to grow progressively warmer, so by the eighth day, the air, walls, and floor are saturated with the hot,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teeming</w:t>
      </w:r>
      <w:r>
        <w:rPr>
          <w:b/>
          <w:bCs/>
        </w:rPr>
        <w:t xml:space="preserve"> </w:t>
      </w:r>
      <w:r>
        <w:rPr>
          <w:b/>
          <w:bCs/>
        </w:rPr>
        <w:t xml:space="preserve">odor of boys.</w:t>
      </w:r>
      <w:r>
        <w:br/>
      </w:r>
      <w:r>
        <w:t xml:space="preserve">    (a) slowly losing</w:t>
      </w:r>
      <w:r>
        <w:br/>
      </w:r>
      <w:r>
        <w:t xml:space="preserve">    (b) filled (has many)</w:t>
      </w:r>
      <w:r>
        <w:br/>
      </w:r>
      <w:r>
        <w:t xml:space="preserve">    (c) empty (has none)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forgo</w:t>
      </w:r>
      <w:r>
        <w:rPr>
          <w:b/>
          <w:bCs/>
        </w:rPr>
        <w:t xml:space="preserve"> </w:t>
      </w:r>
      <w:r>
        <w:rPr>
          <w:b/>
          <w:bCs/>
        </w:rPr>
        <w:t xml:space="preserve">comforts; you will live by duty alone.</w:t>
      </w:r>
      <w:r>
        <w:br/>
      </w:r>
      <w:r>
        <w:t xml:space="preserve">    (a) thigh bone</w:t>
      </w:r>
      <w:r>
        <w:br/>
      </w:r>
      <w:r>
        <w:t xml:space="preserve">    (b) difference</w:t>
      </w:r>
      <w:r>
        <w:br/>
      </w:r>
      <w:r>
        <w:t xml:space="preserve">    (c) do without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castle with its towers and battlements looms below them like some misty vision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foregone</w:t>
      </w:r>
      <w:r>
        <w:rPr>
          <w:b/>
          <w:bCs/>
        </w:rPr>
        <w:t xml:space="preserve"> </w:t>
      </w:r>
      <w:r>
        <w:rPr>
          <w:b/>
          <w:bCs/>
        </w:rPr>
        <w:t xml:space="preserve">glory.</w:t>
      </w:r>
      <w:r>
        <w:br/>
      </w:r>
      <w:r>
        <w:t xml:space="preserve">    (a) restart (a fire)</w:t>
      </w:r>
      <w:r>
        <w:br/>
      </w:r>
      <w:r>
        <w:t xml:space="preserve">    (b) former (in the past)</w:t>
      </w:r>
      <w:r>
        <w:br/>
      </w:r>
      <w:r>
        <w:t xml:space="preserve">    (c) started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von Rumpel's request, Dupont is furnished with forged food-</w:t>
      </w:r>
      <w:r>
        <w:rPr>
          <w:b/>
          <w:bCs/>
          <w:u w:val="single"/>
        </w:rPr>
        <w:t xml:space="preserve">ration</w:t>
      </w:r>
      <w:r>
        <w:rPr>
          <w:b/>
          <w:bCs/>
        </w:rPr>
        <w:t xml:space="preserve"> </w:t>
      </w:r>
      <w:r>
        <w:rPr>
          <w:b/>
          <w:bCs/>
        </w:rPr>
        <w:t xml:space="preserve">tickets.</w:t>
      </w:r>
      <w:r>
        <w:br/>
      </w:r>
      <w:r>
        <w:t xml:space="preserve">    (a) to corrupt or seduce from virtue, duty, or allegiance  OR  excessive drinking, casual sex, and/or drug abuse while partying</w:t>
      </w:r>
      <w:r>
        <w:br/>
      </w:r>
      <w:r>
        <w:t xml:space="preserve">    (b) remove or suppress anything considered obscene, immoral, or politically unacceptable  OR  a person who does such suppression</w:t>
      </w:r>
      <w:r>
        <w:br/>
      </w:r>
      <w:r>
        <w:t xml:space="preserve">    (c) a fixed share of something, especially scarce goods like food or fuel; or to limit and distribute something in fixed shares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hear so many of them in a room together confuses and excites Marie-Laure: they are giddy when they should be serious,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</w:t>
      </w:r>
      <w:r>
        <w:rPr>
          <w:b/>
          <w:bCs/>
        </w:rPr>
        <w:t xml:space="preserve"> </w:t>
      </w:r>
      <w:r>
        <w:rPr>
          <w:b/>
          <w:bCs/>
        </w:rPr>
        <w:t xml:space="preserve">after jokes;</w:t>
      </w:r>
      <w:r>
        <w:br/>
      </w:r>
      <w:r>
        <w:t xml:space="preserve">    (a) without humour or fun</w:t>
      </w:r>
      <w:r>
        <w:br/>
      </w:r>
      <w:r>
        <w:t xml:space="preserve">    (b) increasing reason or general desire to do something</w:t>
      </w:r>
      <w:r>
        <w:br/>
      </w:r>
      <w:r>
        <w:t xml:space="preserve">    (c) the state of being unaware of one's mental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Hotel-Dieu dining room is big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</w:t>
      </w:r>
      <w:r>
        <w:rPr>
          <w:b/>
          <w:bCs/>
        </w:rPr>
        <w:t xml:space="preserve"> </w:t>
      </w:r>
      <w:r>
        <w:rPr>
          <w:b/>
          <w:bCs/>
        </w:rPr>
        <w:t xml:space="preserve">and full of people talking about U-boats off Gibraltar and the inequities of currency exchange and four-stroke marine diesel engines.</w:t>
      </w:r>
      <w:r>
        <w:br/>
      </w:r>
      <w:r>
        <w:t xml:space="preserve">    (a) gloomy (in color, and/or mood)</w:t>
      </w:r>
      <w:r>
        <w:br/>
      </w:r>
      <w:r>
        <w:t xml:space="preserve">    (b) the quality of not being sensible and careful</w:t>
      </w:r>
      <w:r>
        <w:br/>
      </w:r>
      <w:r>
        <w:t xml:space="preserve">    (c) capable of thought, self-reflection, and will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level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</w:t>
      </w:r>
      <w:r>
        <w:rPr>
          <w:b/>
          <w:bCs/>
        </w:rPr>
        <w:t xml:space="preserve"> </w:t>
      </w:r>
      <w:r>
        <w:rPr>
          <w:b/>
          <w:bCs/>
        </w:rPr>
        <w:t xml:space="preserve">is reached, and soon enough she and Madame Manec are back in the kitchen at Number 4 rue Vauborel.</w:t>
      </w:r>
      <w:r>
        <w:br/>
      </w:r>
      <w:r>
        <w:t xml:space="preserve">    (a) main road</w:t>
      </w:r>
      <w:r>
        <w:br/>
      </w:r>
      <w:r>
        <w:t xml:space="preserve">    (b) complaint</w:t>
      </w:r>
      <w:r>
        <w:br/>
      </w:r>
      <w:r>
        <w:t xml:space="preserve">    (c)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not organizing her things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 to</w:t>
      </w:r>
      <w:r>
        <w:rPr>
          <w:b/>
          <w:bCs/>
        </w:rPr>
        <w:t xml:space="preserve"> </w:t>
      </w:r>
      <w:r>
        <w:rPr>
          <w:b/>
          <w:bCs/>
        </w:rPr>
        <w:t xml:space="preserve">protocol.</w:t>
      </w:r>
      <w:r>
        <w:br/>
      </w:r>
      <w:r>
        <w:t xml:space="preserve">    (a) U.S. history:  pre-Civil War period</w:t>
      </w:r>
      <w:r>
        <w:br/>
      </w:r>
      <w:r>
        <w:t xml:space="preserve">    (b) idiom meaning</w:t>
      </w:r>
      <w:r>
        <w:t xml:space="preserve"> </w:t>
      </w:r>
      <w:r>
        <w:rPr>
          <w:i/>
          <w:iCs/>
        </w:rPr>
        <w:t xml:space="preserve">"won the day"</w:t>
      </w:r>
      <w:r>
        <w:br/>
      </w:r>
      <w:r>
        <w:t xml:space="preserve">    (c) as stated by; or in agreement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Austrians at the Hotel of Bees use a crane to lower an 88-millimeter cannon onto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bastion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ramparts.</w:t>
      </w:r>
      <w:r>
        <w:br/>
      </w:r>
      <w:r>
        <w:t xml:space="preserve">    (a) someone who specializes in a branch of psychology concerned with the links between biology and behavior</w:t>
      </w:r>
      <w:r>
        <w:br/>
      </w:r>
      <w:r>
        <w:t xml:space="preserve">    (b) a living organism such as a bacterium, or virus that is so small, it can be seen only with a microscope</w:t>
      </w:r>
      <w:r>
        <w:br/>
      </w:r>
      <w:r>
        <w:t xml:space="preserve">    (c) defensive fortification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2026-07-31T19:38:21Z</dcterms:created>
  <dcterms:modified xsi:type="dcterms:W3CDTF">2026-07-31T19:38:21Z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