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6ef8e74a80f3e83829731017625eaa8afa8aace"/>
    <w:p>
      <w:pPr>
        <w:pStyle w:val="Heading1"/>
      </w:pPr>
      <w:r>
        <w:rPr>
          <w:b/>
          <w:bCs/>
        </w:rPr>
        <w:t xml:space="preserve">All Quiet on the Western Front</w:t>
      </w:r>
      <w:r>
        <w:br/>
      </w:r>
      <w:r>
        <w:rPr>
          <w:i/>
          <w:iCs/>
        </w:rPr>
        <w:t xml:space="preserve">Erich Maria Remarque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Will you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accompany</w:t>
      </w:r>
      <w:r>
        <w:rPr>
          <w:b/>
          <w:bCs/>
        </w:rPr>
        <w:t xml:space="preserve"> </w:t>
      </w:r>
      <w:r>
        <w:rPr>
          <w:b/>
          <w:bCs/>
        </w:rPr>
        <w:t xml:space="preserve">her to the party?</w:t>
      </w:r>
      <w:r>
        <w:br/>
      </w:r>
      <w:r>
        <w:t xml:space="preserve">    (a) go with</w:t>
      </w:r>
      <w:r>
        <w:br/>
      </w:r>
      <w:r>
        <w:t xml:space="preserve">    (b) follow</w:t>
      </w:r>
      <w:r>
        <w:br/>
      </w:r>
      <w:r>
        <w:t xml:space="preserve">    (c) precede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Actors and politicians are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accustomed to</w:t>
      </w:r>
      <w:r>
        <w:rPr>
          <w:b/>
          <w:bCs/>
        </w:rPr>
        <w:t xml:space="preserve"> </w:t>
      </w:r>
      <w:r>
        <w:rPr>
          <w:b/>
          <w:bCs/>
        </w:rPr>
        <w:t xml:space="preserve">less privacy than the rest of us.</w:t>
      </w:r>
      <w:r>
        <w:br/>
      </w:r>
      <w:r>
        <w:t xml:space="preserve">    (a) used to</w:t>
      </w:r>
      <w:r>
        <w:br/>
      </w:r>
      <w:r>
        <w:t xml:space="preserve">    (b) paid for</w:t>
      </w:r>
      <w:r>
        <w:br/>
      </w:r>
      <w:r>
        <w:t xml:space="preserve">    (c) happy with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passage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adapted</w:t>
      </w:r>
      <w:r>
        <w:rPr>
          <w:b/>
          <w:bCs/>
        </w:rPr>
        <w:t xml:space="preserve"> </w:t>
      </w:r>
      <w:r>
        <w:rPr>
          <w:b/>
          <w:bCs/>
        </w:rPr>
        <w:t xml:space="preserve">from Ralph Ellison,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Invisible Man</w:t>
      </w:r>
      <w:r>
        <w:rPr>
          <w:b/>
          <w:bCs/>
        </w:rPr>
        <w:t xml:space="preserve"> </w:t>
      </w:r>
      <w:r>
        <w:rPr>
          <w:b/>
          <w:bCs/>
        </w:rPr>
        <w:t xml:space="preserve">©1952.</w:t>
      </w:r>
      <w:r>
        <w:br/>
      </w:r>
      <w:r>
        <w:t xml:space="preserve">    (a) copied</w:t>
      </w:r>
      <w:r>
        <w:br/>
      </w:r>
      <w:r>
        <w:t xml:space="preserve">    (b) read</w:t>
      </w:r>
      <w:r>
        <w:br/>
      </w:r>
      <w:r>
        <w:t xml:space="preserve">    (c) changed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group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composed</w:t>
      </w:r>
      <w:r>
        <w:rPr>
          <w:b/>
          <w:bCs/>
        </w:rPr>
        <w:t xml:space="preserve"> </w:t>
      </w:r>
      <w:r>
        <w:rPr>
          <w:b/>
          <w:bCs/>
        </w:rPr>
        <w:t xml:space="preserve">of students who live in the same apartment building.</w:t>
      </w:r>
      <w:r>
        <w:br/>
      </w:r>
      <w:r>
        <w:t xml:space="preserve">    (a) calmed</w:t>
      </w:r>
      <w:r>
        <w:br/>
      </w:r>
      <w:r>
        <w:t xml:space="preserve">    (b) made up</w:t>
      </w:r>
      <w:r>
        <w:br/>
      </w:r>
      <w:r>
        <w:t xml:space="preserve">    (c) written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Before entering the interview room, she took a few deep breaths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compose</w:t>
      </w:r>
      <w:r>
        <w:rPr>
          <w:b/>
          <w:bCs/>
        </w:rPr>
        <w:t xml:space="preserve"> </w:t>
      </w:r>
      <w:r>
        <w:rPr>
          <w:b/>
          <w:bCs/>
        </w:rPr>
        <w:t xml:space="preserve">herself and steady his nerves.</w:t>
      </w:r>
      <w:r>
        <w:br/>
      </w:r>
      <w:r>
        <w:t xml:space="preserve">    (a) calm</w:t>
      </w:r>
      <w:r>
        <w:br/>
      </w:r>
      <w:r>
        <w:t xml:space="preserve">    (b) adjust</w:t>
      </w:r>
      <w:r>
        <w:br/>
      </w:r>
      <w:r>
        <w:t xml:space="preserve">    (c) delay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job prospects are hindered 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consequence</w:t>
      </w:r>
      <w:r>
        <w:rPr>
          <w:b/>
          <w:bCs/>
        </w:rPr>
        <w:t xml:space="preserve"> </w:t>
      </w:r>
      <w:r>
        <w:rPr>
          <w:b/>
          <w:bCs/>
        </w:rPr>
        <w:t xml:space="preserve">of the conviction.</w:t>
      </w:r>
      <w:r>
        <w:br/>
      </w:r>
      <w:r>
        <w:t xml:space="preserve">    (a) unimportant part</w:t>
      </w:r>
      <w:r>
        <w:br/>
      </w:r>
      <w:r>
        <w:t xml:space="preserve">    (b) result</w:t>
      </w:r>
      <w:r>
        <w:br/>
      </w:r>
      <w:r>
        <w:t xml:space="preserve">    (c) important part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the 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consequential</w:t>
      </w:r>
      <w:r>
        <w:rPr>
          <w:b/>
          <w:bCs/>
        </w:rPr>
        <w:t xml:space="preserve"> </w:t>
      </w:r>
      <w:r>
        <w:rPr>
          <w:b/>
          <w:bCs/>
        </w:rPr>
        <w:t xml:space="preserve">tax legislation in decades.</w:t>
      </w:r>
      <w:r>
        <w:br/>
      </w:r>
      <w:r>
        <w:t xml:space="preserve">    (a) harmful</w:t>
      </w:r>
      <w:r>
        <w:br/>
      </w:r>
      <w:r>
        <w:t xml:space="preserve">    (b) important</w:t>
      </w:r>
      <w:r>
        <w:br/>
      </w:r>
      <w:r>
        <w:t xml:space="preserve">    (c) unethical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Does the sentence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contradict</w:t>
      </w:r>
      <w:r>
        <w:rPr>
          <w:b/>
          <w:bCs/>
        </w:rPr>
        <w:t xml:space="preserve"> </w:t>
      </w:r>
      <w:r>
        <w:rPr>
          <w:b/>
          <w:bCs/>
        </w:rPr>
        <w:t xml:space="preserve">what is said in the previous paragraph?</w:t>
      </w:r>
      <w:r>
        <w:br/>
      </w:r>
      <w:r>
        <w:t xml:space="preserve">    (a) disagree with</w:t>
      </w:r>
      <w:r>
        <w:br/>
      </w:r>
      <w:r>
        <w:t xml:space="preserve">    (b) reinforce</w:t>
      </w:r>
      <w:r>
        <w:br/>
      </w:r>
      <w:r>
        <w:t xml:space="preserve">    (c) expand upon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Stay away from her. She's dangerous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demented</w:t>
      </w:r>
      <w:r>
        <w:rPr>
          <w:b/>
          <w:bCs/>
        </w:rPr>
        <w:t xml:space="preserve">.</w:t>
      </w:r>
      <w:r>
        <w:br/>
      </w:r>
      <w:r>
        <w:t xml:space="preserve">    (a) insane (crazy)</w:t>
      </w:r>
      <w:r>
        <w:br/>
      </w:r>
      <w:r>
        <w:t xml:space="preserve">    (b) devious (clever)</w:t>
      </w:r>
      <w:r>
        <w:br/>
      </w:r>
      <w:r>
        <w:t xml:space="preserve">    (c) overly confident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rescued me from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despair</w:t>
      </w:r>
      <w:r>
        <w:rPr>
          <w:b/>
          <w:bCs/>
        </w:rPr>
        <w:t xml:space="preserve">.</w:t>
      </w:r>
      <w:r>
        <w:br/>
      </w:r>
      <w:r>
        <w:t xml:space="preserve">    (a) poverty</w:t>
      </w:r>
      <w:r>
        <w:br/>
      </w:r>
      <w:r>
        <w:t xml:space="preserve">    (b) hopelessness</w:t>
      </w:r>
      <w:r>
        <w:br/>
      </w:r>
      <w:r>
        <w:t xml:space="preserve">    (c) fear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grievous</w:t>
      </w:r>
      <w:r>
        <w:rPr>
          <w:b/>
          <w:bCs/>
        </w:rPr>
        <w:t xml:space="preserve"> </w:t>
      </w:r>
      <w:r>
        <w:rPr>
          <w:b/>
          <w:bCs/>
        </w:rPr>
        <w:t xml:space="preserve">offense against morality.</w:t>
      </w:r>
      <w:r>
        <w:br/>
      </w:r>
      <w:r>
        <w:t xml:space="preserve">    (a) minor</w:t>
      </w:r>
      <w:r>
        <w:br/>
      </w:r>
      <w:r>
        <w:t xml:space="preserve">    (b) serious</w:t>
      </w:r>
      <w:r>
        <w:br/>
      </w:r>
      <w:r>
        <w:t xml:space="preserve">    (c) foolish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in a car crash and died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instantaneously</w:t>
      </w:r>
      <w:r>
        <w:rPr>
          <w:b/>
          <w:bCs/>
        </w:rPr>
        <w:t xml:space="preserve">.</w:t>
      </w:r>
      <w:r>
        <w:br/>
      </w:r>
      <w:r>
        <w:t xml:space="preserve">    (a) unfortunately</w:t>
      </w:r>
      <w:r>
        <w:br/>
      </w:r>
      <w:r>
        <w:t xml:space="preserve">    (b) painfully</w:t>
      </w:r>
      <w:r>
        <w:br/>
      </w:r>
      <w:r>
        <w:t xml:space="preserve">    (c) immediately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loves him.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Nevertheless</w:t>
      </w:r>
      <w:r>
        <w:rPr>
          <w:b/>
          <w:bCs/>
        </w:rPr>
        <w:t xml:space="preserve">, she is determined to stop seeing him unless he stops drinking.</w:t>
      </w:r>
      <w:r>
        <w:br/>
      </w:r>
      <w:r>
        <w:t xml:space="preserve">    (a) also</w:t>
      </w:r>
      <w:r>
        <w:br/>
      </w:r>
      <w:r>
        <w:t xml:space="preserve">    (b) in addition</w:t>
      </w:r>
      <w:r>
        <w:br/>
      </w:r>
      <w:r>
        <w:t xml:space="preserve">    (c) despite that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budget was approved,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notwithstanding</w:t>
      </w:r>
      <w:r>
        <w:rPr>
          <w:b/>
          <w:bCs/>
        </w:rPr>
        <w:t xml:space="preserve"> </w:t>
      </w:r>
      <w:r>
        <w:rPr>
          <w:b/>
          <w:bCs/>
        </w:rPr>
        <w:t xml:space="preserve">the loud protests from the opposition.</w:t>
      </w:r>
      <w:r>
        <w:br/>
      </w:r>
      <w:r>
        <w:t xml:space="preserve">    (a) in spite of</w:t>
      </w:r>
      <w:r>
        <w:br/>
      </w:r>
      <w:r>
        <w:t xml:space="preserve">    (b) as a result of</w:t>
      </w:r>
      <w:r>
        <w:br/>
      </w:r>
      <w:r>
        <w:t xml:space="preserve">    (c) in addition to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1932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peasant</w:t>
      </w:r>
      <w:r>
        <w:rPr>
          <w:b/>
          <w:bCs/>
        </w:rPr>
        <w:t xml:space="preserve"> </w:t>
      </w:r>
      <w:r>
        <w:rPr>
          <w:b/>
          <w:bCs/>
        </w:rPr>
        <w:t xml:space="preserve">revolt in Su County, China stopped collection of the poppy tax.</w:t>
      </w:r>
      <w:r>
        <w:br/>
      </w:r>
      <w:r>
        <w:t xml:space="preserve">    (a) city dweller</w:t>
      </w:r>
      <w:r>
        <w:br/>
      </w:r>
      <w:r>
        <w:t xml:space="preserve">    (b) poor farmer</w:t>
      </w:r>
      <w:r>
        <w:br/>
      </w:r>
      <w:r>
        <w:t xml:space="preserve">    (c) young person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expect the conditions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persist</w:t>
      </w:r>
      <w:r>
        <w:rPr>
          <w:b/>
          <w:bCs/>
        </w:rPr>
        <w:t xml:space="preserve"> </w:t>
      </w:r>
      <w:r>
        <w:rPr>
          <w:b/>
          <w:bCs/>
        </w:rPr>
        <w:t xml:space="preserve">into next year.</w:t>
      </w:r>
      <w:r>
        <w:br/>
      </w:r>
      <w:r>
        <w:t xml:space="preserve">    (a) continue</w:t>
      </w:r>
      <w:r>
        <w:br/>
      </w:r>
      <w:r>
        <w:t xml:space="preserve">    (b) grow worse</w:t>
      </w:r>
      <w:r>
        <w:br/>
      </w:r>
      <w:r>
        <w:t xml:space="preserve">    (c) go away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People have already begun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queue</w:t>
      </w:r>
      <w:r>
        <w:rPr>
          <w:b/>
          <w:bCs/>
        </w:rPr>
        <w:t xml:space="preserve"> </w:t>
      </w:r>
      <w:r>
        <w:rPr>
          <w:b/>
          <w:bCs/>
        </w:rPr>
        <w:t xml:space="preserve">up at the box office.</w:t>
      </w:r>
      <w:r>
        <w:br/>
      </w:r>
      <w:r>
        <w:t xml:space="preserve">    (a) line</w:t>
      </w:r>
      <w:r>
        <w:br/>
      </w:r>
      <w:r>
        <w:t xml:space="preserve">    (b) raise complaints</w:t>
      </w:r>
      <w:r>
        <w:br/>
      </w:r>
      <w:r>
        <w:t xml:space="preserve">    (c) demand refunds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During the Second World War, products such as food and gasoline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rationed</w:t>
      </w:r>
      <w:r>
        <w:rPr>
          <w:b/>
          <w:bCs/>
        </w:rPr>
        <w:t xml:space="preserve"> </w:t>
      </w:r>
      <w:r>
        <w:rPr>
          <w:b/>
          <w:bCs/>
        </w:rPr>
        <w:t xml:space="preserve">in the United States, so more resources could be devoted to the war effort.</w:t>
      </w:r>
      <w:r>
        <w:br/>
      </w:r>
      <w:r>
        <w:t xml:space="preserve">    (a) set at a high price only the military could afford</w:t>
      </w:r>
      <w:r>
        <w:br/>
      </w:r>
      <w:r>
        <w:t xml:space="preserve">    (b) restricted in the amount each person could have</w:t>
      </w:r>
      <w:r>
        <w:br/>
      </w:r>
      <w:r>
        <w:t xml:space="preserve">    (c) imported in small amounts from many countries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retorted</w:t>
      </w:r>
      <w:r>
        <w:rPr>
          <w:b/>
          <w:bCs/>
        </w:rPr>
        <w:t xml:space="preserve">, "Takes one to know one."</w:t>
      </w:r>
      <w:r>
        <w:br/>
      </w:r>
      <w:r>
        <w:t xml:space="preserve">    (a) joyfully laughed</w:t>
      </w:r>
      <w:r>
        <w:br/>
      </w:r>
      <w:r>
        <w:t xml:space="preserve">    (b) quickly replied</w:t>
      </w:r>
      <w:r>
        <w:br/>
      </w:r>
      <w:r>
        <w:t xml:space="preserve">    (c) insulted back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am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solidarity</w:t>
      </w:r>
      <w:r>
        <w:rPr>
          <w:b/>
          <w:bCs/>
        </w:rPr>
        <w:t xml:space="preserve"> </w:t>
      </w:r>
      <w:r>
        <w:rPr>
          <w:b/>
          <w:bCs/>
        </w:rPr>
        <w:t xml:space="preserve">with those who are oppressed.</w:t>
      </w:r>
      <w:r>
        <w:br/>
      </w:r>
      <w:r>
        <w:t xml:space="preserve">    (a) conflict</w:t>
      </w:r>
      <w:r>
        <w:br/>
      </w:r>
      <w:r>
        <w:t xml:space="preserve">    (b) communication</w:t>
      </w:r>
      <w:r>
        <w:br/>
      </w:r>
      <w:r>
        <w:t xml:space="preserve">    (c) agreement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2026-07-31T14:59:43Z</dcterms:created>
  <dcterms:modified xsi:type="dcterms:W3CDTF">2026-07-31T14:59:43Z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